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430E7" w14:textId="43191874" w:rsidR="00E6603C" w:rsidRPr="007D736A" w:rsidRDefault="00696305" w:rsidP="00E6603C">
      <w:pPr>
        <w:spacing w:after="0"/>
        <w:jc w:val="center"/>
        <w:rPr>
          <w:rFonts w:ascii="Lora" w:hAnsi="Lora"/>
          <w:b/>
          <w:bCs/>
          <w:sz w:val="20"/>
          <w:szCs w:val="20"/>
          <w:lang w:val="tr-TR"/>
        </w:rPr>
      </w:pPr>
      <w:proofErr w:type="gramStart"/>
      <w:r w:rsidRPr="007D736A">
        <w:rPr>
          <w:rFonts w:ascii="Lora" w:hAnsi="Lora"/>
          <w:b/>
          <w:bCs/>
          <w:sz w:val="20"/>
          <w:szCs w:val="20"/>
          <w:lang w:val="tr-TR"/>
        </w:rPr>
        <w:t>Dikkat!,</w:t>
      </w:r>
      <w:proofErr w:type="gramEnd"/>
      <w:r w:rsidRPr="007D736A">
        <w:rPr>
          <w:rFonts w:ascii="Lora" w:hAnsi="Lora"/>
          <w:b/>
          <w:bCs/>
          <w:sz w:val="20"/>
          <w:szCs w:val="20"/>
          <w:lang w:val="tr-TR"/>
        </w:rPr>
        <w:t xml:space="preserve"> </w:t>
      </w:r>
      <w:r w:rsidR="00E6603C" w:rsidRPr="007D736A">
        <w:rPr>
          <w:rFonts w:ascii="Lora" w:hAnsi="Lora"/>
          <w:b/>
          <w:bCs/>
          <w:sz w:val="20"/>
          <w:szCs w:val="20"/>
          <w:lang w:val="tr-TR"/>
        </w:rPr>
        <w:t>Bu form Türkçe, İngilizce, İspanyolca, Almanca, Fransızca ve Arapça dillerinde hazırlanmıştır. Lütfen makalenin diline uygun olan versiyonu doldurunuz.</w:t>
      </w:r>
    </w:p>
    <w:p w14:paraId="7C40C6A7" w14:textId="5008F927" w:rsidR="00696305" w:rsidRPr="007D736A" w:rsidRDefault="00696305" w:rsidP="00E6603C">
      <w:pPr>
        <w:spacing w:after="0"/>
        <w:jc w:val="center"/>
        <w:rPr>
          <w:rFonts w:ascii="Lora" w:hAnsi="Lora"/>
          <w:b/>
          <w:bCs/>
          <w:sz w:val="20"/>
          <w:szCs w:val="20"/>
          <w:lang w:val="tr-TR"/>
        </w:rPr>
      </w:pPr>
      <w:r w:rsidRPr="007D736A">
        <w:rPr>
          <w:rFonts w:ascii="Lora" w:hAnsi="Lora"/>
          <w:b/>
          <w:bCs/>
          <w:sz w:val="20"/>
          <w:szCs w:val="20"/>
          <w:lang w:val="en"/>
        </w:rPr>
        <w:t>Attention!</w:t>
      </w:r>
      <w:r w:rsidRPr="007D736A">
        <w:rPr>
          <w:rFonts w:ascii="Lora" w:hAnsi="Lora"/>
          <w:b/>
          <w:bCs/>
          <w:sz w:val="20"/>
          <w:szCs w:val="20"/>
          <w:lang w:val="en"/>
        </w:rPr>
        <w:t xml:space="preserve"> </w:t>
      </w:r>
      <w:r w:rsidRPr="007D736A">
        <w:rPr>
          <w:rFonts w:ascii="Lora" w:hAnsi="Lora"/>
          <w:b/>
          <w:bCs/>
          <w:sz w:val="20"/>
          <w:szCs w:val="20"/>
          <w:lang w:val="en"/>
        </w:rPr>
        <w:t xml:space="preserve">This form has been prepared in Turkish, English, Spanish, German, </w:t>
      </w:r>
      <w:r w:rsidR="00C91761" w:rsidRPr="007D736A">
        <w:rPr>
          <w:rFonts w:ascii="Lora" w:hAnsi="Lora"/>
          <w:b/>
          <w:bCs/>
          <w:sz w:val="20"/>
          <w:szCs w:val="20"/>
          <w:lang w:val="en"/>
        </w:rPr>
        <w:t>French</w:t>
      </w:r>
      <w:r w:rsidR="00C91761" w:rsidRPr="007D736A">
        <w:rPr>
          <w:rFonts w:ascii="Lora" w:hAnsi="Lora"/>
          <w:b/>
          <w:bCs/>
          <w:sz w:val="20"/>
          <w:szCs w:val="20"/>
          <w:lang w:val="en"/>
        </w:rPr>
        <w:t xml:space="preserve"> </w:t>
      </w:r>
      <w:r w:rsidRPr="007D736A">
        <w:rPr>
          <w:rFonts w:ascii="Lora" w:hAnsi="Lora"/>
          <w:b/>
          <w:bCs/>
          <w:sz w:val="20"/>
          <w:szCs w:val="20"/>
          <w:lang w:val="en"/>
        </w:rPr>
        <w:t>and</w:t>
      </w:r>
      <w:r w:rsidR="00C91761" w:rsidRPr="007D736A">
        <w:rPr>
          <w:rFonts w:ascii="Lora" w:hAnsi="Lora"/>
          <w:b/>
          <w:bCs/>
          <w:sz w:val="20"/>
          <w:szCs w:val="20"/>
          <w:lang w:val="en"/>
        </w:rPr>
        <w:t xml:space="preserve"> </w:t>
      </w:r>
      <w:r w:rsidR="00C91761" w:rsidRPr="007D736A">
        <w:rPr>
          <w:rFonts w:ascii="Lora" w:hAnsi="Lora"/>
          <w:b/>
          <w:bCs/>
          <w:sz w:val="20"/>
          <w:szCs w:val="20"/>
          <w:lang w:val="en"/>
        </w:rPr>
        <w:t>Arabic</w:t>
      </w:r>
      <w:r w:rsidRPr="007D736A">
        <w:rPr>
          <w:rFonts w:ascii="Lora" w:hAnsi="Lora"/>
          <w:b/>
          <w:bCs/>
          <w:sz w:val="20"/>
          <w:szCs w:val="20"/>
          <w:lang w:val="en"/>
        </w:rPr>
        <w:t>. Please fill out the version corresponding to the language of the article.</w:t>
      </w:r>
    </w:p>
    <w:p w14:paraId="526AA24C" w14:textId="77777777" w:rsidR="00276CA4" w:rsidRPr="00896028" w:rsidRDefault="00276CA4" w:rsidP="001C0A90">
      <w:pPr>
        <w:spacing w:after="0"/>
        <w:rPr>
          <w:rFonts w:ascii="Lora" w:hAnsi="Lora"/>
          <w:b/>
          <w:bCs/>
          <w:lang w:val="tr-TR"/>
        </w:rPr>
      </w:pPr>
    </w:p>
    <w:p w14:paraId="710F238C" w14:textId="77777777" w:rsidR="00896028" w:rsidRPr="00896028" w:rsidRDefault="00896028" w:rsidP="00360FF3">
      <w:pPr>
        <w:spacing w:after="0"/>
        <w:jc w:val="center"/>
        <w:rPr>
          <w:rFonts w:ascii="Lora" w:hAnsi="Lora"/>
          <w:b/>
          <w:bCs/>
          <w:lang w:val="tr-TR"/>
        </w:rPr>
      </w:pPr>
      <w:proofErr w:type="spellStart"/>
      <w:r w:rsidRPr="00896028">
        <w:rPr>
          <w:rFonts w:ascii="Lora" w:hAnsi="Lora"/>
          <w:b/>
          <w:bCs/>
          <w:lang w:val="tr-TR"/>
        </w:rPr>
        <w:t>Nukkad</w:t>
      </w:r>
      <w:proofErr w:type="spellEnd"/>
      <w:r w:rsidRPr="00896028">
        <w:rPr>
          <w:rFonts w:ascii="Lora" w:hAnsi="Lora"/>
          <w:b/>
          <w:bCs/>
          <w:lang w:val="tr-TR"/>
        </w:rPr>
        <w:t xml:space="preserve"> Hadis Araştırmaları Dergisi </w:t>
      </w:r>
    </w:p>
    <w:p w14:paraId="3194C80E" w14:textId="2DF837DC" w:rsidR="00DB60A5" w:rsidRPr="00896028" w:rsidRDefault="00360FF3" w:rsidP="00360FF3">
      <w:pPr>
        <w:spacing w:after="0"/>
        <w:jc w:val="center"/>
        <w:rPr>
          <w:rFonts w:ascii="Lora" w:hAnsi="Lora"/>
          <w:b/>
          <w:bCs/>
          <w:lang w:val="tr-TR"/>
        </w:rPr>
      </w:pPr>
      <w:r w:rsidRPr="00896028">
        <w:rPr>
          <w:rFonts w:ascii="Lora" w:hAnsi="Lora"/>
          <w:b/>
          <w:bCs/>
          <w:lang w:val="tr-TR"/>
        </w:rPr>
        <w:t xml:space="preserve">YAPAY </w:t>
      </w:r>
      <w:proofErr w:type="gramStart"/>
      <w:r w:rsidRPr="00896028">
        <w:rPr>
          <w:rFonts w:ascii="Lora" w:hAnsi="Lora"/>
          <w:b/>
          <w:bCs/>
          <w:lang w:val="tr-TR"/>
        </w:rPr>
        <w:t>ZEK</w:t>
      </w:r>
      <w:r w:rsidR="00896028">
        <w:rPr>
          <w:rFonts w:ascii="Lora" w:hAnsi="Lora"/>
          <w:b/>
          <w:bCs/>
          <w:lang w:val="tr-TR"/>
        </w:rPr>
        <w:t>A</w:t>
      </w:r>
      <w:proofErr w:type="gramEnd"/>
      <w:r w:rsidRPr="00896028">
        <w:rPr>
          <w:rFonts w:ascii="Lora" w:hAnsi="Lora"/>
          <w:b/>
          <w:bCs/>
          <w:lang w:val="tr-TR"/>
        </w:rPr>
        <w:t xml:space="preserve"> KULLANIM BEYAN FORMU</w:t>
      </w:r>
    </w:p>
    <w:p w14:paraId="3B3A2941" w14:textId="4C695682" w:rsidR="00D1188C" w:rsidRPr="00896028" w:rsidRDefault="00896028" w:rsidP="00360FF3">
      <w:pPr>
        <w:spacing w:before="120" w:after="120"/>
        <w:jc w:val="both"/>
        <w:rPr>
          <w:rFonts w:ascii="Lora" w:hAnsi="Lora"/>
          <w:lang w:val="tr-TR"/>
        </w:rPr>
      </w:pPr>
      <w:proofErr w:type="spellStart"/>
      <w:r w:rsidRPr="00896028">
        <w:rPr>
          <w:rFonts w:ascii="Lora" w:hAnsi="Lora"/>
          <w:lang w:val="tr-TR"/>
        </w:rPr>
        <w:t>Nukkad</w:t>
      </w:r>
      <w:proofErr w:type="spellEnd"/>
      <w:r w:rsidRPr="00896028">
        <w:rPr>
          <w:rFonts w:ascii="Lora" w:hAnsi="Lora"/>
          <w:lang w:val="tr-TR"/>
        </w:rPr>
        <w:t xml:space="preserve"> Hadis Araştırmaları Dergisi</w:t>
      </w:r>
      <w:r w:rsidR="00276CA4" w:rsidRPr="00896028">
        <w:rPr>
          <w:rFonts w:ascii="Lora" w:hAnsi="Lora"/>
          <w:lang w:val="tr-TR"/>
        </w:rPr>
        <w:t xml:space="preserve">’ne gönderilen çalışmalar için yapay </w:t>
      </w:r>
      <w:proofErr w:type="gramStart"/>
      <w:r w:rsidR="00276CA4" w:rsidRPr="00896028">
        <w:rPr>
          <w:rFonts w:ascii="Lora" w:hAnsi="Lora"/>
          <w:lang w:val="tr-TR"/>
        </w:rPr>
        <w:t>zek</w:t>
      </w:r>
      <w:r>
        <w:rPr>
          <w:rFonts w:ascii="Lora" w:hAnsi="Lora"/>
          <w:lang w:val="tr-TR"/>
        </w:rPr>
        <w:t>a</w:t>
      </w:r>
      <w:proofErr w:type="gramEnd"/>
      <w:r w:rsidR="00276CA4" w:rsidRPr="00896028">
        <w:rPr>
          <w:rFonts w:ascii="Lora" w:hAnsi="Lora"/>
          <w:lang w:val="tr-TR"/>
        </w:rPr>
        <w:t xml:space="preserve"> (YZ) tabanlı araçların kullanımına ilişkin bu beyan formunun doldurulması</w:t>
      </w:r>
      <w:r w:rsidR="00FE1D66" w:rsidRPr="00896028">
        <w:rPr>
          <w:rFonts w:ascii="Lora" w:hAnsi="Lora"/>
          <w:lang w:val="tr-TR"/>
        </w:rPr>
        <w:t xml:space="preserve"> </w:t>
      </w:r>
      <w:r w:rsidR="00276CA4" w:rsidRPr="00896028">
        <w:rPr>
          <w:rFonts w:ascii="Lora" w:hAnsi="Lora"/>
          <w:lang w:val="tr-TR"/>
        </w:rPr>
        <w:t>zorunludur.</w:t>
      </w:r>
    </w:p>
    <w:p w14:paraId="414D8811" w14:textId="77777777" w:rsidR="00D1188C" w:rsidRPr="00896028" w:rsidRDefault="00000000" w:rsidP="00360FF3">
      <w:pPr>
        <w:pStyle w:val="ListeParagraf"/>
        <w:numPr>
          <w:ilvl w:val="0"/>
          <w:numId w:val="11"/>
        </w:numPr>
        <w:spacing w:before="120" w:after="120"/>
        <w:rPr>
          <w:rFonts w:ascii="Lora" w:hAnsi="Lora"/>
          <w:b/>
          <w:bCs/>
          <w:lang w:val="tr-TR"/>
        </w:rPr>
      </w:pPr>
      <w:r w:rsidRPr="00896028">
        <w:rPr>
          <w:rFonts w:ascii="Lora" w:hAnsi="Lora"/>
          <w:b/>
          <w:bCs/>
          <w:lang w:val="tr-TR"/>
        </w:rPr>
        <w:t>Makale Bilgileri</w:t>
      </w:r>
    </w:p>
    <w:p w14:paraId="5669CBC4" w14:textId="0FDA73B4" w:rsidR="00D1188C" w:rsidRPr="00896028" w:rsidRDefault="00000000" w:rsidP="00360FF3">
      <w:pPr>
        <w:spacing w:before="120" w:after="120"/>
        <w:rPr>
          <w:rFonts w:ascii="Lora" w:hAnsi="Lora"/>
          <w:lang w:val="tr-TR"/>
        </w:rPr>
      </w:pPr>
      <w:r w:rsidRPr="00896028">
        <w:rPr>
          <w:rFonts w:ascii="Lora" w:hAnsi="Lora"/>
          <w:lang w:val="tr-TR"/>
        </w:rPr>
        <w:t>Makale Başlığı: .........................................................................................</w:t>
      </w:r>
      <w:r w:rsidR="00DB60A5" w:rsidRPr="00896028">
        <w:rPr>
          <w:rFonts w:ascii="Lora" w:hAnsi="Lora"/>
          <w:lang w:val="tr-TR"/>
        </w:rPr>
        <w:t>..........</w:t>
      </w:r>
      <w:r w:rsidR="00360FF3" w:rsidRPr="00896028">
        <w:rPr>
          <w:rFonts w:ascii="Lora" w:hAnsi="Lora"/>
          <w:lang w:val="tr-TR"/>
        </w:rPr>
        <w:t>..............................</w:t>
      </w:r>
    </w:p>
    <w:p w14:paraId="33BB0501" w14:textId="04A992D1" w:rsidR="00D1188C" w:rsidRPr="00896028" w:rsidRDefault="00000000" w:rsidP="00360FF3">
      <w:pPr>
        <w:spacing w:before="120" w:after="120"/>
        <w:rPr>
          <w:rFonts w:ascii="Lora" w:hAnsi="Lora"/>
          <w:lang w:val="tr-TR"/>
        </w:rPr>
      </w:pPr>
      <w:r w:rsidRPr="00896028">
        <w:rPr>
          <w:rFonts w:ascii="Lora" w:hAnsi="Lora"/>
          <w:lang w:val="tr-TR"/>
        </w:rPr>
        <w:t>Yazar(</w:t>
      </w:r>
      <w:proofErr w:type="spellStart"/>
      <w:r w:rsidRPr="00896028">
        <w:rPr>
          <w:rFonts w:ascii="Lora" w:hAnsi="Lora"/>
          <w:lang w:val="tr-TR"/>
        </w:rPr>
        <w:t>lar</w:t>
      </w:r>
      <w:proofErr w:type="spellEnd"/>
      <w:r w:rsidRPr="00896028">
        <w:rPr>
          <w:rFonts w:ascii="Lora" w:hAnsi="Lora"/>
          <w:lang w:val="tr-TR"/>
        </w:rPr>
        <w:t>): .................................................................................................</w:t>
      </w:r>
      <w:r w:rsidR="00DB60A5" w:rsidRPr="00896028">
        <w:rPr>
          <w:rFonts w:ascii="Lora" w:hAnsi="Lora"/>
          <w:lang w:val="tr-TR"/>
        </w:rPr>
        <w:t>......</w:t>
      </w:r>
      <w:r w:rsidR="00360FF3" w:rsidRPr="00896028">
        <w:rPr>
          <w:rFonts w:ascii="Lora" w:hAnsi="Lora"/>
          <w:lang w:val="tr-TR"/>
        </w:rPr>
        <w:t>.............................</w:t>
      </w:r>
      <w:r w:rsidR="00DB60A5" w:rsidRPr="00896028">
        <w:rPr>
          <w:rFonts w:ascii="Lora" w:hAnsi="Lora"/>
          <w:lang w:val="tr-TR"/>
        </w:rPr>
        <w:t>.....</w:t>
      </w:r>
    </w:p>
    <w:p w14:paraId="28BBD94C" w14:textId="5F697D7D" w:rsidR="00D1188C" w:rsidRPr="00896028" w:rsidRDefault="00000000" w:rsidP="00360FF3">
      <w:pPr>
        <w:spacing w:before="120" w:after="120"/>
        <w:rPr>
          <w:rFonts w:ascii="Lora" w:hAnsi="Lora"/>
          <w:lang w:val="tr-TR"/>
        </w:rPr>
      </w:pPr>
      <w:r w:rsidRPr="00896028">
        <w:rPr>
          <w:rFonts w:ascii="Lora" w:hAnsi="Lora"/>
          <w:lang w:val="tr-TR"/>
        </w:rPr>
        <w:t xml:space="preserve">Sorumlu Yazar </w:t>
      </w:r>
      <w:r w:rsidR="00360FF3" w:rsidRPr="00896028">
        <w:rPr>
          <w:rFonts w:ascii="Lora" w:hAnsi="Lora"/>
          <w:lang w:val="tr-TR"/>
        </w:rPr>
        <w:t>e</w:t>
      </w:r>
      <w:r w:rsidRPr="00896028">
        <w:rPr>
          <w:rFonts w:ascii="Lora" w:hAnsi="Lora"/>
          <w:lang w:val="tr-TR"/>
        </w:rPr>
        <w:t>-</w:t>
      </w:r>
      <w:r w:rsidR="00BF4A0A" w:rsidRPr="00896028">
        <w:rPr>
          <w:rFonts w:ascii="Lora" w:hAnsi="Lora"/>
          <w:lang w:val="tr-TR"/>
        </w:rPr>
        <w:t>p</w:t>
      </w:r>
      <w:r w:rsidRPr="00896028">
        <w:rPr>
          <w:rFonts w:ascii="Lora" w:hAnsi="Lora"/>
          <w:lang w:val="tr-TR"/>
        </w:rPr>
        <w:t>osta: ...........................................</w:t>
      </w:r>
      <w:r w:rsidR="00360FF3" w:rsidRPr="00896028">
        <w:rPr>
          <w:rFonts w:ascii="Lora" w:hAnsi="Lora"/>
          <w:lang w:val="tr-TR"/>
        </w:rPr>
        <w:t>................................</w:t>
      </w:r>
      <w:r w:rsidRPr="00896028">
        <w:rPr>
          <w:rFonts w:ascii="Lora" w:hAnsi="Lora"/>
          <w:lang w:val="tr-TR"/>
        </w:rPr>
        <w:t>..............................</w:t>
      </w:r>
      <w:r w:rsidR="00DB60A5" w:rsidRPr="00896028">
        <w:rPr>
          <w:rFonts w:ascii="Lora" w:hAnsi="Lora"/>
          <w:lang w:val="tr-TR"/>
        </w:rPr>
        <w:t>.........</w:t>
      </w:r>
    </w:p>
    <w:p w14:paraId="498BFB98" w14:textId="77777777" w:rsidR="00D1188C" w:rsidRPr="00896028" w:rsidRDefault="00000000" w:rsidP="00360FF3">
      <w:pPr>
        <w:pStyle w:val="ListeParagraf"/>
        <w:numPr>
          <w:ilvl w:val="0"/>
          <w:numId w:val="11"/>
        </w:numPr>
        <w:spacing w:before="120" w:after="120"/>
        <w:rPr>
          <w:rFonts w:ascii="Lora" w:hAnsi="Lora"/>
          <w:b/>
          <w:bCs/>
          <w:lang w:val="tr-TR"/>
        </w:rPr>
      </w:pPr>
      <w:r w:rsidRPr="00896028">
        <w:rPr>
          <w:rFonts w:ascii="Lora" w:hAnsi="Lora"/>
          <w:b/>
          <w:bCs/>
          <w:lang w:val="tr-TR"/>
        </w:rPr>
        <w:t>Beyan</w:t>
      </w:r>
    </w:p>
    <w:p w14:paraId="1A3FDEE5" w14:textId="0D876EB8" w:rsidR="00D1188C" w:rsidRPr="00896028" w:rsidRDefault="00000000" w:rsidP="00C60245">
      <w:pPr>
        <w:spacing w:after="0"/>
        <w:rPr>
          <w:rFonts w:ascii="Lora" w:hAnsi="Lora"/>
          <w:lang w:val="tr-TR"/>
        </w:rPr>
      </w:pPr>
      <w:r w:rsidRPr="00896028">
        <w:rPr>
          <w:rFonts w:ascii="Lora" w:hAnsi="Lora"/>
          <w:lang w:val="tr-TR"/>
        </w:rPr>
        <w:t>Lütfen aşağıdaki seçeneklerden uygun olanı işaretleyiniz:</w:t>
      </w:r>
    </w:p>
    <w:p w14:paraId="1F56C784" w14:textId="51F11731" w:rsidR="00D1188C" w:rsidRPr="00896028" w:rsidRDefault="00000000" w:rsidP="00C60245">
      <w:pPr>
        <w:spacing w:after="0"/>
        <w:rPr>
          <w:rFonts w:ascii="Lora" w:hAnsi="Lora"/>
          <w:lang w:val="tr-TR"/>
        </w:rPr>
      </w:pPr>
      <w:r w:rsidRPr="00896028">
        <w:rPr>
          <w:rFonts w:ascii="Lora" w:hAnsi="Lora"/>
          <w:lang w:val="tr-TR"/>
        </w:rPr>
        <w:t>Bu çalışmada yapay zekâ tabanlı herhangi bir araç kullanıl</w:t>
      </w:r>
      <w:r w:rsidR="00C60245" w:rsidRPr="00896028">
        <w:rPr>
          <w:rFonts w:ascii="Lora" w:hAnsi="Lora"/>
          <w:lang w:val="tr-TR"/>
        </w:rPr>
        <w:t>m</w:t>
      </w:r>
      <w:r w:rsidRPr="00896028">
        <w:rPr>
          <w:rFonts w:ascii="Lora" w:hAnsi="Lora"/>
          <w:lang w:val="tr-TR"/>
        </w:rPr>
        <w:t>amıştır.</w:t>
      </w:r>
      <w:r w:rsidR="00C60245" w:rsidRPr="00896028">
        <w:rPr>
          <w:rFonts w:ascii="Lora" w:hAnsi="Lora"/>
          <w:lang w:val="tr-TR"/>
        </w:rPr>
        <w:t xml:space="preserve"> </w:t>
      </w:r>
      <w:r w:rsidR="00C60245" w:rsidRPr="00896028">
        <w:rPr>
          <w:rFonts w:ascii="Lora" w:hAnsi="Lora"/>
          <w:noProof/>
          <w:lang w:val="tr-TR"/>
        </w:rPr>
        <mc:AlternateContent>
          <mc:Choice Requires="wps">
            <w:drawing>
              <wp:inline distT="0" distB="0" distL="0" distR="0" wp14:anchorId="700771E2" wp14:editId="68A8CC35">
                <wp:extent cx="277970" cy="223469"/>
                <wp:effectExtent l="12700" t="12700" r="14605" b="18415"/>
                <wp:docPr id="1654994924" name="Yuvarlatılmış 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970" cy="223469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EA722EA" id="Yuvarlatılmış Dikdörtgen 1" o:spid="_x0000_s1026" style="width:21.9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" fillcolor="white [3201]" strokecolor="#e48312 [3204]" strokeweight="2pt">
                <w10:anchorlock/>
              </v:roundrect>
            </w:pict>
          </mc:Fallback>
        </mc:AlternateContent>
      </w:r>
    </w:p>
    <w:p w14:paraId="5F30E200" w14:textId="280E6383" w:rsidR="00D1188C" w:rsidRPr="00896028" w:rsidRDefault="00000000" w:rsidP="00C60245">
      <w:pPr>
        <w:spacing w:after="0"/>
        <w:rPr>
          <w:rFonts w:ascii="Lora" w:hAnsi="Lora"/>
          <w:lang w:val="tr-TR"/>
        </w:rPr>
      </w:pPr>
      <w:r w:rsidRPr="00896028">
        <w:rPr>
          <w:rFonts w:ascii="Lora" w:hAnsi="Lora"/>
          <w:lang w:val="tr-TR"/>
        </w:rPr>
        <w:t xml:space="preserve">Bu çalışmada yapay </w:t>
      </w:r>
      <w:proofErr w:type="gramStart"/>
      <w:r w:rsidRPr="00896028">
        <w:rPr>
          <w:rFonts w:ascii="Lora" w:hAnsi="Lora"/>
          <w:lang w:val="tr-TR"/>
        </w:rPr>
        <w:t>zek</w:t>
      </w:r>
      <w:r w:rsidR="00896028">
        <w:rPr>
          <w:rFonts w:ascii="Lora" w:hAnsi="Lora"/>
          <w:lang w:val="tr-TR"/>
        </w:rPr>
        <w:t>a</w:t>
      </w:r>
      <w:proofErr w:type="gramEnd"/>
      <w:r w:rsidRPr="00896028">
        <w:rPr>
          <w:rFonts w:ascii="Lora" w:hAnsi="Lora"/>
          <w:lang w:val="tr-TR"/>
        </w:rPr>
        <w:t xml:space="preserve"> tabanlı araç(</w:t>
      </w:r>
      <w:proofErr w:type="spellStart"/>
      <w:r w:rsidRPr="00896028">
        <w:rPr>
          <w:rFonts w:ascii="Lora" w:hAnsi="Lora"/>
          <w:lang w:val="tr-TR"/>
        </w:rPr>
        <w:t>lar</w:t>
      </w:r>
      <w:proofErr w:type="spellEnd"/>
      <w:r w:rsidRPr="00896028">
        <w:rPr>
          <w:rFonts w:ascii="Lora" w:hAnsi="Lora"/>
          <w:lang w:val="tr-TR"/>
        </w:rPr>
        <w:t>) kullanılmıştır.</w:t>
      </w:r>
      <w:r w:rsidR="00C60245" w:rsidRPr="00896028">
        <w:rPr>
          <w:rFonts w:ascii="Lora" w:hAnsi="Lora"/>
          <w:noProof/>
          <w:lang w:val="tr-TR"/>
        </w:rPr>
        <w:t xml:space="preserve"> </w:t>
      </w:r>
      <w:r w:rsidR="00C60245" w:rsidRPr="00896028">
        <w:rPr>
          <w:rFonts w:ascii="Lora" w:hAnsi="Lora"/>
          <w:noProof/>
          <w:lang w:val="tr-TR"/>
        </w:rPr>
        <mc:AlternateContent>
          <mc:Choice Requires="wps">
            <w:drawing>
              <wp:inline distT="0" distB="0" distL="0" distR="0" wp14:anchorId="6D2FAAF2" wp14:editId="58BE07D7">
                <wp:extent cx="277970" cy="223469"/>
                <wp:effectExtent l="12700" t="12700" r="14605" b="18415"/>
                <wp:docPr id="901828159" name="Yuvarlatılmış 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970" cy="223469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3D6B14B" id="Yuvarlatılmış Dikdörtgen 1" o:spid="_x0000_s1026" style="width:21.9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" fillcolor="white [3201]" strokecolor="#e48312 [3204]" strokeweight="2pt">
                <w10:anchorlock/>
              </v:roundrect>
            </w:pict>
          </mc:Fallback>
        </mc:AlternateContent>
      </w:r>
    </w:p>
    <w:p w14:paraId="238A7436" w14:textId="2E25910B" w:rsidR="00360FF3" w:rsidRPr="00896028" w:rsidRDefault="00000000" w:rsidP="00360FF3">
      <w:pPr>
        <w:pStyle w:val="ListeParagraf"/>
        <w:numPr>
          <w:ilvl w:val="0"/>
          <w:numId w:val="12"/>
        </w:numPr>
        <w:spacing w:before="120" w:after="120"/>
        <w:rPr>
          <w:rFonts w:ascii="Lora" w:hAnsi="Lora"/>
          <w:lang w:val="tr-TR"/>
        </w:rPr>
      </w:pPr>
      <w:r w:rsidRPr="00896028">
        <w:rPr>
          <w:rFonts w:ascii="Lora" w:hAnsi="Lora"/>
          <w:lang w:val="tr-TR"/>
        </w:rPr>
        <w:t>Kullanılan araç(</w:t>
      </w:r>
      <w:proofErr w:type="spellStart"/>
      <w:r w:rsidRPr="00896028">
        <w:rPr>
          <w:rFonts w:ascii="Lora" w:hAnsi="Lora"/>
          <w:lang w:val="tr-TR"/>
        </w:rPr>
        <w:t>lar</w:t>
      </w:r>
      <w:proofErr w:type="spellEnd"/>
      <w:r w:rsidRPr="00896028">
        <w:rPr>
          <w:rFonts w:ascii="Lora" w:hAnsi="Lora"/>
          <w:lang w:val="tr-TR"/>
        </w:rPr>
        <w:t>): ...........................................</w:t>
      </w:r>
      <w:r w:rsidR="00360FF3" w:rsidRPr="00896028">
        <w:rPr>
          <w:rFonts w:ascii="Lora" w:hAnsi="Lora"/>
          <w:lang w:val="tr-TR"/>
        </w:rPr>
        <w:t>.........................</w:t>
      </w:r>
      <w:r w:rsidRPr="00896028">
        <w:rPr>
          <w:rFonts w:ascii="Lora" w:hAnsi="Lora"/>
          <w:lang w:val="tr-TR"/>
        </w:rPr>
        <w:t>......................................</w:t>
      </w:r>
      <w:r w:rsidR="00DB60A5" w:rsidRPr="00896028">
        <w:rPr>
          <w:rFonts w:ascii="Lora" w:hAnsi="Lora"/>
          <w:lang w:val="tr-TR"/>
        </w:rPr>
        <w:t>.</w:t>
      </w:r>
    </w:p>
    <w:p w14:paraId="39FD339E" w14:textId="4C23586D" w:rsidR="00360FF3" w:rsidRPr="00896028" w:rsidRDefault="00000000" w:rsidP="00360FF3">
      <w:pPr>
        <w:pStyle w:val="ListeParagraf"/>
        <w:numPr>
          <w:ilvl w:val="0"/>
          <w:numId w:val="12"/>
        </w:numPr>
        <w:spacing w:before="120" w:after="120"/>
        <w:rPr>
          <w:rFonts w:ascii="Lora" w:hAnsi="Lora"/>
          <w:lang w:val="tr-TR"/>
        </w:rPr>
      </w:pPr>
      <w:r w:rsidRPr="00896028">
        <w:rPr>
          <w:rFonts w:ascii="Lora" w:hAnsi="Lora"/>
          <w:lang w:val="tr-TR"/>
        </w:rPr>
        <w:t>Kullanım amacı: ................................................</w:t>
      </w:r>
      <w:r w:rsidR="00360FF3" w:rsidRPr="00896028">
        <w:rPr>
          <w:rFonts w:ascii="Lora" w:hAnsi="Lora"/>
          <w:lang w:val="tr-TR"/>
        </w:rPr>
        <w:t>......................</w:t>
      </w:r>
      <w:r w:rsidRPr="00896028">
        <w:rPr>
          <w:rFonts w:ascii="Lora" w:hAnsi="Lora"/>
          <w:lang w:val="tr-TR"/>
        </w:rPr>
        <w:t>...................................</w:t>
      </w:r>
      <w:r w:rsidR="00360FF3" w:rsidRPr="00896028">
        <w:rPr>
          <w:rFonts w:ascii="Lora" w:hAnsi="Lora"/>
          <w:lang w:val="tr-TR"/>
        </w:rPr>
        <w:t>...</w:t>
      </w:r>
      <w:r w:rsidRPr="00896028">
        <w:rPr>
          <w:rFonts w:ascii="Lora" w:hAnsi="Lora"/>
          <w:lang w:val="tr-TR"/>
        </w:rPr>
        <w:t>....</w:t>
      </w:r>
      <w:r w:rsidR="00DB60A5" w:rsidRPr="00896028">
        <w:rPr>
          <w:rFonts w:ascii="Lora" w:hAnsi="Lora"/>
          <w:lang w:val="tr-TR"/>
        </w:rPr>
        <w:t>.</w:t>
      </w:r>
    </w:p>
    <w:p w14:paraId="630E0E19" w14:textId="77777777" w:rsidR="00360FF3" w:rsidRPr="00896028" w:rsidRDefault="00000000" w:rsidP="00360FF3">
      <w:pPr>
        <w:pStyle w:val="ListeParagraf"/>
        <w:numPr>
          <w:ilvl w:val="0"/>
          <w:numId w:val="12"/>
        </w:numPr>
        <w:spacing w:before="120" w:after="120"/>
        <w:rPr>
          <w:rFonts w:ascii="Lora" w:hAnsi="Lora"/>
          <w:lang w:val="tr-TR"/>
        </w:rPr>
      </w:pPr>
      <w:r w:rsidRPr="00896028">
        <w:rPr>
          <w:rFonts w:ascii="Lora" w:hAnsi="Lora"/>
          <w:lang w:val="tr-TR"/>
        </w:rPr>
        <w:t>Kullanımın yapıldığı bölüm(</w:t>
      </w:r>
      <w:proofErr w:type="spellStart"/>
      <w:r w:rsidRPr="00896028">
        <w:rPr>
          <w:rFonts w:ascii="Lora" w:hAnsi="Lora"/>
          <w:lang w:val="tr-TR"/>
        </w:rPr>
        <w:t>ler</w:t>
      </w:r>
      <w:proofErr w:type="spellEnd"/>
      <w:r w:rsidRPr="00896028">
        <w:rPr>
          <w:rFonts w:ascii="Lora" w:hAnsi="Lora"/>
          <w:lang w:val="tr-TR"/>
        </w:rPr>
        <w:t>): ........................</w:t>
      </w:r>
      <w:r w:rsidR="00360FF3" w:rsidRPr="00896028">
        <w:rPr>
          <w:rFonts w:ascii="Lora" w:hAnsi="Lora"/>
          <w:lang w:val="tr-TR"/>
        </w:rPr>
        <w:t>............................</w:t>
      </w:r>
      <w:r w:rsidRPr="00896028">
        <w:rPr>
          <w:rFonts w:ascii="Lora" w:hAnsi="Lora"/>
          <w:lang w:val="tr-TR"/>
        </w:rPr>
        <w:t>.................................</w:t>
      </w:r>
    </w:p>
    <w:p w14:paraId="52F5082A" w14:textId="73B845E3" w:rsidR="00D1188C" w:rsidRPr="00896028" w:rsidRDefault="00000000" w:rsidP="00360FF3">
      <w:pPr>
        <w:pStyle w:val="ListeParagraf"/>
        <w:numPr>
          <w:ilvl w:val="0"/>
          <w:numId w:val="12"/>
        </w:numPr>
        <w:spacing w:before="120" w:after="120"/>
        <w:rPr>
          <w:rFonts w:ascii="Lora" w:hAnsi="Lora"/>
          <w:lang w:val="tr-TR"/>
        </w:rPr>
      </w:pPr>
      <w:r w:rsidRPr="00896028">
        <w:rPr>
          <w:rFonts w:ascii="Lora" w:hAnsi="Lora"/>
          <w:lang w:val="tr-TR"/>
        </w:rPr>
        <w:t>Açıklama (varsa): .........................</w:t>
      </w:r>
      <w:r w:rsidR="00360FF3" w:rsidRPr="00896028">
        <w:rPr>
          <w:rFonts w:ascii="Lora" w:hAnsi="Lora"/>
          <w:lang w:val="tr-TR"/>
        </w:rPr>
        <w:t>.......................</w:t>
      </w:r>
      <w:r w:rsidRPr="00896028">
        <w:rPr>
          <w:rFonts w:ascii="Lora" w:hAnsi="Lora"/>
          <w:lang w:val="tr-TR"/>
        </w:rPr>
        <w:t>.............................................................</w:t>
      </w:r>
      <w:r w:rsidR="00DB60A5" w:rsidRPr="00896028">
        <w:rPr>
          <w:rFonts w:ascii="Lora" w:hAnsi="Lora"/>
          <w:lang w:val="tr-TR"/>
        </w:rPr>
        <w:t>..</w:t>
      </w:r>
    </w:p>
    <w:p w14:paraId="1D47084E" w14:textId="77777777" w:rsidR="00D1188C" w:rsidRPr="00896028" w:rsidRDefault="00000000" w:rsidP="00360FF3">
      <w:pPr>
        <w:pStyle w:val="ListeParagraf"/>
        <w:numPr>
          <w:ilvl w:val="0"/>
          <w:numId w:val="13"/>
        </w:numPr>
        <w:spacing w:before="120" w:after="120"/>
        <w:rPr>
          <w:rFonts w:ascii="Lora" w:hAnsi="Lora"/>
          <w:b/>
          <w:bCs/>
          <w:lang w:val="tr-TR"/>
        </w:rPr>
      </w:pPr>
      <w:r w:rsidRPr="00896028">
        <w:rPr>
          <w:rFonts w:ascii="Lora" w:hAnsi="Lora"/>
          <w:b/>
          <w:bCs/>
          <w:lang w:val="tr-TR"/>
        </w:rPr>
        <w:t>Onay</w:t>
      </w:r>
    </w:p>
    <w:p w14:paraId="535E98E1" w14:textId="37919781" w:rsidR="00360FF3" w:rsidRPr="00896028" w:rsidRDefault="00000000" w:rsidP="00360FF3">
      <w:pPr>
        <w:spacing w:before="120" w:after="120"/>
        <w:jc w:val="both"/>
        <w:rPr>
          <w:rFonts w:ascii="Lora" w:hAnsi="Lora"/>
          <w:lang w:val="tr-TR"/>
        </w:rPr>
      </w:pPr>
      <w:r w:rsidRPr="00896028">
        <w:rPr>
          <w:rFonts w:ascii="Lora" w:hAnsi="Lora"/>
          <w:lang w:val="tr-TR"/>
        </w:rPr>
        <w:t>Bu beyan ile, çalışmada kullanılan yapay zek</w:t>
      </w:r>
      <w:r w:rsidR="00896028">
        <w:rPr>
          <w:rFonts w:ascii="Lora" w:hAnsi="Lora"/>
          <w:lang w:val="tr-TR"/>
        </w:rPr>
        <w:t>a</w:t>
      </w:r>
      <w:r w:rsidRPr="00896028">
        <w:rPr>
          <w:rFonts w:ascii="Lora" w:hAnsi="Lora"/>
          <w:lang w:val="tr-TR"/>
        </w:rPr>
        <w:t xml:space="preserve"> araçlarının yalnızca yardımcı işlevlerde kullanıldığını; araştırmanın özgünlüğü, bilimsel katkısı ve sorumluluğunun tamamen yazar(</w:t>
      </w:r>
      <w:proofErr w:type="spellStart"/>
      <w:r w:rsidRPr="00896028">
        <w:rPr>
          <w:rFonts w:ascii="Lora" w:hAnsi="Lora"/>
          <w:lang w:val="tr-TR"/>
        </w:rPr>
        <w:t>lar</w:t>
      </w:r>
      <w:proofErr w:type="spellEnd"/>
      <w:r w:rsidRPr="00896028">
        <w:rPr>
          <w:rFonts w:ascii="Lora" w:hAnsi="Lora"/>
          <w:lang w:val="tr-TR"/>
        </w:rPr>
        <w:t>)a ait olduğunu kabul ve beyan ederim.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876"/>
        <w:gridCol w:w="2877"/>
        <w:gridCol w:w="2877"/>
      </w:tblGrid>
      <w:tr w:rsidR="00360FF3" w:rsidRPr="00896028" w14:paraId="5C1AEE8E" w14:textId="77777777" w:rsidTr="00360FF3">
        <w:tc>
          <w:tcPr>
            <w:tcW w:w="2876" w:type="dxa"/>
          </w:tcPr>
          <w:p w14:paraId="229B20F6" w14:textId="77777777" w:rsidR="00360FF3" w:rsidRPr="00896028" w:rsidRDefault="00360FF3" w:rsidP="00360FF3">
            <w:pPr>
              <w:spacing w:before="120"/>
              <w:jc w:val="center"/>
              <w:rPr>
                <w:rFonts w:ascii="Lora" w:hAnsi="Lora"/>
                <w:b/>
                <w:bCs/>
                <w:lang w:val="tr-TR"/>
              </w:rPr>
            </w:pPr>
            <w:proofErr w:type="gramStart"/>
            <w:r w:rsidRPr="00896028">
              <w:rPr>
                <w:rFonts w:ascii="Lora" w:hAnsi="Lora"/>
                <w:b/>
                <w:bCs/>
                <w:lang w:val="tr-TR"/>
              </w:rPr>
              <w:t>Yazar(</w:t>
            </w:r>
            <w:proofErr w:type="spellStart"/>
            <w:proofErr w:type="gramEnd"/>
            <w:r w:rsidRPr="00896028">
              <w:rPr>
                <w:rFonts w:ascii="Lora" w:hAnsi="Lora"/>
                <w:b/>
                <w:bCs/>
                <w:lang w:val="tr-TR"/>
              </w:rPr>
              <w:t>lar</w:t>
            </w:r>
            <w:proofErr w:type="spellEnd"/>
            <w:r w:rsidRPr="00896028">
              <w:rPr>
                <w:rFonts w:ascii="Lora" w:hAnsi="Lora"/>
                <w:b/>
                <w:bCs/>
                <w:lang w:val="tr-TR"/>
              </w:rPr>
              <w:t>)</w:t>
            </w:r>
            <w:proofErr w:type="spellStart"/>
            <w:r w:rsidRPr="00896028">
              <w:rPr>
                <w:rFonts w:ascii="Lora" w:hAnsi="Lora"/>
                <w:b/>
                <w:bCs/>
                <w:lang w:val="tr-TR"/>
              </w:rPr>
              <w:t>ın</w:t>
            </w:r>
            <w:proofErr w:type="spellEnd"/>
          </w:p>
          <w:p w14:paraId="21CC4BEC" w14:textId="54C4F295" w:rsidR="00360FF3" w:rsidRPr="00896028" w:rsidRDefault="00360FF3" w:rsidP="00360FF3">
            <w:pPr>
              <w:spacing w:before="120"/>
              <w:jc w:val="center"/>
              <w:rPr>
                <w:rFonts w:ascii="Lora" w:hAnsi="Lora"/>
                <w:b/>
                <w:bCs/>
                <w:lang w:val="tr-TR"/>
              </w:rPr>
            </w:pPr>
            <w:r w:rsidRPr="00896028">
              <w:rPr>
                <w:rFonts w:ascii="Lora" w:hAnsi="Lora"/>
                <w:b/>
                <w:bCs/>
                <w:lang w:val="tr-TR"/>
              </w:rPr>
              <w:t>Adı-Soyadı:</w:t>
            </w:r>
          </w:p>
        </w:tc>
        <w:tc>
          <w:tcPr>
            <w:tcW w:w="2877" w:type="dxa"/>
          </w:tcPr>
          <w:p w14:paraId="3589578E" w14:textId="7024A151" w:rsidR="00360FF3" w:rsidRPr="00896028" w:rsidRDefault="00360FF3" w:rsidP="00360FF3">
            <w:pPr>
              <w:spacing w:before="120"/>
              <w:jc w:val="center"/>
              <w:rPr>
                <w:rFonts w:ascii="Lora" w:hAnsi="Lora"/>
                <w:b/>
                <w:bCs/>
                <w:lang w:val="tr-TR"/>
              </w:rPr>
            </w:pPr>
            <w:r w:rsidRPr="00896028">
              <w:rPr>
                <w:rFonts w:ascii="Lora" w:hAnsi="Lora"/>
                <w:b/>
                <w:bCs/>
                <w:lang w:val="tr-TR"/>
              </w:rPr>
              <w:t>İmza:</w:t>
            </w:r>
          </w:p>
        </w:tc>
        <w:tc>
          <w:tcPr>
            <w:tcW w:w="2877" w:type="dxa"/>
          </w:tcPr>
          <w:p w14:paraId="70F0AC9D" w14:textId="7925B713" w:rsidR="00360FF3" w:rsidRPr="00896028" w:rsidRDefault="00360FF3" w:rsidP="00360FF3">
            <w:pPr>
              <w:spacing w:before="120"/>
              <w:jc w:val="center"/>
              <w:rPr>
                <w:rFonts w:ascii="Lora" w:hAnsi="Lora"/>
                <w:b/>
                <w:bCs/>
                <w:lang w:val="tr-TR"/>
              </w:rPr>
            </w:pPr>
            <w:r w:rsidRPr="00896028">
              <w:rPr>
                <w:rFonts w:ascii="Lora" w:hAnsi="Lora"/>
                <w:b/>
                <w:bCs/>
                <w:lang w:val="tr-TR"/>
              </w:rPr>
              <w:t>Tarih:</w:t>
            </w:r>
          </w:p>
        </w:tc>
      </w:tr>
      <w:tr w:rsidR="00360FF3" w:rsidRPr="00896028" w14:paraId="2FD595CA" w14:textId="77777777" w:rsidTr="00360FF3">
        <w:trPr>
          <w:trHeight w:val="501"/>
        </w:trPr>
        <w:tc>
          <w:tcPr>
            <w:tcW w:w="2876" w:type="dxa"/>
          </w:tcPr>
          <w:p w14:paraId="4CB39CDC" w14:textId="77777777" w:rsidR="00360FF3" w:rsidRPr="00896028" w:rsidRDefault="00360FF3" w:rsidP="00360FF3">
            <w:pPr>
              <w:spacing w:before="120"/>
              <w:rPr>
                <w:rFonts w:ascii="Lora" w:hAnsi="Lora"/>
                <w:b/>
                <w:bCs/>
                <w:lang w:val="tr-TR"/>
              </w:rPr>
            </w:pPr>
          </w:p>
        </w:tc>
        <w:tc>
          <w:tcPr>
            <w:tcW w:w="2877" w:type="dxa"/>
          </w:tcPr>
          <w:p w14:paraId="219575AC" w14:textId="77777777" w:rsidR="00360FF3" w:rsidRPr="00896028" w:rsidRDefault="00360FF3" w:rsidP="00360FF3">
            <w:pPr>
              <w:spacing w:before="120"/>
              <w:rPr>
                <w:rFonts w:ascii="Lora" w:hAnsi="Lora"/>
                <w:b/>
                <w:bCs/>
                <w:lang w:val="tr-TR"/>
              </w:rPr>
            </w:pPr>
          </w:p>
        </w:tc>
        <w:tc>
          <w:tcPr>
            <w:tcW w:w="2877" w:type="dxa"/>
          </w:tcPr>
          <w:p w14:paraId="7DD0017A" w14:textId="77777777" w:rsidR="00360FF3" w:rsidRPr="00896028" w:rsidRDefault="00360FF3" w:rsidP="00360FF3">
            <w:pPr>
              <w:spacing w:before="120"/>
              <w:rPr>
                <w:rFonts w:ascii="Lora" w:hAnsi="Lora"/>
                <w:b/>
                <w:bCs/>
                <w:lang w:val="tr-TR"/>
              </w:rPr>
            </w:pPr>
          </w:p>
        </w:tc>
      </w:tr>
      <w:tr w:rsidR="00360FF3" w:rsidRPr="00896028" w14:paraId="57B5E48F" w14:textId="77777777" w:rsidTr="00360FF3">
        <w:trPr>
          <w:trHeight w:val="501"/>
        </w:trPr>
        <w:tc>
          <w:tcPr>
            <w:tcW w:w="2876" w:type="dxa"/>
          </w:tcPr>
          <w:p w14:paraId="6DED3580" w14:textId="77777777" w:rsidR="00360FF3" w:rsidRPr="00896028" w:rsidRDefault="00360FF3" w:rsidP="00360FF3">
            <w:pPr>
              <w:spacing w:before="120"/>
              <w:rPr>
                <w:rFonts w:ascii="Lora" w:hAnsi="Lora"/>
                <w:b/>
                <w:bCs/>
                <w:lang w:val="tr-TR"/>
              </w:rPr>
            </w:pPr>
          </w:p>
        </w:tc>
        <w:tc>
          <w:tcPr>
            <w:tcW w:w="2877" w:type="dxa"/>
          </w:tcPr>
          <w:p w14:paraId="402A5A20" w14:textId="77777777" w:rsidR="00360FF3" w:rsidRPr="00896028" w:rsidRDefault="00360FF3" w:rsidP="00360FF3">
            <w:pPr>
              <w:spacing w:before="120"/>
              <w:rPr>
                <w:rFonts w:ascii="Lora" w:hAnsi="Lora"/>
                <w:b/>
                <w:bCs/>
                <w:lang w:val="tr-TR"/>
              </w:rPr>
            </w:pPr>
          </w:p>
        </w:tc>
        <w:tc>
          <w:tcPr>
            <w:tcW w:w="2877" w:type="dxa"/>
          </w:tcPr>
          <w:p w14:paraId="33D04362" w14:textId="77777777" w:rsidR="00360FF3" w:rsidRPr="00896028" w:rsidRDefault="00360FF3" w:rsidP="00360FF3">
            <w:pPr>
              <w:spacing w:before="120"/>
              <w:rPr>
                <w:rFonts w:ascii="Lora" w:hAnsi="Lora"/>
                <w:b/>
                <w:bCs/>
                <w:lang w:val="tr-TR"/>
              </w:rPr>
            </w:pPr>
          </w:p>
        </w:tc>
      </w:tr>
      <w:tr w:rsidR="00360FF3" w:rsidRPr="00896028" w14:paraId="7067BB98" w14:textId="77777777" w:rsidTr="00360FF3">
        <w:trPr>
          <w:trHeight w:val="501"/>
        </w:trPr>
        <w:tc>
          <w:tcPr>
            <w:tcW w:w="2876" w:type="dxa"/>
          </w:tcPr>
          <w:p w14:paraId="1DFC9C73" w14:textId="77777777" w:rsidR="00360FF3" w:rsidRPr="00896028" w:rsidRDefault="00360FF3" w:rsidP="00360FF3">
            <w:pPr>
              <w:spacing w:before="120"/>
              <w:rPr>
                <w:rFonts w:ascii="Lora" w:hAnsi="Lora"/>
                <w:b/>
                <w:bCs/>
                <w:lang w:val="tr-TR"/>
              </w:rPr>
            </w:pPr>
          </w:p>
        </w:tc>
        <w:tc>
          <w:tcPr>
            <w:tcW w:w="2877" w:type="dxa"/>
          </w:tcPr>
          <w:p w14:paraId="7F0AA25E" w14:textId="77777777" w:rsidR="00360FF3" w:rsidRPr="00896028" w:rsidRDefault="00360FF3" w:rsidP="00360FF3">
            <w:pPr>
              <w:spacing w:before="120"/>
              <w:rPr>
                <w:rFonts w:ascii="Lora" w:hAnsi="Lora"/>
                <w:b/>
                <w:bCs/>
                <w:lang w:val="tr-TR"/>
              </w:rPr>
            </w:pPr>
          </w:p>
        </w:tc>
        <w:tc>
          <w:tcPr>
            <w:tcW w:w="2877" w:type="dxa"/>
          </w:tcPr>
          <w:p w14:paraId="5603F200" w14:textId="77777777" w:rsidR="00360FF3" w:rsidRPr="00896028" w:rsidRDefault="00360FF3" w:rsidP="00360FF3">
            <w:pPr>
              <w:spacing w:before="120"/>
              <w:rPr>
                <w:rFonts w:ascii="Lora" w:hAnsi="Lora"/>
                <w:b/>
                <w:bCs/>
                <w:lang w:val="tr-TR"/>
              </w:rPr>
            </w:pPr>
          </w:p>
        </w:tc>
      </w:tr>
    </w:tbl>
    <w:p w14:paraId="7D05377D" w14:textId="38FA9451" w:rsidR="00D1188C" w:rsidRDefault="00D1188C" w:rsidP="00360FF3">
      <w:pPr>
        <w:spacing w:before="120" w:after="0"/>
        <w:rPr>
          <w:rFonts w:ascii="Lora" w:hAnsi="Lora"/>
          <w:lang w:val="tr-TR"/>
        </w:rPr>
      </w:pPr>
    </w:p>
    <w:p w14:paraId="138957B6" w14:textId="77777777" w:rsidR="001C0A90" w:rsidRDefault="001C0A90" w:rsidP="00360FF3">
      <w:pPr>
        <w:spacing w:before="120" w:after="0"/>
        <w:rPr>
          <w:rFonts w:ascii="Lora" w:hAnsi="Lora"/>
          <w:lang w:val="tr-TR"/>
        </w:rPr>
      </w:pPr>
    </w:p>
    <w:p w14:paraId="64012920" w14:textId="5BAF3F25" w:rsidR="001C0A90" w:rsidRDefault="001C0A90" w:rsidP="001C0A90">
      <w:pPr>
        <w:spacing w:before="120" w:after="120"/>
        <w:jc w:val="center"/>
        <w:rPr>
          <w:rFonts w:ascii="Lora" w:hAnsi="Lora"/>
          <w:b/>
          <w:bCs/>
          <w:lang w:val="tr-TR"/>
        </w:rPr>
      </w:pPr>
      <w:r w:rsidRPr="001C0A90">
        <w:rPr>
          <w:rFonts w:ascii="Lora" w:hAnsi="Lora"/>
          <w:b/>
          <w:bCs/>
          <w:lang w:val="tr-TR"/>
        </w:rPr>
        <w:t>ART</w:t>
      </w:r>
      <w:r>
        <w:rPr>
          <w:rFonts w:ascii="Lora" w:hAnsi="Lora"/>
          <w:b/>
          <w:bCs/>
          <w:lang w:val="tr-TR"/>
        </w:rPr>
        <w:t>I</w:t>
      </w:r>
      <w:r w:rsidRPr="001C0A90">
        <w:rPr>
          <w:rFonts w:ascii="Lora" w:hAnsi="Lora"/>
          <w:b/>
          <w:bCs/>
          <w:lang w:val="tr-TR"/>
        </w:rPr>
        <w:t>F</w:t>
      </w:r>
      <w:r>
        <w:rPr>
          <w:rFonts w:ascii="Lora" w:hAnsi="Lora"/>
          <w:b/>
          <w:bCs/>
          <w:lang w:val="tr-TR"/>
        </w:rPr>
        <w:t>I</w:t>
      </w:r>
      <w:r w:rsidRPr="001C0A90">
        <w:rPr>
          <w:rFonts w:ascii="Lora" w:hAnsi="Lora"/>
          <w:b/>
          <w:bCs/>
          <w:lang w:val="tr-TR"/>
        </w:rPr>
        <w:t>C</w:t>
      </w:r>
      <w:r>
        <w:rPr>
          <w:rFonts w:ascii="Lora" w:hAnsi="Lora"/>
          <w:b/>
          <w:bCs/>
          <w:lang w:val="tr-TR"/>
        </w:rPr>
        <w:t>I</w:t>
      </w:r>
      <w:r w:rsidRPr="001C0A90">
        <w:rPr>
          <w:rFonts w:ascii="Lora" w:hAnsi="Lora"/>
          <w:b/>
          <w:bCs/>
          <w:lang w:val="tr-TR"/>
        </w:rPr>
        <w:t>AL INTELL</w:t>
      </w:r>
      <w:r>
        <w:rPr>
          <w:rFonts w:ascii="Lora" w:hAnsi="Lora"/>
          <w:b/>
          <w:bCs/>
          <w:lang w:val="tr-TR"/>
        </w:rPr>
        <w:t>I</w:t>
      </w:r>
      <w:r w:rsidRPr="001C0A90">
        <w:rPr>
          <w:rFonts w:ascii="Lora" w:hAnsi="Lora"/>
          <w:b/>
          <w:bCs/>
          <w:lang w:val="tr-TR"/>
        </w:rPr>
        <w:t>GENCE DECLARAT</w:t>
      </w:r>
      <w:r>
        <w:rPr>
          <w:rFonts w:ascii="Lora" w:hAnsi="Lora"/>
          <w:b/>
          <w:bCs/>
          <w:lang w:val="tr-TR"/>
        </w:rPr>
        <w:t>I</w:t>
      </w:r>
      <w:r w:rsidRPr="001C0A90">
        <w:rPr>
          <w:rFonts w:ascii="Lora" w:hAnsi="Lora"/>
          <w:b/>
          <w:bCs/>
          <w:lang w:val="tr-TR"/>
        </w:rPr>
        <w:t>ON FORM</w:t>
      </w:r>
    </w:p>
    <w:p w14:paraId="354E5D99" w14:textId="72FE0FCA" w:rsidR="001C0A90" w:rsidRPr="00896028" w:rsidRDefault="001C0A90" w:rsidP="001C0A90">
      <w:pPr>
        <w:spacing w:before="120" w:after="120"/>
        <w:jc w:val="both"/>
        <w:rPr>
          <w:rFonts w:ascii="Lora" w:hAnsi="Lora"/>
          <w:lang w:val="tr-TR"/>
        </w:rPr>
      </w:pPr>
      <w:r w:rsidRPr="001C0A90">
        <w:rPr>
          <w:rFonts w:ascii="Lora" w:hAnsi="Lora"/>
          <w:lang w:val="en"/>
        </w:rPr>
        <w:t>Completion of this declaration form regarding the use of artificial intelligence (AI)-based tools for manuscripts submitted to the journal is mandatory.</w:t>
      </w:r>
    </w:p>
    <w:p w14:paraId="294DABD8" w14:textId="77777777" w:rsidR="001C0A90" w:rsidRPr="001C0A90" w:rsidRDefault="001C0A90" w:rsidP="001C0A90">
      <w:pPr>
        <w:spacing w:before="120" w:after="120"/>
        <w:rPr>
          <w:rFonts w:ascii="Lora" w:hAnsi="Lora"/>
          <w:b/>
          <w:bCs/>
          <w:lang w:val="tr-TR"/>
        </w:rPr>
      </w:pPr>
      <w:r w:rsidRPr="001C0A90">
        <w:rPr>
          <w:rFonts w:ascii="Lora" w:hAnsi="Lora"/>
          <w:b/>
          <w:bCs/>
          <w:lang w:val="en"/>
        </w:rPr>
        <w:t>Article Information</w:t>
      </w:r>
    </w:p>
    <w:p w14:paraId="5B021D01" w14:textId="6B99F8DF" w:rsidR="001C0A90" w:rsidRPr="00896028" w:rsidRDefault="001C0A90" w:rsidP="001C0A90">
      <w:pPr>
        <w:spacing w:before="120" w:after="120"/>
        <w:rPr>
          <w:rFonts w:ascii="Lora" w:hAnsi="Lora"/>
          <w:lang w:val="tr-TR"/>
        </w:rPr>
      </w:pPr>
      <w:proofErr w:type="spellStart"/>
      <w:r w:rsidRPr="001C0A90">
        <w:rPr>
          <w:rFonts w:ascii="Lora" w:hAnsi="Lora"/>
          <w:lang w:val="tr-TR"/>
        </w:rPr>
        <w:t>Article</w:t>
      </w:r>
      <w:proofErr w:type="spellEnd"/>
      <w:r w:rsidRPr="001C0A90">
        <w:rPr>
          <w:rFonts w:ascii="Lora" w:hAnsi="Lora"/>
          <w:lang w:val="tr-TR"/>
        </w:rPr>
        <w:t xml:space="preserve"> </w:t>
      </w:r>
      <w:proofErr w:type="spellStart"/>
      <w:r w:rsidRPr="001C0A90">
        <w:rPr>
          <w:rFonts w:ascii="Lora" w:hAnsi="Lora"/>
          <w:lang w:val="tr-TR"/>
        </w:rPr>
        <w:t>Title</w:t>
      </w:r>
      <w:proofErr w:type="spellEnd"/>
      <w:r w:rsidRPr="00896028">
        <w:rPr>
          <w:rFonts w:ascii="Lora" w:hAnsi="Lora"/>
          <w:lang w:val="tr-TR"/>
        </w:rPr>
        <w:t>: .................................................................................................................................</w:t>
      </w:r>
    </w:p>
    <w:p w14:paraId="7B1FA0F4" w14:textId="75F7394F" w:rsidR="001C0A90" w:rsidRPr="00896028" w:rsidRDefault="001C0A90" w:rsidP="001C0A90">
      <w:pPr>
        <w:spacing w:before="120" w:after="120"/>
        <w:rPr>
          <w:rFonts w:ascii="Lora" w:hAnsi="Lora"/>
          <w:lang w:val="tr-TR"/>
        </w:rPr>
      </w:pPr>
      <w:r w:rsidRPr="001C0A90">
        <w:rPr>
          <w:rFonts w:ascii="Lora" w:hAnsi="Lora"/>
          <w:lang w:val="tr-TR"/>
        </w:rPr>
        <w:t>Author(s</w:t>
      </w:r>
      <w:proofErr w:type="gramStart"/>
      <w:r w:rsidRPr="001C0A90">
        <w:rPr>
          <w:rFonts w:ascii="Lora" w:hAnsi="Lora"/>
          <w:lang w:val="tr-TR"/>
        </w:rPr>
        <w:t>):</w:t>
      </w:r>
      <w:r w:rsidRPr="00896028">
        <w:rPr>
          <w:rFonts w:ascii="Lora" w:hAnsi="Lora"/>
          <w:lang w:val="tr-TR"/>
        </w:rPr>
        <w:t>.........................................................................................................................................</w:t>
      </w:r>
      <w:proofErr w:type="gramEnd"/>
    </w:p>
    <w:p w14:paraId="076E9892" w14:textId="178F70A5" w:rsidR="001C0A90" w:rsidRPr="00896028" w:rsidRDefault="001C0A90" w:rsidP="001C0A90">
      <w:pPr>
        <w:spacing w:before="120" w:after="120"/>
        <w:rPr>
          <w:rFonts w:ascii="Lora" w:hAnsi="Lora"/>
          <w:lang w:val="tr-TR"/>
        </w:rPr>
      </w:pPr>
      <w:proofErr w:type="spellStart"/>
      <w:r w:rsidRPr="001C0A90">
        <w:rPr>
          <w:rFonts w:ascii="Lora" w:hAnsi="Lora"/>
          <w:lang w:val="tr-TR"/>
        </w:rPr>
        <w:t>Corresponding</w:t>
      </w:r>
      <w:proofErr w:type="spellEnd"/>
      <w:r w:rsidRPr="001C0A90">
        <w:rPr>
          <w:rFonts w:ascii="Lora" w:hAnsi="Lora"/>
          <w:lang w:val="tr-TR"/>
        </w:rPr>
        <w:t xml:space="preserve"> </w:t>
      </w:r>
      <w:proofErr w:type="spellStart"/>
      <w:r w:rsidRPr="001C0A90">
        <w:rPr>
          <w:rFonts w:ascii="Lora" w:hAnsi="Lora"/>
          <w:lang w:val="tr-TR"/>
        </w:rPr>
        <w:t>author</w:t>
      </w:r>
      <w:proofErr w:type="spellEnd"/>
      <w:r w:rsidRPr="001C0A90">
        <w:rPr>
          <w:rFonts w:ascii="Lora" w:hAnsi="Lora"/>
          <w:lang w:val="tr-TR"/>
        </w:rPr>
        <w:t xml:space="preserve"> </w:t>
      </w:r>
      <w:proofErr w:type="gramStart"/>
      <w:r w:rsidRPr="001C0A90">
        <w:rPr>
          <w:rFonts w:ascii="Lora" w:hAnsi="Lora"/>
          <w:lang w:val="tr-TR"/>
        </w:rPr>
        <w:t>e-mail:</w:t>
      </w:r>
      <w:r w:rsidRPr="00896028">
        <w:rPr>
          <w:rFonts w:ascii="Lora" w:hAnsi="Lora"/>
          <w:lang w:val="tr-TR"/>
        </w:rPr>
        <w:t>...................................................................................................</w:t>
      </w:r>
      <w:proofErr w:type="gramEnd"/>
    </w:p>
    <w:p w14:paraId="327D9FEC" w14:textId="77777777" w:rsidR="009137BD" w:rsidRDefault="009137BD" w:rsidP="001C0A90">
      <w:pPr>
        <w:spacing w:after="0"/>
        <w:rPr>
          <w:rFonts w:ascii="Lora" w:hAnsi="Lora"/>
          <w:b/>
          <w:bCs/>
          <w:lang w:val="tr-TR"/>
        </w:rPr>
      </w:pPr>
      <w:proofErr w:type="spellStart"/>
      <w:r w:rsidRPr="009137BD">
        <w:rPr>
          <w:rFonts w:ascii="Lora" w:hAnsi="Lora"/>
          <w:b/>
          <w:bCs/>
          <w:lang w:val="tr-TR"/>
        </w:rPr>
        <w:t>Declaration</w:t>
      </w:r>
      <w:proofErr w:type="spellEnd"/>
    </w:p>
    <w:p w14:paraId="5415812A" w14:textId="77777777" w:rsidR="009137BD" w:rsidRPr="009137BD" w:rsidRDefault="009137BD" w:rsidP="009137BD">
      <w:pPr>
        <w:spacing w:after="0"/>
        <w:rPr>
          <w:rFonts w:ascii="Lora" w:hAnsi="Lora"/>
          <w:lang w:val="tr-TR"/>
        </w:rPr>
      </w:pPr>
      <w:r w:rsidRPr="009137BD">
        <w:rPr>
          <w:rFonts w:ascii="Lora" w:hAnsi="Lora"/>
          <w:lang w:val="en"/>
        </w:rPr>
        <w:t>Please mark the appropriate option from the choices below:</w:t>
      </w:r>
    </w:p>
    <w:p w14:paraId="19385804" w14:textId="5D09B133" w:rsidR="001C0A90" w:rsidRPr="00896028" w:rsidRDefault="009137BD" w:rsidP="001C0A90">
      <w:pPr>
        <w:spacing w:after="0"/>
        <w:rPr>
          <w:rFonts w:ascii="Lora" w:hAnsi="Lora"/>
          <w:lang w:val="tr-TR"/>
        </w:rPr>
      </w:pPr>
      <w:r w:rsidRPr="009137BD">
        <w:rPr>
          <w:rFonts w:ascii="Lora" w:hAnsi="Lora"/>
          <w:lang w:val="tr-TR"/>
        </w:rPr>
        <w:t xml:space="preserve">No </w:t>
      </w:r>
      <w:proofErr w:type="spellStart"/>
      <w:r w:rsidRPr="009137BD">
        <w:rPr>
          <w:rFonts w:ascii="Lora" w:hAnsi="Lora"/>
          <w:lang w:val="tr-TR"/>
        </w:rPr>
        <w:t>artificial</w:t>
      </w:r>
      <w:proofErr w:type="spellEnd"/>
      <w:r w:rsidRPr="009137BD">
        <w:rPr>
          <w:rFonts w:ascii="Lora" w:hAnsi="Lora"/>
          <w:lang w:val="tr-TR"/>
        </w:rPr>
        <w:t xml:space="preserve"> </w:t>
      </w:r>
      <w:proofErr w:type="spellStart"/>
      <w:r w:rsidRPr="009137BD">
        <w:rPr>
          <w:rFonts w:ascii="Lora" w:hAnsi="Lora"/>
          <w:lang w:val="tr-TR"/>
        </w:rPr>
        <w:t>intelligence-based</w:t>
      </w:r>
      <w:proofErr w:type="spellEnd"/>
      <w:r w:rsidRPr="009137BD">
        <w:rPr>
          <w:rFonts w:ascii="Lora" w:hAnsi="Lora"/>
          <w:lang w:val="tr-TR"/>
        </w:rPr>
        <w:t xml:space="preserve"> </w:t>
      </w:r>
      <w:proofErr w:type="spellStart"/>
      <w:r w:rsidRPr="009137BD">
        <w:rPr>
          <w:rFonts w:ascii="Lora" w:hAnsi="Lora"/>
          <w:lang w:val="tr-TR"/>
        </w:rPr>
        <w:t>tools</w:t>
      </w:r>
      <w:proofErr w:type="spellEnd"/>
      <w:r w:rsidRPr="009137BD">
        <w:rPr>
          <w:rFonts w:ascii="Lora" w:hAnsi="Lora"/>
          <w:lang w:val="tr-TR"/>
        </w:rPr>
        <w:t xml:space="preserve"> </w:t>
      </w:r>
      <w:proofErr w:type="spellStart"/>
      <w:r w:rsidRPr="009137BD">
        <w:rPr>
          <w:rFonts w:ascii="Lora" w:hAnsi="Lora"/>
          <w:lang w:val="tr-TR"/>
        </w:rPr>
        <w:t>were</w:t>
      </w:r>
      <w:proofErr w:type="spellEnd"/>
      <w:r w:rsidRPr="009137BD">
        <w:rPr>
          <w:rFonts w:ascii="Lora" w:hAnsi="Lora"/>
          <w:lang w:val="tr-TR"/>
        </w:rPr>
        <w:t xml:space="preserve"> </w:t>
      </w:r>
      <w:proofErr w:type="spellStart"/>
      <w:r w:rsidRPr="009137BD">
        <w:rPr>
          <w:rFonts w:ascii="Lora" w:hAnsi="Lora"/>
          <w:lang w:val="tr-TR"/>
        </w:rPr>
        <w:t>used</w:t>
      </w:r>
      <w:proofErr w:type="spellEnd"/>
      <w:r w:rsidRPr="009137BD">
        <w:rPr>
          <w:rFonts w:ascii="Lora" w:hAnsi="Lora"/>
          <w:lang w:val="tr-TR"/>
        </w:rPr>
        <w:t xml:space="preserve"> in </w:t>
      </w:r>
      <w:proofErr w:type="spellStart"/>
      <w:r w:rsidRPr="009137BD">
        <w:rPr>
          <w:rFonts w:ascii="Lora" w:hAnsi="Lora"/>
          <w:lang w:val="tr-TR"/>
        </w:rPr>
        <w:t>this</w:t>
      </w:r>
      <w:proofErr w:type="spellEnd"/>
      <w:r w:rsidRPr="009137BD">
        <w:rPr>
          <w:rFonts w:ascii="Lora" w:hAnsi="Lora"/>
          <w:lang w:val="tr-TR"/>
        </w:rPr>
        <w:t xml:space="preserve"> </w:t>
      </w:r>
      <w:proofErr w:type="spellStart"/>
      <w:r w:rsidRPr="009137BD">
        <w:rPr>
          <w:rFonts w:ascii="Lora" w:hAnsi="Lora"/>
          <w:lang w:val="tr-TR"/>
        </w:rPr>
        <w:t>study</w:t>
      </w:r>
      <w:proofErr w:type="spellEnd"/>
      <w:r w:rsidR="001C0A90" w:rsidRPr="00896028">
        <w:rPr>
          <w:rFonts w:ascii="Lora" w:hAnsi="Lora"/>
          <w:lang w:val="tr-TR"/>
        </w:rPr>
        <w:t xml:space="preserve">. </w:t>
      </w:r>
      <w:r w:rsidR="001C0A90" w:rsidRPr="00896028">
        <w:rPr>
          <w:rFonts w:ascii="Lora" w:hAnsi="Lora"/>
          <w:noProof/>
          <w:lang w:val="tr-TR"/>
        </w:rPr>
        <mc:AlternateContent>
          <mc:Choice Requires="wps">
            <w:drawing>
              <wp:inline distT="0" distB="0" distL="0" distR="0" wp14:anchorId="52EEEC49" wp14:editId="32EB9BA4">
                <wp:extent cx="277970" cy="223469"/>
                <wp:effectExtent l="12700" t="12700" r="14605" b="18415"/>
                <wp:docPr id="747991329" name="Yuvarlatılmış 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970" cy="223469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3F1DE14" id="Yuvarlatılmış Dikdörtgen 1" o:spid="_x0000_s1026" style="width:21.9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" fillcolor="white [3201]" strokecolor="#e48312 [3204]" strokeweight="2pt">
                <w10:anchorlock/>
              </v:roundrect>
            </w:pict>
          </mc:Fallback>
        </mc:AlternateContent>
      </w:r>
    </w:p>
    <w:p w14:paraId="219553C4" w14:textId="265BFDEA" w:rsidR="001C0A90" w:rsidRPr="00896028" w:rsidRDefault="009137BD" w:rsidP="009137BD">
      <w:pPr>
        <w:spacing w:after="0"/>
        <w:rPr>
          <w:rFonts w:ascii="Lora" w:hAnsi="Lora"/>
          <w:lang w:val="tr-TR"/>
        </w:rPr>
      </w:pPr>
      <w:r w:rsidRPr="009137BD">
        <w:rPr>
          <w:rFonts w:ascii="Lora" w:hAnsi="Lora"/>
          <w:lang w:val="en"/>
        </w:rPr>
        <w:t>Artificial intelligence-based tool(s) were used in this study</w:t>
      </w:r>
      <w:r w:rsidR="001C0A90" w:rsidRPr="00896028">
        <w:rPr>
          <w:rFonts w:ascii="Lora" w:hAnsi="Lora"/>
          <w:lang w:val="tr-TR"/>
        </w:rPr>
        <w:t>.</w:t>
      </w:r>
      <w:r w:rsidR="001C0A90" w:rsidRPr="00896028">
        <w:rPr>
          <w:rFonts w:ascii="Lora" w:hAnsi="Lora"/>
          <w:noProof/>
          <w:lang w:val="tr-TR"/>
        </w:rPr>
        <w:t xml:space="preserve"> </w:t>
      </w:r>
      <w:r w:rsidR="001C0A90" w:rsidRPr="00896028">
        <w:rPr>
          <w:rFonts w:ascii="Lora" w:hAnsi="Lora"/>
          <w:noProof/>
          <w:lang w:val="tr-TR"/>
        </w:rPr>
        <mc:AlternateContent>
          <mc:Choice Requires="wps">
            <w:drawing>
              <wp:inline distT="0" distB="0" distL="0" distR="0" wp14:anchorId="13BEA45E" wp14:editId="13B4700F">
                <wp:extent cx="277970" cy="223469"/>
                <wp:effectExtent l="12700" t="12700" r="14605" b="18415"/>
                <wp:docPr id="1008022252" name="Yuvarlatılmış 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970" cy="223469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DF74A48" id="Yuvarlatılmış Dikdörtgen 1" o:spid="_x0000_s1026" style="width:21.9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" fillcolor="white [3201]" strokecolor="#e48312 [3204]" strokeweight="2pt">
                <w10:anchorlock/>
              </v:roundrect>
            </w:pict>
          </mc:Fallback>
        </mc:AlternateContent>
      </w:r>
    </w:p>
    <w:p w14:paraId="78BB5686" w14:textId="309313B2" w:rsidR="001C0A90" w:rsidRPr="00896028" w:rsidRDefault="009137BD" w:rsidP="001C0A90">
      <w:pPr>
        <w:pStyle w:val="ListeParagraf"/>
        <w:numPr>
          <w:ilvl w:val="0"/>
          <w:numId w:val="12"/>
        </w:numPr>
        <w:spacing w:before="120" w:after="120"/>
        <w:rPr>
          <w:rFonts w:ascii="Lora" w:hAnsi="Lora"/>
          <w:lang w:val="tr-TR"/>
        </w:rPr>
      </w:pPr>
      <w:proofErr w:type="spellStart"/>
      <w:r w:rsidRPr="009137BD">
        <w:rPr>
          <w:rFonts w:ascii="Lora" w:hAnsi="Lora"/>
          <w:lang w:val="tr-TR"/>
        </w:rPr>
        <w:t>Tool</w:t>
      </w:r>
      <w:proofErr w:type="spellEnd"/>
      <w:r w:rsidRPr="009137BD">
        <w:rPr>
          <w:rFonts w:ascii="Lora" w:hAnsi="Lora"/>
          <w:lang w:val="tr-TR"/>
        </w:rPr>
        <w:t xml:space="preserve">(s) </w:t>
      </w:r>
      <w:proofErr w:type="gramStart"/>
      <w:r w:rsidRPr="009137BD">
        <w:rPr>
          <w:rFonts w:ascii="Lora" w:hAnsi="Lora"/>
          <w:lang w:val="tr-TR"/>
        </w:rPr>
        <w:t>used:</w:t>
      </w:r>
      <w:r w:rsidR="001C0A90" w:rsidRPr="00896028">
        <w:rPr>
          <w:rFonts w:ascii="Lora" w:hAnsi="Lora"/>
          <w:lang w:val="tr-TR"/>
        </w:rPr>
        <w:t>...........................................................................................................</w:t>
      </w:r>
      <w:proofErr w:type="gramEnd"/>
    </w:p>
    <w:p w14:paraId="45F34818" w14:textId="2B672320" w:rsidR="001C0A90" w:rsidRPr="00896028" w:rsidRDefault="009137BD" w:rsidP="001C0A90">
      <w:pPr>
        <w:pStyle w:val="ListeParagraf"/>
        <w:numPr>
          <w:ilvl w:val="0"/>
          <w:numId w:val="12"/>
        </w:numPr>
        <w:spacing w:before="120" w:after="120"/>
        <w:rPr>
          <w:rFonts w:ascii="Lora" w:hAnsi="Lora"/>
          <w:lang w:val="tr-TR"/>
        </w:rPr>
      </w:pPr>
      <w:proofErr w:type="spellStart"/>
      <w:r w:rsidRPr="009137BD">
        <w:rPr>
          <w:rFonts w:ascii="Lora" w:hAnsi="Lora"/>
          <w:lang w:val="tr-TR"/>
        </w:rPr>
        <w:t>Intended</w:t>
      </w:r>
      <w:proofErr w:type="spellEnd"/>
      <w:r w:rsidRPr="009137BD">
        <w:rPr>
          <w:rFonts w:ascii="Lora" w:hAnsi="Lora"/>
          <w:lang w:val="tr-TR"/>
        </w:rPr>
        <w:t xml:space="preserve"> </w:t>
      </w:r>
      <w:proofErr w:type="spellStart"/>
      <w:r w:rsidRPr="009137BD">
        <w:rPr>
          <w:rFonts w:ascii="Lora" w:hAnsi="Lora"/>
          <w:lang w:val="tr-TR"/>
        </w:rPr>
        <w:t>use</w:t>
      </w:r>
      <w:proofErr w:type="spellEnd"/>
      <w:r w:rsidR="001C0A90" w:rsidRPr="00896028">
        <w:rPr>
          <w:rFonts w:ascii="Lora" w:hAnsi="Lora"/>
          <w:lang w:val="tr-TR"/>
        </w:rPr>
        <w:t>: .................................................................................................................</w:t>
      </w:r>
    </w:p>
    <w:p w14:paraId="1F16C9F0" w14:textId="06527927" w:rsidR="001C0A90" w:rsidRPr="00896028" w:rsidRDefault="009137BD" w:rsidP="001C0A90">
      <w:pPr>
        <w:pStyle w:val="ListeParagraf"/>
        <w:numPr>
          <w:ilvl w:val="0"/>
          <w:numId w:val="12"/>
        </w:numPr>
        <w:spacing w:before="120" w:after="120"/>
        <w:rPr>
          <w:rFonts w:ascii="Lora" w:hAnsi="Lora"/>
          <w:lang w:val="tr-TR"/>
        </w:rPr>
      </w:pPr>
      <w:r w:rsidRPr="009137BD">
        <w:rPr>
          <w:rFonts w:ascii="Lora" w:hAnsi="Lora"/>
          <w:lang w:val="tr-TR"/>
        </w:rPr>
        <w:t>Explanation</w:t>
      </w:r>
      <w:r w:rsidR="001C0A90" w:rsidRPr="00896028">
        <w:rPr>
          <w:rFonts w:ascii="Lora" w:hAnsi="Lora"/>
          <w:lang w:val="tr-TR"/>
        </w:rPr>
        <w:t>...............................................................................................................</w:t>
      </w:r>
    </w:p>
    <w:p w14:paraId="211BB673" w14:textId="77777777" w:rsidR="00E5609C" w:rsidRDefault="00E5609C" w:rsidP="001C0A90">
      <w:pPr>
        <w:spacing w:before="120" w:after="120"/>
        <w:jc w:val="both"/>
        <w:rPr>
          <w:rFonts w:ascii="Lora" w:hAnsi="Lora"/>
          <w:b/>
          <w:bCs/>
          <w:lang w:val="tr-TR"/>
        </w:rPr>
      </w:pPr>
      <w:proofErr w:type="spellStart"/>
      <w:r w:rsidRPr="00E5609C">
        <w:rPr>
          <w:rFonts w:ascii="Lora" w:hAnsi="Lora"/>
          <w:b/>
          <w:bCs/>
          <w:lang w:val="tr-TR"/>
        </w:rPr>
        <w:t>Approval</w:t>
      </w:r>
      <w:proofErr w:type="spellEnd"/>
    </w:p>
    <w:p w14:paraId="68671245" w14:textId="645B29CA" w:rsidR="001C0A90" w:rsidRPr="00896028" w:rsidRDefault="00E5609C" w:rsidP="001C0A90">
      <w:pPr>
        <w:spacing w:before="120" w:after="120"/>
        <w:jc w:val="both"/>
        <w:rPr>
          <w:rFonts w:ascii="Lora" w:hAnsi="Lora"/>
          <w:lang w:val="tr-TR"/>
        </w:rPr>
      </w:pPr>
      <w:proofErr w:type="spellStart"/>
      <w:r w:rsidRPr="00E5609C">
        <w:rPr>
          <w:rFonts w:ascii="Lora" w:hAnsi="Lora"/>
          <w:lang w:val="tr-TR"/>
        </w:rPr>
        <w:t>With</w:t>
      </w:r>
      <w:proofErr w:type="spellEnd"/>
      <w:r w:rsidRPr="00E5609C">
        <w:rPr>
          <w:rFonts w:ascii="Lora" w:hAnsi="Lora"/>
          <w:lang w:val="tr-TR"/>
        </w:rPr>
        <w:t xml:space="preserve"> </w:t>
      </w:r>
      <w:proofErr w:type="spellStart"/>
      <w:r w:rsidRPr="00E5609C">
        <w:rPr>
          <w:rFonts w:ascii="Lora" w:hAnsi="Lora"/>
          <w:lang w:val="tr-TR"/>
        </w:rPr>
        <w:t>this</w:t>
      </w:r>
      <w:proofErr w:type="spellEnd"/>
      <w:r w:rsidRPr="00E5609C">
        <w:rPr>
          <w:rFonts w:ascii="Lora" w:hAnsi="Lora"/>
          <w:lang w:val="tr-TR"/>
        </w:rPr>
        <w:t xml:space="preserve"> </w:t>
      </w:r>
      <w:proofErr w:type="spellStart"/>
      <w:r w:rsidRPr="00E5609C">
        <w:rPr>
          <w:rFonts w:ascii="Lora" w:hAnsi="Lora"/>
          <w:lang w:val="tr-TR"/>
        </w:rPr>
        <w:t>statement</w:t>
      </w:r>
      <w:proofErr w:type="spellEnd"/>
      <w:r w:rsidRPr="00E5609C">
        <w:rPr>
          <w:rFonts w:ascii="Lora" w:hAnsi="Lora"/>
          <w:lang w:val="tr-TR"/>
        </w:rPr>
        <w:t xml:space="preserve">, I </w:t>
      </w:r>
      <w:proofErr w:type="spellStart"/>
      <w:r w:rsidRPr="00E5609C">
        <w:rPr>
          <w:rFonts w:ascii="Lora" w:hAnsi="Lora"/>
          <w:lang w:val="tr-TR"/>
        </w:rPr>
        <w:t>acknowledge</w:t>
      </w:r>
      <w:proofErr w:type="spellEnd"/>
      <w:r w:rsidRPr="00E5609C">
        <w:rPr>
          <w:rFonts w:ascii="Lora" w:hAnsi="Lora"/>
          <w:lang w:val="tr-TR"/>
        </w:rPr>
        <w:t xml:space="preserve"> </w:t>
      </w:r>
      <w:proofErr w:type="spellStart"/>
      <w:r w:rsidRPr="00E5609C">
        <w:rPr>
          <w:rFonts w:ascii="Lora" w:hAnsi="Lora"/>
          <w:lang w:val="tr-TR"/>
        </w:rPr>
        <w:t>and</w:t>
      </w:r>
      <w:proofErr w:type="spellEnd"/>
      <w:r w:rsidRPr="00E5609C">
        <w:rPr>
          <w:rFonts w:ascii="Lora" w:hAnsi="Lora"/>
          <w:lang w:val="tr-TR"/>
        </w:rPr>
        <w:t xml:space="preserve"> </w:t>
      </w:r>
      <w:proofErr w:type="spellStart"/>
      <w:r w:rsidRPr="00E5609C">
        <w:rPr>
          <w:rFonts w:ascii="Lora" w:hAnsi="Lora"/>
          <w:lang w:val="tr-TR"/>
        </w:rPr>
        <w:t>declare</w:t>
      </w:r>
      <w:proofErr w:type="spellEnd"/>
      <w:r w:rsidRPr="00E5609C">
        <w:rPr>
          <w:rFonts w:ascii="Lora" w:hAnsi="Lora"/>
          <w:lang w:val="tr-TR"/>
        </w:rPr>
        <w:t xml:space="preserve"> </w:t>
      </w:r>
      <w:proofErr w:type="spellStart"/>
      <w:r w:rsidRPr="00E5609C">
        <w:rPr>
          <w:rFonts w:ascii="Lora" w:hAnsi="Lora"/>
          <w:lang w:val="tr-TR"/>
        </w:rPr>
        <w:t>that</w:t>
      </w:r>
      <w:proofErr w:type="spellEnd"/>
      <w:r w:rsidRPr="00E5609C">
        <w:rPr>
          <w:rFonts w:ascii="Lora" w:hAnsi="Lora"/>
          <w:lang w:val="tr-TR"/>
        </w:rPr>
        <w:t xml:space="preserve"> </w:t>
      </w:r>
      <w:proofErr w:type="spellStart"/>
      <w:r w:rsidRPr="00E5609C">
        <w:rPr>
          <w:rFonts w:ascii="Lora" w:hAnsi="Lora"/>
          <w:lang w:val="tr-TR"/>
        </w:rPr>
        <w:t>the</w:t>
      </w:r>
      <w:proofErr w:type="spellEnd"/>
      <w:r w:rsidRPr="00E5609C">
        <w:rPr>
          <w:rFonts w:ascii="Lora" w:hAnsi="Lora"/>
          <w:lang w:val="tr-TR"/>
        </w:rPr>
        <w:t xml:space="preserve"> </w:t>
      </w:r>
      <w:proofErr w:type="spellStart"/>
      <w:r w:rsidRPr="00E5609C">
        <w:rPr>
          <w:rFonts w:ascii="Lora" w:hAnsi="Lora"/>
          <w:lang w:val="tr-TR"/>
        </w:rPr>
        <w:t>artificial</w:t>
      </w:r>
      <w:proofErr w:type="spellEnd"/>
      <w:r w:rsidRPr="00E5609C">
        <w:rPr>
          <w:rFonts w:ascii="Lora" w:hAnsi="Lora"/>
          <w:lang w:val="tr-TR"/>
        </w:rPr>
        <w:t xml:space="preserve"> </w:t>
      </w:r>
      <w:proofErr w:type="spellStart"/>
      <w:r w:rsidRPr="00E5609C">
        <w:rPr>
          <w:rFonts w:ascii="Lora" w:hAnsi="Lora"/>
          <w:lang w:val="tr-TR"/>
        </w:rPr>
        <w:t>intelligence</w:t>
      </w:r>
      <w:proofErr w:type="spellEnd"/>
      <w:r w:rsidRPr="00E5609C">
        <w:rPr>
          <w:rFonts w:ascii="Lora" w:hAnsi="Lora"/>
          <w:lang w:val="tr-TR"/>
        </w:rPr>
        <w:t xml:space="preserve"> </w:t>
      </w:r>
      <w:proofErr w:type="spellStart"/>
      <w:r w:rsidRPr="00E5609C">
        <w:rPr>
          <w:rFonts w:ascii="Lora" w:hAnsi="Lora"/>
          <w:lang w:val="tr-TR"/>
        </w:rPr>
        <w:t>tools</w:t>
      </w:r>
      <w:proofErr w:type="spellEnd"/>
      <w:r w:rsidRPr="00E5609C">
        <w:rPr>
          <w:rFonts w:ascii="Lora" w:hAnsi="Lora"/>
          <w:lang w:val="tr-TR"/>
        </w:rPr>
        <w:t xml:space="preserve"> </w:t>
      </w:r>
      <w:proofErr w:type="spellStart"/>
      <w:r w:rsidRPr="00E5609C">
        <w:rPr>
          <w:rFonts w:ascii="Lora" w:hAnsi="Lora"/>
          <w:lang w:val="tr-TR"/>
        </w:rPr>
        <w:t>used</w:t>
      </w:r>
      <w:proofErr w:type="spellEnd"/>
      <w:r w:rsidRPr="00E5609C">
        <w:rPr>
          <w:rFonts w:ascii="Lora" w:hAnsi="Lora"/>
          <w:lang w:val="tr-TR"/>
        </w:rPr>
        <w:t xml:space="preserve"> in </w:t>
      </w:r>
      <w:proofErr w:type="spellStart"/>
      <w:r w:rsidRPr="00E5609C">
        <w:rPr>
          <w:rFonts w:ascii="Lora" w:hAnsi="Lora"/>
          <w:lang w:val="tr-TR"/>
        </w:rPr>
        <w:t>the</w:t>
      </w:r>
      <w:proofErr w:type="spellEnd"/>
      <w:r w:rsidRPr="00E5609C">
        <w:rPr>
          <w:rFonts w:ascii="Lora" w:hAnsi="Lora"/>
          <w:lang w:val="tr-TR"/>
        </w:rPr>
        <w:t xml:space="preserve"> </w:t>
      </w:r>
      <w:proofErr w:type="spellStart"/>
      <w:r w:rsidRPr="00E5609C">
        <w:rPr>
          <w:rFonts w:ascii="Lora" w:hAnsi="Lora"/>
          <w:lang w:val="tr-TR"/>
        </w:rPr>
        <w:t>study</w:t>
      </w:r>
      <w:proofErr w:type="spellEnd"/>
      <w:r w:rsidRPr="00E5609C">
        <w:rPr>
          <w:rFonts w:ascii="Lora" w:hAnsi="Lora"/>
          <w:lang w:val="tr-TR"/>
        </w:rPr>
        <w:t xml:space="preserve"> </w:t>
      </w:r>
      <w:proofErr w:type="spellStart"/>
      <w:r w:rsidRPr="00E5609C">
        <w:rPr>
          <w:rFonts w:ascii="Lora" w:hAnsi="Lora"/>
          <w:lang w:val="tr-TR"/>
        </w:rPr>
        <w:t>were</w:t>
      </w:r>
      <w:proofErr w:type="spellEnd"/>
      <w:r w:rsidRPr="00E5609C">
        <w:rPr>
          <w:rFonts w:ascii="Lora" w:hAnsi="Lora"/>
          <w:lang w:val="tr-TR"/>
        </w:rPr>
        <w:t xml:space="preserve"> </w:t>
      </w:r>
      <w:proofErr w:type="spellStart"/>
      <w:r w:rsidRPr="00E5609C">
        <w:rPr>
          <w:rFonts w:ascii="Lora" w:hAnsi="Lora"/>
          <w:lang w:val="tr-TR"/>
        </w:rPr>
        <w:t>employed</w:t>
      </w:r>
      <w:proofErr w:type="spellEnd"/>
      <w:r w:rsidRPr="00E5609C">
        <w:rPr>
          <w:rFonts w:ascii="Lora" w:hAnsi="Lora"/>
          <w:lang w:val="tr-TR"/>
        </w:rPr>
        <w:t xml:space="preserve"> </w:t>
      </w:r>
      <w:proofErr w:type="spellStart"/>
      <w:r w:rsidRPr="00E5609C">
        <w:rPr>
          <w:rFonts w:ascii="Lora" w:hAnsi="Lora"/>
          <w:lang w:val="tr-TR"/>
        </w:rPr>
        <w:t>solely</w:t>
      </w:r>
      <w:proofErr w:type="spellEnd"/>
      <w:r w:rsidRPr="00E5609C">
        <w:rPr>
          <w:rFonts w:ascii="Lora" w:hAnsi="Lora"/>
          <w:lang w:val="tr-TR"/>
        </w:rPr>
        <w:t xml:space="preserve"> </w:t>
      </w:r>
      <w:proofErr w:type="spellStart"/>
      <w:r w:rsidRPr="00E5609C">
        <w:rPr>
          <w:rFonts w:ascii="Lora" w:hAnsi="Lora"/>
          <w:lang w:val="tr-TR"/>
        </w:rPr>
        <w:t>for</w:t>
      </w:r>
      <w:proofErr w:type="spellEnd"/>
      <w:r w:rsidRPr="00E5609C">
        <w:rPr>
          <w:rFonts w:ascii="Lora" w:hAnsi="Lora"/>
          <w:lang w:val="tr-TR"/>
        </w:rPr>
        <w:t xml:space="preserve"> </w:t>
      </w:r>
      <w:proofErr w:type="spellStart"/>
      <w:r w:rsidRPr="00E5609C">
        <w:rPr>
          <w:rFonts w:ascii="Lora" w:hAnsi="Lora"/>
          <w:lang w:val="tr-TR"/>
        </w:rPr>
        <w:t>auxiliary</w:t>
      </w:r>
      <w:proofErr w:type="spellEnd"/>
      <w:r w:rsidRPr="00E5609C">
        <w:rPr>
          <w:rFonts w:ascii="Lora" w:hAnsi="Lora"/>
          <w:lang w:val="tr-TR"/>
        </w:rPr>
        <w:t xml:space="preserve"> </w:t>
      </w:r>
      <w:proofErr w:type="spellStart"/>
      <w:r w:rsidRPr="00E5609C">
        <w:rPr>
          <w:rFonts w:ascii="Lora" w:hAnsi="Lora"/>
          <w:lang w:val="tr-TR"/>
        </w:rPr>
        <w:t>functions</w:t>
      </w:r>
      <w:proofErr w:type="spellEnd"/>
      <w:r w:rsidRPr="00E5609C">
        <w:rPr>
          <w:rFonts w:ascii="Lora" w:hAnsi="Lora"/>
          <w:lang w:val="tr-TR"/>
        </w:rPr>
        <w:t xml:space="preserve">, </w:t>
      </w:r>
      <w:proofErr w:type="spellStart"/>
      <w:r w:rsidRPr="00E5609C">
        <w:rPr>
          <w:rFonts w:ascii="Lora" w:hAnsi="Lora"/>
          <w:lang w:val="tr-TR"/>
        </w:rPr>
        <w:t>and</w:t>
      </w:r>
      <w:proofErr w:type="spellEnd"/>
      <w:r w:rsidRPr="00E5609C">
        <w:rPr>
          <w:rFonts w:ascii="Lora" w:hAnsi="Lora"/>
          <w:lang w:val="tr-TR"/>
        </w:rPr>
        <w:t xml:space="preserve"> </w:t>
      </w:r>
      <w:proofErr w:type="spellStart"/>
      <w:r w:rsidRPr="00E5609C">
        <w:rPr>
          <w:rFonts w:ascii="Lora" w:hAnsi="Lora"/>
          <w:lang w:val="tr-TR"/>
        </w:rPr>
        <w:t>that</w:t>
      </w:r>
      <w:proofErr w:type="spellEnd"/>
      <w:r w:rsidRPr="00E5609C">
        <w:rPr>
          <w:rFonts w:ascii="Lora" w:hAnsi="Lora"/>
          <w:lang w:val="tr-TR"/>
        </w:rPr>
        <w:t xml:space="preserve"> </w:t>
      </w:r>
      <w:proofErr w:type="spellStart"/>
      <w:r w:rsidRPr="00E5609C">
        <w:rPr>
          <w:rFonts w:ascii="Lora" w:hAnsi="Lora"/>
          <w:lang w:val="tr-TR"/>
        </w:rPr>
        <w:t>the</w:t>
      </w:r>
      <w:proofErr w:type="spellEnd"/>
      <w:r w:rsidRPr="00E5609C">
        <w:rPr>
          <w:rFonts w:ascii="Lora" w:hAnsi="Lora"/>
          <w:lang w:val="tr-TR"/>
        </w:rPr>
        <w:t xml:space="preserve"> </w:t>
      </w:r>
      <w:proofErr w:type="spellStart"/>
      <w:r w:rsidRPr="00E5609C">
        <w:rPr>
          <w:rFonts w:ascii="Lora" w:hAnsi="Lora"/>
          <w:lang w:val="tr-TR"/>
        </w:rPr>
        <w:t>originality</w:t>
      </w:r>
      <w:proofErr w:type="spellEnd"/>
      <w:r w:rsidRPr="00E5609C">
        <w:rPr>
          <w:rFonts w:ascii="Lora" w:hAnsi="Lora"/>
          <w:lang w:val="tr-TR"/>
        </w:rPr>
        <w:t xml:space="preserve">, </w:t>
      </w:r>
      <w:proofErr w:type="spellStart"/>
      <w:r w:rsidRPr="00E5609C">
        <w:rPr>
          <w:rFonts w:ascii="Lora" w:hAnsi="Lora"/>
          <w:lang w:val="tr-TR"/>
        </w:rPr>
        <w:t>scientific</w:t>
      </w:r>
      <w:proofErr w:type="spellEnd"/>
      <w:r w:rsidRPr="00E5609C">
        <w:rPr>
          <w:rFonts w:ascii="Lora" w:hAnsi="Lora"/>
          <w:lang w:val="tr-TR"/>
        </w:rPr>
        <w:t xml:space="preserve"> </w:t>
      </w:r>
      <w:proofErr w:type="spellStart"/>
      <w:r w:rsidRPr="00E5609C">
        <w:rPr>
          <w:rFonts w:ascii="Lora" w:hAnsi="Lora"/>
          <w:lang w:val="tr-TR"/>
        </w:rPr>
        <w:t>contribution</w:t>
      </w:r>
      <w:proofErr w:type="spellEnd"/>
      <w:r w:rsidRPr="00E5609C">
        <w:rPr>
          <w:rFonts w:ascii="Lora" w:hAnsi="Lora"/>
          <w:lang w:val="tr-TR"/>
        </w:rPr>
        <w:t xml:space="preserve">, </w:t>
      </w:r>
      <w:proofErr w:type="spellStart"/>
      <w:r w:rsidRPr="00E5609C">
        <w:rPr>
          <w:rFonts w:ascii="Lora" w:hAnsi="Lora"/>
          <w:lang w:val="tr-TR"/>
        </w:rPr>
        <w:t>and</w:t>
      </w:r>
      <w:proofErr w:type="spellEnd"/>
      <w:r w:rsidRPr="00E5609C">
        <w:rPr>
          <w:rFonts w:ascii="Lora" w:hAnsi="Lora"/>
          <w:lang w:val="tr-TR"/>
        </w:rPr>
        <w:t xml:space="preserve"> </w:t>
      </w:r>
      <w:proofErr w:type="spellStart"/>
      <w:r w:rsidRPr="00E5609C">
        <w:rPr>
          <w:rFonts w:ascii="Lora" w:hAnsi="Lora"/>
          <w:lang w:val="tr-TR"/>
        </w:rPr>
        <w:t>responsibility</w:t>
      </w:r>
      <w:proofErr w:type="spellEnd"/>
      <w:r w:rsidRPr="00E5609C">
        <w:rPr>
          <w:rFonts w:ascii="Lora" w:hAnsi="Lora"/>
          <w:lang w:val="tr-TR"/>
        </w:rPr>
        <w:t xml:space="preserve"> of </w:t>
      </w:r>
      <w:proofErr w:type="spellStart"/>
      <w:r w:rsidRPr="00E5609C">
        <w:rPr>
          <w:rFonts w:ascii="Lora" w:hAnsi="Lora"/>
          <w:lang w:val="tr-TR"/>
        </w:rPr>
        <w:t>the</w:t>
      </w:r>
      <w:proofErr w:type="spellEnd"/>
      <w:r w:rsidRPr="00E5609C">
        <w:rPr>
          <w:rFonts w:ascii="Lora" w:hAnsi="Lora"/>
          <w:lang w:val="tr-TR"/>
        </w:rPr>
        <w:t xml:space="preserve"> </w:t>
      </w:r>
      <w:proofErr w:type="spellStart"/>
      <w:r w:rsidRPr="00E5609C">
        <w:rPr>
          <w:rFonts w:ascii="Lora" w:hAnsi="Lora"/>
          <w:lang w:val="tr-TR"/>
        </w:rPr>
        <w:t>research</w:t>
      </w:r>
      <w:proofErr w:type="spellEnd"/>
      <w:r w:rsidRPr="00E5609C">
        <w:rPr>
          <w:rFonts w:ascii="Lora" w:hAnsi="Lora"/>
          <w:lang w:val="tr-TR"/>
        </w:rPr>
        <w:t xml:space="preserve"> </w:t>
      </w:r>
      <w:proofErr w:type="spellStart"/>
      <w:r w:rsidRPr="00E5609C">
        <w:rPr>
          <w:rFonts w:ascii="Lora" w:hAnsi="Lora"/>
          <w:lang w:val="tr-TR"/>
        </w:rPr>
        <w:t>belong</w:t>
      </w:r>
      <w:proofErr w:type="spellEnd"/>
      <w:r w:rsidRPr="00E5609C">
        <w:rPr>
          <w:rFonts w:ascii="Lora" w:hAnsi="Lora"/>
          <w:lang w:val="tr-TR"/>
        </w:rPr>
        <w:t xml:space="preserve"> </w:t>
      </w:r>
      <w:proofErr w:type="spellStart"/>
      <w:r w:rsidRPr="00E5609C">
        <w:rPr>
          <w:rFonts w:ascii="Lora" w:hAnsi="Lora"/>
          <w:lang w:val="tr-TR"/>
        </w:rPr>
        <w:t>entirely</w:t>
      </w:r>
      <w:proofErr w:type="spellEnd"/>
      <w:r w:rsidRPr="00E5609C">
        <w:rPr>
          <w:rFonts w:ascii="Lora" w:hAnsi="Lora"/>
          <w:lang w:val="tr-TR"/>
        </w:rPr>
        <w:t xml:space="preserve"> </w:t>
      </w:r>
      <w:proofErr w:type="spellStart"/>
      <w:r w:rsidRPr="00E5609C">
        <w:rPr>
          <w:rFonts w:ascii="Lora" w:hAnsi="Lora"/>
          <w:lang w:val="tr-TR"/>
        </w:rPr>
        <w:t>to</w:t>
      </w:r>
      <w:proofErr w:type="spellEnd"/>
      <w:r w:rsidRPr="00E5609C">
        <w:rPr>
          <w:rFonts w:ascii="Lora" w:hAnsi="Lora"/>
          <w:lang w:val="tr-TR"/>
        </w:rPr>
        <w:t xml:space="preserve"> </w:t>
      </w:r>
      <w:proofErr w:type="spellStart"/>
      <w:r w:rsidRPr="00E5609C">
        <w:rPr>
          <w:rFonts w:ascii="Lora" w:hAnsi="Lora"/>
          <w:lang w:val="tr-TR"/>
        </w:rPr>
        <w:t>the</w:t>
      </w:r>
      <w:proofErr w:type="spellEnd"/>
      <w:r w:rsidRPr="00E5609C">
        <w:rPr>
          <w:rFonts w:ascii="Lora" w:hAnsi="Lora"/>
          <w:lang w:val="tr-TR"/>
        </w:rPr>
        <w:t xml:space="preserve"> </w:t>
      </w:r>
      <w:proofErr w:type="spellStart"/>
      <w:r w:rsidRPr="00E5609C">
        <w:rPr>
          <w:rFonts w:ascii="Lora" w:hAnsi="Lora"/>
          <w:lang w:val="tr-TR"/>
        </w:rPr>
        <w:t>author</w:t>
      </w:r>
      <w:proofErr w:type="spellEnd"/>
      <w:r w:rsidRPr="00E5609C">
        <w:rPr>
          <w:rFonts w:ascii="Lora" w:hAnsi="Lora"/>
          <w:lang w:val="tr-TR"/>
        </w:rPr>
        <w:t>(s).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876"/>
        <w:gridCol w:w="2877"/>
        <w:gridCol w:w="2877"/>
      </w:tblGrid>
      <w:tr w:rsidR="001C0A90" w:rsidRPr="00896028" w14:paraId="4713DE5E" w14:textId="77777777" w:rsidTr="00BD4497">
        <w:tc>
          <w:tcPr>
            <w:tcW w:w="2876" w:type="dxa"/>
          </w:tcPr>
          <w:p w14:paraId="467B470A" w14:textId="77777777" w:rsidR="00E5609C" w:rsidRPr="00E5609C" w:rsidRDefault="00E5609C" w:rsidP="00E5609C">
            <w:pPr>
              <w:spacing w:before="120"/>
              <w:jc w:val="center"/>
              <w:rPr>
                <w:rFonts w:ascii="Lora" w:hAnsi="Lora"/>
                <w:b/>
                <w:bCs/>
                <w:lang w:val="tr-TR"/>
              </w:rPr>
            </w:pPr>
            <w:r w:rsidRPr="00E5609C">
              <w:rPr>
                <w:rFonts w:ascii="Lora" w:hAnsi="Lora"/>
                <w:b/>
                <w:bCs/>
                <w:lang w:val="tr-TR"/>
              </w:rPr>
              <w:t>Author(s)</w:t>
            </w:r>
          </w:p>
          <w:p w14:paraId="6811ECFA" w14:textId="48EF0DB2" w:rsidR="001C0A90" w:rsidRPr="00896028" w:rsidRDefault="00E5609C" w:rsidP="00E5609C">
            <w:pPr>
              <w:spacing w:before="120"/>
              <w:jc w:val="center"/>
              <w:rPr>
                <w:rFonts w:ascii="Lora" w:hAnsi="Lora"/>
                <w:b/>
                <w:bCs/>
                <w:lang w:val="tr-TR"/>
              </w:rPr>
            </w:pPr>
            <w:r w:rsidRPr="00E5609C">
              <w:rPr>
                <w:rFonts w:ascii="Lora" w:hAnsi="Lora"/>
                <w:b/>
                <w:bCs/>
                <w:lang w:val="tr-TR"/>
              </w:rPr>
              <w:t>Name-</w:t>
            </w:r>
            <w:proofErr w:type="spellStart"/>
            <w:r w:rsidRPr="00E5609C">
              <w:rPr>
                <w:rFonts w:ascii="Lora" w:hAnsi="Lora"/>
                <w:b/>
                <w:bCs/>
                <w:lang w:val="tr-TR"/>
              </w:rPr>
              <w:t>Surname</w:t>
            </w:r>
            <w:proofErr w:type="spellEnd"/>
          </w:p>
        </w:tc>
        <w:tc>
          <w:tcPr>
            <w:tcW w:w="2877" w:type="dxa"/>
          </w:tcPr>
          <w:p w14:paraId="69FCD15E" w14:textId="77777777" w:rsidR="00E5609C" w:rsidRPr="00E5609C" w:rsidRDefault="00E5609C" w:rsidP="00E5609C">
            <w:pPr>
              <w:spacing w:before="120"/>
              <w:jc w:val="center"/>
              <w:rPr>
                <w:rFonts w:ascii="Lora" w:hAnsi="Lora"/>
                <w:b/>
                <w:bCs/>
                <w:lang w:val="tr-TR"/>
              </w:rPr>
            </w:pPr>
            <w:r w:rsidRPr="00E5609C">
              <w:rPr>
                <w:rFonts w:ascii="Lora" w:hAnsi="Lora"/>
                <w:b/>
                <w:bCs/>
                <w:lang w:val="en"/>
              </w:rPr>
              <w:t>Signature</w:t>
            </w:r>
          </w:p>
          <w:p w14:paraId="12BD332D" w14:textId="714B1F4D" w:rsidR="001C0A90" w:rsidRPr="00896028" w:rsidRDefault="001C0A90" w:rsidP="00BD4497">
            <w:pPr>
              <w:spacing w:before="120"/>
              <w:jc w:val="center"/>
              <w:rPr>
                <w:rFonts w:ascii="Lora" w:hAnsi="Lora"/>
                <w:b/>
                <w:bCs/>
                <w:lang w:val="tr-TR"/>
              </w:rPr>
            </w:pPr>
          </w:p>
        </w:tc>
        <w:tc>
          <w:tcPr>
            <w:tcW w:w="2877" w:type="dxa"/>
          </w:tcPr>
          <w:p w14:paraId="7F60FE97" w14:textId="208D09C8" w:rsidR="001C0A90" w:rsidRPr="00896028" w:rsidRDefault="00E5609C" w:rsidP="00BD4497">
            <w:pPr>
              <w:spacing w:before="120"/>
              <w:jc w:val="center"/>
              <w:rPr>
                <w:rFonts w:ascii="Lora" w:hAnsi="Lora"/>
                <w:b/>
                <w:bCs/>
                <w:lang w:val="tr-TR"/>
              </w:rPr>
            </w:pPr>
            <w:proofErr w:type="spellStart"/>
            <w:r>
              <w:rPr>
                <w:rFonts w:ascii="Lora" w:hAnsi="Lora"/>
                <w:b/>
                <w:bCs/>
                <w:lang w:val="tr-TR"/>
              </w:rPr>
              <w:t>Date</w:t>
            </w:r>
            <w:proofErr w:type="spellEnd"/>
          </w:p>
        </w:tc>
      </w:tr>
      <w:tr w:rsidR="001C0A90" w:rsidRPr="00896028" w14:paraId="7D55B457" w14:textId="77777777" w:rsidTr="00BD4497">
        <w:trPr>
          <w:trHeight w:val="501"/>
        </w:trPr>
        <w:tc>
          <w:tcPr>
            <w:tcW w:w="2876" w:type="dxa"/>
          </w:tcPr>
          <w:p w14:paraId="60468B32" w14:textId="77777777" w:rsidR="001C0A90" w:rsidRPr="00896028" w:rsidRDefault="001C0A90" w:rsidP="00BD4497">
            <w:pPr>
              <w:spacing w:before="120"/>
              <w:rPr>
                <w:rFonts w:ascii="Lora" w:hAnsi="Lora"/>
                <w:b/>
                <w:bCs/>
                <w:lang w:val="tr-TR"/>
              </w:rPr>
            </w:pPr>
          </w:p>
        </w:tc>
        <w:tc>
          <w:tcPr>
            <w:tcW w:w="2877" w:type="dxa"/>
          </w:tcPr>
          <w:p w14:paraId="0D56EF35" w14:textId="77777777" w:rsidR="001C0A90" w:rsidRPr="00896028" w:rsidRDefault="001C0A90" w:rsidP="00BD4497">
            <w:pPr>
              <w:spacing w:before="120"/>
              <w:rPr>
                <w:rFonts w:ascii="Lora" w:hAnsi="Lora"/>
                <w:b/>
                <w:bCs/>
                <w:lang w:val="tr-TR"/>
              </w:rPr>
            </w:pPr>
          </w:p>
        </w:tc>
        <w:tc>
          <w:tcPr>
            <w:tcW w:w="2877" w:type="dxa"/>
          </w:tcPr>
          <w:p w14:paraId="5B238943" w14:textId="77777777" w:rsidR="001C0A90" w:rsidRPr="00896028" w:rsidRDefault="001C0A90" w:rsidP="00BD4497">
            <w:pPr>
              <w:spacing w:before="120"/>
              <w:rPr>
                <w:rFonts w:ascii="Lora" w:hAnsi="Lora"/>
                <w:b/>
                <w:bCs/>
                <w:lang w:val="tr-TR"/>
              </w:rPr>
            </w:pPr>
          </w:p>
        </w:tc>
      </w:tr>
      <w:tr w:rsidR="001C0A90" w:rsidRPr="00896028" w14:paraId="40F8B320" w14:textId="77777777" w:rsidTr="00BD4497">
        <w:trPr>
          <w:trHeight w:val="501"/>
        </w:trPr>
        <w:tc>
          <w:tcPr>
            <w:tcW w:w="2876" w:type="dxa"/>
          </w:tcPr>
          <w:p w14:paraId="5BF4681D" w14:textId="77777777" w:rsidR="001C0A90" w:rsidRPr="00896028" w:rsidRDefault="001C0A90" w:rsidP="00BD4497">
            <w:pPr>
              <w:spacing w:before="120"/>
              <w:rPr>
                <w:rFonts w:ascii="Lora" w:hAnsi="Lora"/>
                <w:b/>
                <w:bCs/>
                <w:lang w:val="tr-TR"/>
              </w:rPr>
            </w:pPr>
          </w:p>
        </w:tc>
        <w:tc>
          <w:tcPr>
            <w:tcW w:w="2877" w:type="dxa"/>
          </w:tcPr>
          <w:p w14:paraId="4A4AF9C6" w14:textId="77777777" w:rsidR="001C0A90" w:rsidRPr="00896028" w:rsidRDefault="001C0A90" w:rsidP="00BD4497">
            <w:pPr>
              <w:spacing w:before="120"/>
              <w:rPr>
                <w:rFonts w:ascii="Lora" w:hAnsi="Lora"/>
                <w:b/>
                <w:bCs/>
                <w:lang w:val="tr-TR"/>
              </w:rPr>
            </w:pPr>
          </w:p>
        </w:tc>
        <w:tc>
          <w:tcPr>
            <w:tcW w:w="2877" w:type="dxa"/>
          </w:tcPr>
          <w:p w14:paraId="395D0795" w14:textId="77777777" w:rsidR="001C0A90" w:rsidRPr="00896028" w:rsidRDefault="001C0A90" w:rsidP="00BD4497">
            <w:pPr>
              <w:spacing w:before="120"/>
              <w:rPr>
                <w:rFonts w:ascii="Lora" w:hAnsi="Lora"/>
                <w:b/>
                <w:bCs/>
                <w:lang w:val="tr-TR"/>
              </w:rPr>
            </w:pPr>
          </w:p>
        </w:tc>
      </w:tr>
      <w:tr w:rsidR="001C0A90" w:rsidRPr="00896028" w14:paraId="13CD7A63" w14:textId="77777777" w:rsidTr="00BD4497">
        <w:trPr>
          <w:trHeight w:val="501"/>
        </w:trPr>
        <w:tc>
          <w:tcPr>
            <w:tcW w:w="2876" w:type="dxa"/>
          </w:tcPr>
          <w:p w14:paraId="1FFC9DDB" w14:textId="77777777" w:rsidR="001C0A90" w:rsidRPr="00896028" w:rsidRDefault="001C0A90" w:rsidP="00BD4497">
            <w:pPr>
              <w:spacing w:before="120"/>
              <w:rPr>
                <w:rFonts w:ascii="Lora" w:hAnsi="Lora"/>
                <w:b/>
                <w:bCs/>
                <w:lang w:val="tr-TR"/>
              </w:rPr>
            </w:pPr>
          </w:p>
        </w:tc>
        <w:tc>
          <w:tcPr>
            <w:tcW w:w="2877" w:type="dxa"/>
          </w:tcPr>
          <w:p w14:paraId="39409C1F" w14:textId="77777777" w:rsidR="001C0A90" w:rsidRPr="00896028" w:rsidRDefault="001C0A90" w:rsidP="00BD4497">
            <w:pPr>
              <w:spacing w:before="120"/>
              <w:rPr>
                <w:rFonts w:ascii="Lora" w:hAnsi="Lora"/>
                <w:b/>
                <w:bCs/>
                <w:lang w:val="tr-TR"/>
              </w:rPr>
            </w:pPr>
          </w:p>
        </w:tc>
        <w:tc>
          <w:tcPr>
            <w:tcW w:w="2877" w:type="dxa"/>
          </w:tcPr>
          <w:p w14:paraId="7EB228A0" w14:textId="77777777" w:rsidR="001C0A90" w:rsidRPr="00896028" w:rsidRDefault="001C0A90" w:rsidP="00BD4497">
            <w:pPr>
              <w:spacing w:before="120"/>
              <w:rPr>
                <w:rFonts w:ascii="Lora" w:hAnsi="Lora"/>
                <w:b/>
                <w:bCs/>
                <w:lang w:val="tr-TR"/>
              </w:rPr>
            </w:pPr>
          </w:p>
        </w:tc>
      </w:tr>
    </w:tbl>
    <w:p w14:paraId="4CDCEFF8" w14:textId="77777777" w:rsidR="001C0A90" w:rsidRPr="00896028" w:rsidRDefault="001C0A90" w:rsidP="001C0A90">
      <w:pPr>
        <w:spacing w:before="120" w:after="0"/>
        <w:rPr>
          <w:rFonts w:ascii="Lora" w:hAnsi="Lora"/>
          <w:lang w:val="tr-TR"/>
        </w:rPr>
      </w:pPr>
    </w:p>
    <w:p w14:paraId="0DFCCDE4" w14:textId="77777777" w:rsidR="001C0A90" w:rsidRDefault="001C0A90" w:rsidP="00360FF3">
      <w:pPr>
        <w:spacing w:before="120" w:after="0"/>
        <w:rPr>
          <w:rFonts w:ascii="Lora" w:hAnsi="Lora"/>
          <w:lang w:val="tr-TR"/>
        </w:rPr>
      </w:pPr>
    </w:p>
    <w:p w14:paraId="189F35FD" w14:textId="77777777" w:rsidR="009708CE" w:rsidRDefault="009708CE" w:rsidP="00360FF3">
      <w:pPr>
        <w:spacing w:before="120" w:after="0"/>
        <w:rPr>
          <w:rFonts w:ascii="Lora" w:hAnsi="Lora"/>
          <w:lang w:val="tr-TR"/>
        </w:rPr>
      </w:pPr>
    </w:p>
    <w:p w14:paraId="6A55C8FB" w14:textId="77777777" w:rsidR="009708CE" w:rsidRDefault="009708CE" w:rsidP="00360FF3">
      <w:pPr>
        <w:spacing w:before="120" w:after="0"/>
        <w:rPr>
          <w:rFonts w:ascii="Lora" w:hAnsi="Lora"/>
          <w:lang w:val="tr-TR"/>
        </w:rPr>
      </w:pPr>
    </w:p>
    <w:p w14:paraId="04C132D6" w14:textId="77777777" w:rsidR="009708CE" w:rsidRDefault="009708CE" w:rsidP="00360FF3">
      <w:pPr>
        <w:spacing w:before="120" w:after="0"/>
        <w:rPr>
          <w:rFonts w:ascii="Lora" w:hAnsi="Lora"/>
          <w:lang w:val="tr-TR"/>
        </w:rPr>
      </w:pPr>
    </w:p>
    <w:p w14:paraId="4D13F34A" w14:textId="77777777" w:rsidR="009708CE" w:rsidRDefault="009708CE" w:rsidP="00360FF3">
      <w:pPr>
        <w:spacing w:before="120" w:after="0"/>
        <w:rPr>
          <w:rFonts w:ascii="Lora" w:hAnsi="Lora"/>
          <w:lang w:val="tr-TR"/>
        </w:rPr>
      </w:pPr>
    </w:p>
    <w:p w14:paraId="1B0BEFAC" w14:textId="7C029E59" w:rsidR="009708CE" w:rsidRDefault="009708CE" w:rsidP="009708CE">
      <w:pPr>
        <w:spacing w:before="120" w:after="120"/>
        <w:jc w:val="center"/>
        <w:rPr>
          <w:rFonts w:ascii="Lora" w:hAnsi="Lora"/>
          <w:b/>
          <w:bCs/>
          <w:lang w:val="tr-TR"/>
        </w:rPr>
      </w:pPr>
      <w:r w:rsidRPr="009708CE">
        <w:rPr>
          <w:rFonts w:ascii="Lora" w:hAnsi="Lora"/>
          <w:b/>
          <w:bCs/>
          <w:lang w:val="tr-TR"/>
        </w:rPr>
        <w:t>FORMULARİO DE DECLARACİÓN SOBRE İNTELİGENCİA ARTİFİCİAL</w:t>
      </w:r>
    </w:p>
    <w:p w14:paraId="6B93E3DD" w14:textId="44FC184C" w:rsidR="009708CE" w:rsidRPr="00896028" w:rsidRDefault="009708CE" w:rsidP="009708CE">
      <w:pPr>
        <w:spacing w:before="120" w:after="120"/>
        <w:jc w:val="both"/>
        <w:rPr>
          <w:rFonts w:ascii="Lora" w:hAnsi="Lora"/>
          <w:lang w:val="tr-TR"/>
        </w:rPr>
      </w:pPr>
      <w:r w:rsidRPr="009708CE">
        <w:rPr>
          <w:rFonts w:ascii="Lora" w:hAnsi="Lora"/>
          <w:lang w:val="en"/>
        </w:rPr>
        <w:t xml:space="preserve">Es </w:t>
      </w:r>
      <w:proofErr w:type="spellStart"/>
      <w:r w:rsidRPr="009708CE">
        <w:rPr>
          <w:rFonts w:ascii="Lora" w:hAnsi="Lora"/>
          <w:lang w:val="en"/>
        </w:rPr>
        <w:t>obligatorio</w:t>
      </w:r>
      <w:proofErr w:type="spellEnd"/>
      <w:r w:rsidRPr="009708CE">
        <w:rPr>
          <w:rFonts w:ascii="Lora" w:hAnsi="Lora"/>
          <w:lang w:val="en"/>
        </w:rPr>
        <w:t xml:space="preserve"> </w:t>
      </w:r>
      <w:proofErr w:type="spellStart"/>
      <w:r w:rsidRPr="009708CE">
        <w:rPr>
          <w:rFonts w:ascii="Lora" w:hAnsi="Lora"/>
          <w:lang w:val="en"/>
        </w:rPr>
        <w:t>completar</w:t>
      </w:r>
      <w:proofErr w:type="spellEnd"/>
      <w:r w:rsidRPr="009708CE">
        <w:rPr>
          <w:rFonts w:ascii="Lora" w:hAnsi="Lora"/>
          <w:lang w:val="en"/>
        </w:rPr>
        <w:t xml:space="preserve"> </w:t>
      </w:r>
      <w:proofErr w:type="spellStart"/>
      <w:r w:rsidRPr="009708CE">
        <w:rPr>
          <w:rFonts w:ascii="Lora" w:hAnsi="Lora"/>
          <w:lang w:val="en"/>
        </w:rPr>
        <w:t>este</w:t>
      </w:r>
      <w:proofErr w:type="spellEnd"/>
      <w:r w:rsidRPr="009708CE">
        <w:rPr>
          <w:rFonts w:ascii="Lora" w:hAnsi="Lora"/>
          <w:lang w:val="en"/>
        </w:rPr>
        <w:t xml:space="preserve"> </w:t>
      </w:r>
      <w:proofErr w:type="spellStart"/>
      <w:r w:rsidRPr="009708CE">
        <w:rPr>
          <w:rFonts w:ascii="Lora" w:hAnsi="Lora"/>
          <w:lang w:val="en"/>
        </w:rPr>
        <w:t>formulario</w:t>
      </w:r>
      <w:proofErr w:type="spellEnd"/>
      <w:r w:rsidRPr="009708CE">
        <w:rPr>
          <w:rFonts w:ascii="Lora" w:hAnsi="Lora"/>
          <w:lang w:val="en"/>
        </w:rPr>
        <w:t xml:space="preserve"> de </w:t>
      </w:r>
      <w:proofErr w:type="spellStart"/>
      <w:r w:rsidRPr="009708CE">
        <w:rPr>
          <w:rFonts w:ascii="Lora" w:hAnsi="Lora"/>
          <w:lang w:val="en"/>
        </w:rPr>
        <w:t>declaración</w:t>
      </w:r>
      <w:proofErr w:type="spellEnd"/>
      <w:r w:rsidRPr="009708CE">
        <w:rPr>
          <w:rFonts w:ascii="Lora" w:hAnsi="Lora"/>
          <w:lang w:val="en"/>
        </w:rPr>
        <w:t xml:space="preserve"> </w:t>
      </w:r>
      <w:proofErr w:type="spellStart"/>
      <w:r w:rsidRPr="009708CE">
        <w:rPr>
          <w:rFonts w:ascii="Lora" w:hAnsi="Lora"/>
          <w:lang w:val="en"/>
        </w:rPr>
        <w:t>sobre</w:t>
      </w:r>
      <w:proofErr w:type="spellEnd"/>
      <w:r w:rsidRPr="009708CE">
        <w:rPr>
          <w:rFonts w:ascii="Lora" w:hAnsi="Lora"/>
          <w:lang w:val="en"/>
        </w:rPr>
        <w:t xml:space="preserve"> el </w:t>
      </w:r>
      <w:proofErr w:type="spellStart"/>
      <w:r w:rsidRPr="009708CE">
        <w:rPr>
          <w:rFonts w:ascii="Lora" w:hAnsi="Lora"/>
          <w:lang w:val="en"/>
        </w:rPr>
        <w:t>uso</w:t>
      </w:r>
      <w:proofErr w:type="spellEnd"/>
      <w:r w:rsidRPr="009708CE">
        <w:rPr>
          <w:rFonts w:ascii="Lora" w:hAnsi="Lora"/>
          <w:lang w:val="en"/>
        </w:rPr>
        <w:t xml:space="preserve"> de </w:t>
      </w:r>
      <w:proofErr w:type="spellStart"/>
      <w:r w:rsidRPr="009708CE">
        <w:rPr>
          <w:rFonts w:ascii="Lora" w:hAnsi="Lora"/>
          <w:lang w:val="en"/>
        </w:rPr>
        <w:t>herramientas</w:t>
      </w:r>
      <w:proofErr w:type="spellEnd"/>
      <w:r w:rsidRPr="009708CE">
        <w:rPr>
          <w:rFonts w:ascii="Lora" w:hAnsi="Lora"/>
          <w:lang w:val="en"/>
        </w:rPr>
        <w:t xml:space="preserve"> </w:t>
      </w:r>
      <w:proofErr w:type="spellStart"/>
      <w:r w:rsidRPr="009708CE">
        <w:rPr>
          <w:rFonts w:ascii="Lora" w:hAnsi="Lora"/>
          <w:lang w:val="en"/>
        </w:rPr>
        <w:t>basadas</w:t>
      </w:r>
      <w:proofErr w:type="spellEnd"/>
      <w:r w:rsidRPr="009708CE">
        <w:rPr>
          <w:rFonts w:ascii="Lora" w:hAnsi="Lora"/>
          <w:lang w:val="en"/>
        </w:rPr>
        <w:t xml:space="preserve"> </w:t>
      </w:r>
      <w:proofErr w:type="spellStart"/>
      <w:r w:rsidRPr="009708CE">
        <w:rPr>
          <w:rFonts w:ascii="Lora" w:hAnsi="Lora"/>
          <w:lang w:val="en"/>
        </w:rPr>
        <w:t>en</w:t>
      </w:r>
      <w:proofErr w:type="spellEnd"/>
      <w:r w:rsidRPr="009708CE">
        <w:rPr>
          <w:rFonts w:ascii="Lora" w:hAnsi="Lora"/>
          <w:lang w:val="en"/>
        </w:rPr>
        <w:t xml:space="preserve"> </w:t>
      </w:r>
      <w:proofErr w:type="spellStart"/>
      <w:r w:rsidRPr="009708CE">
        <w:rPr>
          <w:rFonts w:ascii="Lora" w:hAnsi="Lora"/>
          <w:lang w:val="en"/>
        </w:rPr>
        <w:t>inteligencia</w:t>
      </w:r>
      <w:proofErr w:type="spellEnd"/>
      <w:r w:rsidRPr="009708CE">
        <w:rPr>
          <w:rFonts w:ascii="Lora" w:hAnsi="Lora"/>
          <w:lang w:val="en"/>
        </w:rPr>
        <w:t xml:space="preserve"> artificial (IA) para </w:t>
      </w:r>
      <w:proofErr w:type="spellStart"/>
      <w:r w:rsidRPr="009708CE">
        <w:rPr>
          <w:rFonts w:ascii="Lora" w:hAnsi="Lora"/>
          <w:lang w:val="en"/>
        </w:rPr>
        <w:t>los</w:t>
      </w:r>
      <w:proofErr w:type="spellEnd"/>
      <w:r w:rsidRPr="009708CE">
        <w:rPr>
          <w:rFonts w:ascii="Lora" w:hAnsi="Lora"/>
          <w:lang w:val="en"/>
        </w:rPr>
        <w:t xml:space="preserve"> </w:t>
      </w:r>
      <w:proofErr w:type="spellStart"/>
      <w:r w:rsidRPr="009708CE">
        <w:rPr>
          <w:rFonts w:ascii="Lora" w:hAnsi="Lora"/>
          <w:lang w:val="en"/>
        </w:rPr>
        <w:t>manuscritos</w:t>
      </w:r>
      <w:proofErr w:type="spellEnd"/>
      <w:r w:rsidRPr="009708CE">
        <w:rPr>
          <w:rFonts w:ascii="Lora" w:hAnsi="Lora"/>
          <w:lang w:val="en"/>
        </w:rPr>
        <w:t xml:space="preserve"> </w:t>
      </w:r>
      <w:proofErr w:type="spellStart"/>
      <w:r w:rsidRPr="009708CE">
        <w:rPr>
          <w:rFonts w:ascii="Lora" w:hAnsi="Lora"/>
          <w:lang w:val="en"/>
        </w:rPr>
        <w:t>enviados</w:t>
      </w:r>
      <w:proofErr w:type="spellEnd"/>
      <w:r w:rsidRPr="009708CE">
        <w:rPr>
          <w:rFonts w:ascii="Lora" w:hAnsi="Lora"/>
          <w:lang w:val="en"/>
        </w:rPr>
        <w:t xml:space="preserve"> a la </w:t>
      </w:r>
      <w:proofErr w:type="spellStart"/>
      <w:r w:rsidRPr="009708CE">
        <w:rPr>
          <w:rFonts w:ascii="Lora" w:hAnsi="Lora"/>
          <w:lang w:val="en"/>
        </w:rPr>
        <w:t>revista</w:t>
      </w:r>
      <w:proofErr w:type="spellEnd"/>
      <w:r w:rsidRPr="001C0A90">
        <w:rPr>
          <w:rFonts w:ascii="Lora" w:hAnsi="Lora"/>
          <w:lang w:val="en"/>
        </w:rPr>
        <w:t>.</w:t>
      </w:r>
    </w:p>
    <w:p w14:paraId="2A14E215" w14:textId="77777777" w:rsidR="009708CE" w:rsidRPr="009708CE" w:rsidRDefault="009708CE" w:rsidP="009708CE">
      <w:pPr>
        <w:spacing w:before="120" w:after="120"/>
        <w:rPr>
          <w:rFonts w:ascii="Lora" w:hAnsi="Lora"/>
          <w:b/>
          <w:bCs/>
          <w:lang w:val="en"/>
        </w:rPr>
      </w:pPr>
      <w:proofErr w:type="spellStart"/>
      <w:r w:rsidRPr="009708CE">
        <w:rPr>
          <w:rFonts w:ascii="Lora" w:hAnsi="Lora"/>
          <w:b/>
          <w:bCs/>
          <w:lang w:val="en"/>
        </w:rPr>
        <w:t>Información</w:t>
      </w:r>
      <w:proofErr w:type="spellEnd"/>
      <w:r w:rsidRPr="009708CE">
        <w:rPr>
          <w:rFonts w:ascii="Lora" w:hAnsi="Lora"/>
          <w:b/>
          <w:bCs/>
          <w:lang w:val="en"/>
        </w:rPr>
        <w:t xml:space="preserve"> del </w:t>
      </w:r>
      <w:proofErr w:type="spellStart"/>
      <w:r w:rsidRPr="009708CE">
        <w:rPr>
          <w:rFonts w:ascii="Lora" w:hAnsi="Lora"/>
          <w:b/>
          <w:bCs/>
          <w:lang w:val="en"/>
        </w:rPr>
        <w:t>artículo</w:t>
      </w:r>
      <w:proofErr w:type="spellEnd"/>
    </w:p>
    <w:p w14:paraId="516B433C" w14:textId="7FC12E12" w:rsidR="009708CE" w:rsidRPr="00896028" w:rsidRDefault="009708CE" w:rsidP="009708CE">
      <w:pPr>
        <w:spacing w:before="120" w:after="120"/>
        <w:rPr>
          <w:rFonts w:ascii="Lora" w:hAnsi="Lora"/>
          <w:lang w:val="tr-TR"/>
        </w:rPr>
      </w:pPr>
      <w:proofErr w:type="spellStart"/>
      <w:r w:rsidRPr="009708CE">
        <w:rPr>
          <w:rFonts w:ascii="Lora" w:hAnsi="Lora"/>
          <w:lang w:val="en"/>
        </w:rPr>
        <w:t>Título</w:t>
      </w:r>
      <w:proofErr w:type="spellEnd"/>
      <w:r w:rsidRPr="009708CE">
        <w:rPr>
          <w:rFonts w:ascii="Lora" w:hAnsi="Lora"/>
          <w:lang w:val="en"/>
        </w:rPr>
        <w:t xml:space="preserve"> del artículo</w:t>
      </w:r>
      <w:r w:rsidRPr="00896028">
        <w:rPr>
          <w:rFonts w:ascii="Lora" w:hAnsi="Lora"/>
          <w:lang w:val="tr-TR"/>
        </w:rPr>
        <w:t>: .........................................................................................................</w:t>
      </w:r>
      <w:r>
        <w:rPr>
          <w:rFonts w:ascii="Lora" w:hAnsi="Lora"/>
          <w:lang w:val="tr-TR"/>
        </w:rPr>
        <w:t>.................</w:t>
      </w:r>
    </w:p>
    <w:p w14:paraId="018A849F" w14:textId="3706CD67" w:rsidR="009708CE" w:rsidRDefault="009708CE" w:rsidP="009708CE">
      <w:pPr>
        <w:spacing w:before="120" w:after="120"/>
        <w:rPr>
          <w:rFonts w:ascii="Lora" w:hAnsi="Lora"/>
          <w:lang w:val="tr-TR"/>
        </w:rPr>
      </w:pPr>
      <w:proofErr w:type="spellStart"/>
      <w:r w:rsidRPr="009708CE">
        <w:rPr>
          <w:rFonts w:ascii="Lora" w:hAnsi="Lora"/>
          <w:lang w:val="tr-TR"/>
        </w:rPr>
        <w:t>Autor</w:t>
      </w:r>
      <w:proofErr w:type="spellEnd"/>
      <w:r w:rsidRPr="009708CE">
        <w:rPr>
          <w:rFonts w:ascii="Lora" w:hAnsi="Lora"/>
          <w:lang w:val="tr-TR"/>
        </w:rPr>
        <w:t>(es):</w:t>
      </w:r>
      <w:r w:rsidRPr="009708CE">
        <w:rPr>
          <w:rFonts w:ascii="Lora" w:hAnsi="Lora"/>
          <w:lang w:val="tr-TR"/>
        </w:rPr>
        <w:t xml:space="preserve"> </w:t>
      </w:r>
      <w:r w:rsidRPr="00896028">
        <w:rPr>
          <w:rFonts w:ascii="Lora" w:hAnsi="Lora"/>
          <w:lang w:val="tr-TR"/>
        </w:rPr>
        <w:t>.........................................................................................................</w:t>
      </w:r>
      <w:r>
        <w:rPr>
          <w:rFonts w:ascii="Lora" w:hAnsi="Lora"/>
          <w:lang w:val="tr-TR"/>
        </w:rPr>
        <w:t>..............................</w:t>
      </w:r>
    </w:p>
    <w:p w14:paraId="4B790BB4" w14:textId="0D9E8FE5" w:rsidR="009708CE" w:rsidRPr="00896028" w:rsidRDefault="009708CE" w:rsidP="009708CE">
      <w:pPr>
        <w:spacing w:before="120" w:after="120"/>
        <w:rPr>
          <w:rFonts w:ascii="Lora" w:hAnsi="Lora"/>
          <w:lang w:val="tr-TR"/>
        </w:rPr>
      </w:pPr>
      <w:proofErr w:type="spellStart"/>
      <w:r w:rsidRPr="009708CE">
        <w:rPr>
          <w:rFonts w:ascii="Lora" w:hAnsi="Lora"/>
          <w:lang w:val="tr-TR"/>
        </w:rPr>
        <w:t>Correo</w:t>
      </w:r>
      <w:proofErr w:type="spellEnd"/>
      <w:r w:rsidRPr="009708CE">
        <w:rPr>
          <w:rFonts w:ascii="Lora" w:hAnsi="Lora"/>
          <w:lang w:val="tr-TR"/>
        </w:rPr>
        <w:t xml:space="preserve"> </w:t>
      </w:r>
      <w:proofErr w:type="spellStart"/>
      <w:r w:rsidRPr="009708CE">
        <w:rPr>
          <w:rFonts w:ascii="Lora" w:hAnsi="Lora"/>
          <w:lang w:val="tr-TR"/>
        </w:rPr>
        <w:t>electrónico</w:t>
      </w:r>
      <w:proofErr w:type="spellEnd"/>
      <w:r w:rsidRPr="009708CE">
        <w:rPr>
          <w:rFonts w:ascii="Lora" w:hAnsi="Lora"/>
          <w:lang w:val="tr-TR"/>
        </w:rPr>
        <w:t xml:space="preserve"> del </w:t>
      </w:r>
      <w:proofErr w:type="spellStart"/>
      <w:r w:rsidRPr="009708CE">
        <w:rPr>
          <w:rFonts w:ascii="Lora" w:hAnsi="Lora"/>
          <w:lang w:val="tr-TR"/>
        </w:rPr>
        <w:t>autor</w:t>
      </w:r>
      <w:proofErr w:type="spellEnd"/>
      <w:r w:rsidRPr="009708CE">
        <w:rPr>
          <w:rFonts w:ascii="Lora" w:hAnsi="Lora"/>
          <w:lang w:val="tr-TR"/>
        </w:rPr>
        <w:t xml:space="preserve"> de </w:t>
      </w:r>
      <w:proofErr w:type="gramStart"/>
      <w:r w:rsidRPr="009708CE">
        <w:rPr>
          <w:rFonts w:ascii="Lora" w:hAnsi="Lora"/>
          <w:lang w:val="tr-TR"/>
        </w:rPr>
        <w:t>correspondencia</w:t>
      </w:r>
      <w:r w:rsidRPr="001C0A90">
        <w:rPr>
          <w:rFonts w:ascii="Lora" w:hAnsi="Lora"/>
          <w:lang w:val="tr-TR"/>
        </w:rPr>
        <w:t>:</w:t>
      </w:r>
      <w:r w:rsidRPr="00896028">
        <w:rPr>
          <w:rFonts w:ascii="Lora" w:hAnsi="Lora"/>
          <w:lang w:val="tr-TR"/>
        </w:rPr>
        <w:t>..............................................................</w:t>
      </w:r>
      <w:proofErr w:type="gramEnd"/>
    </w:p>
    <w:p w14:paraId="67997027" w14:textId="77777777" w:rsidR="009708CE" w:rsidRDefault="009708CE" w:rsidP="009708CE">
      <w:pPr>
        <w:spacing w:after="0"/>
        <w:rPr>
          <w:rFonts w:ascii="Lora" w:hAnsi="Lora"/>
          <w:b/>
          <w:bCs/>
          <w:lang w:val="tr-TR"/>
        </w:rPr>
      </w:pPr>
    </w:p>
    <w:p w14:paraId="337D01CC" w14:textId="77777777" w:rsidR="009708CE" w:rsidRPr="009708CE" w:rsidRDefault="009708CE" w:rsidP="009708CE">
      <w:pPr>
        <w:spacing w:after="0"/>
        <w:rPr>
          <w:rFonts w:ascii="Lora" w:hAnsi="Lora"/>
          <w:b/>
          <w:bCs/>
          <w:lang w:val="tr-TR"/>
        </w:rPr>
      </w:pPr>
      <w:r w:rsidRPr="009708CE">
        <w:rPr>
          <w:rFonts w:ascii="Lora" w:hAnsi="Lora"/>
          <w:b/>
          <w:bCs/>
          <w:lang w:val="es-ES"/>
        </w:rPr>
        <w:t>Declaración</w:t>
      </w:r>
    </w:p>
    <w:p w14:paraId="7FAF3884" w14:textId="77777777" w:rsidR="009708CE" w:rsidRPr="009708CE" w:rsidRDefault="009708CE" w:rsidP="009708CE">
      <w:pPr>
        <w:spacing w:after="0"/>
        <w:rPr>
          <w:rFonts w:ascii="Lora" w:hAnsi="Lora"/>
          <w:lang w:val="tr-TR"/>
        </w:rPr>
      </w:pPr>
      <w:r w:rsidRPr="009708CE">
        <w:rPr>
          <w:rFonts w:ascii="Lora" w:hAnsi="Lora"/>
          <w:lang w:val="es-ES"/>
        </w:rPr>
        <w:t>Por favor, marque la opción adecuada de entre las siguientes:</w:t>
      </w:r>
    </w:p>
    <w:p w14:paraId="1AE8B20C" w14:textId="1AB313A4" w:rsidR="009708CE" w:rsidRPr="00896028" w:rsidRDefault="009708CE" w:rsidP="009708CE">
      <w:pPr>
        <w:spacing w:after="0"/>
        <w:rPr>
          <w:rFonts w:ascii="Lora" w:hAnsi="Lora"/>
          <w:lang w:val="tr-TR"/>
        </w:rPr>
      </w:pPr>
      <w:r w:rsidRPr="009708CE">
        <w:rPr>
          <w:rFonts w:ascii="Lora" w:hAnsi="Lora"/>
          <w:lang w:val="tr-TR"/>
        </w:rPr>
        <w:t xml:space="preserve">En este </w:t>
      </w:r>
      <w:proofErr w:type="spellStart"/>
      <w:r w:rsidRPr="009708CE">
        <w:rPr>
          <w:rFonts w:ascii="Lora" w:hAnsi="Lora"/>
          <w:lang w:val="tr-TR"/>
        </w:rPr>
        <w:t>estudio</w:t>
      </w:r>
      <w:proofErr w:type="spellEnd"/>
      <w:r w:rsidRPr="009708CE">
        <w:rPr>
          <w:rFonts w:ascii="Lora" w:hAnsi="Lora"/>
          <w:lang w:val="tr-TR"/>
        </w:rPr>
        <w:t xml:space="preserve"> </w:t>
      </w:r>
      <w:proofErr w:type="spellStart"/>
      <w:r w:rsidRPr="009708CE">
        <w:rPr>
          <w:rFonts w:ascii="Lora" w:hAnsi="Lora"/>
          <w:lang w:val="tr-TR"/>
        </w:rPr>
        <w:t>no</w:t>
      </w:r>
      <w:proofErr w:type="spellEnd"/>
      <w:r w:rsidRPr="009708CE">
        <w:rPr>
          <w:rFonts w:ascii="Lora" w:hAnsi="Lora"/>
          <w:lang w:val="tr-TR"/>
        </w:rPr>
        <w:t xml:space="preserve"> se </w:t>
      </w:r>
      <w:proofErr w:type="spellStart"/>
      <w:r w:rsidRPr="009708CE">
        <w:rPr>
          <w:rFonts w:ascii="Lora" w:hAnsi="Lora"/>
          <w:lang w:val="tr-TR"/>
        </w:rPr>
        <w:t>utilizaron</w:t>
      </w:r>
      <w:proofErr w:type="spellEnd"/>
      <w:r w:rsidRPr="009708CE">
        <w:rPr>
          <w:rFonts w:ascii="Lora" w:hAnsi="Lora"/>
          <w:lang w:val="tr-TR"/>
        </w:rPr>
        <w:t xml:space="preserve"> </w:t>
      </w:r>
      <w:proofErr w:type="spellStart"/>
      <w:r w:rsidRPr="009708CE">
        <w:rPr>
          <w:rFonts w:ascii="Lora" w:hAnsi="Lora"/>
          <w:lang w:val="tr-TR"/>
        </w:rPr>
        <w:t>herramientas</w:t>
      </w:r>
      <w:proofErr w:type="spellEnd"/>
      <w:r w:rsidRPr="009708CE">
        <w:rPr>
          <w:rFonts w:ascii="Lora" w:hAnsi="Lora"/>
          <w:lang w:val="tr-TR"/>
        </w:rPr>
        <w:t xml:space="preserve"> </w:t>
      </w:r>
      <w:proofErr w:type="spellStart"/>
      <w:r w:rsidRPr="009708CE">
        <w:rPr>
          <w:rFonts w:ascii="Lora" w:hAnsi="Lora"/>
          <w:lang w:val="tr-TR"/>
        </w:rPr>
        <w:t>basadas</w:t>
      </w:r>
      <w:proofErr w:type="spellEnd"/>
      <w:r w:rsidRPr="009708CE">
        <w:rPr>
          <w:rFonts w:ascii="Lora" w:hAnsi="Lora"/>
          <w:lang w:val="tr-TR"/>
        </w:rPr>
        <w:t xml:space="preserve"> en </w:t>
      </w:r>
      <w:proofErr w:type="spellStart"/>
      <w:r w:rsidRPr="009708CE">
        <w:rPr>
          <w:rFonts w:ascii="Lora" w:hAnsi="Lora"/>
          <w:lang w:val="tr-TR"/>
        </w:rPr>
        <w:t>inteligencia</w:t>
      </w:r>
      <w:proofErr w:type="spellEnd"/>
      <w:r w:rsidRPr="009708CE">
        <w:rPr>
          <w:rFonts w:ascii="Lora" w:hAnsi="Lora"/>
          <w:lang w:val="tr-TR"/>
        </w:rPr>
        <w:t xml:space="preserve"> </w:t>
      </w:r>
      <w:proofErr w:type="spellStart"/>
      <w:r w:rsidRPr="009708CE">
        <w:rPr>
          <w:rFonts w:ascii="Lora" w:hAnsi="Lora"/>
          <w:lang w:val="tr-TR"/>
        </w:rPr>
        <w:t>artificial</w:t>
      </w:r>
      <w:proofErr w:type="spellEnd"/>
      <w:r w:rsidRPr="009708CE">
        <w:rPr>
          <w:rFonts w:ascii="Lora" w:hAnsi="Lora"/>
          <w:lang w:val="tr-TR"/>
        </w:rPr>
        <w:t>.</w:t>
      </w:r>
      <w:r w:rsidRPr="00896028">
        <w:rPr>
          <w:rFonts w:ascii="Lora" w:hAnsi="Lora"/>
          <w:noProof/>
          <w:lang w:val="tr-TR"/>
        </w:rPr>
        <mc:AlternateContent>
          <mc:Choice Requires="wps">
            <w:drawing>
              <wp:inline distT="0" distB="0" distL="0" distR="0" wp14:anchorId="5B9A3CD4" wp14:editId="471C8528">
                <wp:extent cx="277970" cy="223469"/>
                <wp:effectExtent l="12700" t="12700" r="14605" b="18415"/>
                <wp:docPr id="430260116" name="Yuvarlatılmış 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970" cy="223469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E99FDF3" id="Yuvarlatılmış Dikdörtgen 1" o:spid="_x0000_s1026" style="width:21.9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" fillcolor="white [3201]" strokecolor="#e48312 [3204]" strokeweight="2pt">
                <w10:anchorlock/>
              </v:roundrect>
            </w:pict>
          </mc:Fallback>
        </mc:AlternateContent>
      </w:r>
    </w:p>
    <w:p w14:paraId="6C034422" w14:textId="73153F1B" w:rsidR="009708CE" w:rsidRPr="00896028" w:rsidRDefault="009708CE" w:rsidP="009708CE">
      <w:pPr>
        <w:spacing w:after="0"/>
        <w:rPr>
          <w:rFonts w:ascii="Lora" w:hAnsi="Lora"/>
          <w:lang w:val="tr-TR"/>
        </w:rPr>
      </w:pPr>
      <w:r w:rsidRPr="009708CE">
        <w:rPr>
          <w:rFonts w:ascii="Lora" w:hAnsi="Lora"/>
          <w:lang w:val="en"/>
        </w:rPr>
        <w:t xml:space="preserve">En </w:t>
      </w:r>
      <w:proofErr w:type="spellStart"/>
      <w:r w:rsidRPr="009708CE">
        <w:rPr>
          <w:rFonts w:ascii="Lora" w:hAnsi="Lora"/>
          <w:lang w:val="en"/>
        </w:rPr>
        <w:t>este</w:t>
      </w:r>
      <w:proofErr w:type="spellEnd"/>
      <w:r w:rsidRPr="009708CE">
        <w:rPr>
          <w:rFonts w:ascii="Lora" w:hAnsi="Lora"/>
          <w:lang w:val="en"/>
        </w:rPr>
        <w:t xml:space="preserve"> </w:t>
      </w:r>
      <w:proofErr w:type="spellStart"/>
      <w:r w:rsidRPr="009708CE">
        <w:rPr>
          <w:rFonts w:ascii="Lora" w:hAnsi="Lora"/>
          <w:lang w:val="en"/>
        </w:rPr>
        <w:t>estudio</w:t>
      </w:r>
      <w:proofErr w:type="spellEnd"/>
      <w:r w:rsidRPr="009708CE">
        <w:rPr>
          <w:rFonts w:ascii="Lora" w:hAnsi="Lora"/>
          <w:lang w:val="en"/>
        </w:rPr>
        <w:t xml:space="preserve"> se </w:t>
      </w:r>
      <w:proofErr w:type="spellStart"/>
      <w:r w:rsidRPr="009708CE">
        <w:rPr>
          <w:rFonts w:ascii="Lora" w:hAnsi="Lora"/>
          <w:lang w:val="en"/>
        </w:rPr>
        <w:t>utilizaron</w:t>
      </w:r>
      <w:proofErr w:type="spellEnd"/>
      <w:r w:rsidRPr="009708CE">
        <w:rPr>
          <w:rFonts w:ascii="Lora" w:hAnsi="Lora"/>
          <w:lang w:val="en"/>
        </w:rPr>
        <w:t xml:space="preserve"> </w:t>
      </w:r>
      <w:proofErr w:type="spellStart"/>
      <w:r w:rsidRPr="009708CE">
        <w:rPr>
          <w:rFonts w:ascii="Lora" w:hAnsi="Lora"/>
          <w:lang w:val="en"/>
        </w:rPr>
        <w:t>herramientas</w:t>
      </w:r>
      <w:proofErr w:type="spellEnd"/>
      <w:r w:rsidRPr="009708CE">
        <w:rPr>
          <w:rFonts w:ascii="Lora" w:hAnsi="Lora"/>
          <w:lang w:val="en"/>
        </w:rPr>
        <w:t xml:space="preserve"> </w:t>
      </w:r>
      <w:proofErr w:type="spellStart"/>
      <w:r w:rsidRPr="009708CE">
        <w:rPr>
          <w:rFonts w:ascii="Lora" w:hAnsi="Lora"/>
          <w:lang w:val="en"/>
        </w:rPr>
        <w:t>basadas</w:t>
      </w:r>
      <w:proofErr w:type="spellEnd"/>
      <w:r w:rsidRPr="009708CE">
        <w:rPr>
          <w:rFonts w:ascii="Lora" w:hAnsi="Lora"/>
          <w:lang w:val="en"/>
        </w:rPr>
        <w:t xml:space="preserve"> </w:t>
      </w:r>
      <w:proofErr w:type="spellStart"/>
      <w:r w:rsidRPr="009708CE">
        <w:rPr>
          <w:rFonts w:ascii="Lora" w:hAnsi="Lora"/>
          <w:lang w:val="en"/>
        </w:rPr>
        <w:t>en</w:t>
      </w:r>
      <w:proofErr w:type="spellEnd"/>
      <w:r w:rsidRPr="009708CE">
        <w:rPr>
          <w:rFonts w:ascii="Lora" w:hAnsi="Lora"/>
          <w:lang w:val="en"/>
        </w:rPr>
        <w:t xml:space="preserve"> </w:t>
      </w:r>
      <w:proofErr w:type="spellStart"/>
      <w:r w:rsidRPr="009708CE">
        <w:rPr>
          <w:rFonts w:ascii="Lora" w:hAnsi="Lora"/>
          <w:lang w:val="en"/>
        </w:rPr>
        <w:t>inteligencia</w:t>
      </w:r>
      <w:proofErr w:type="spellEnd"/>
      <w:r w:rsidRPr="009708CE">
        <w:rPr>
          <w:rFonts w:ascii="Lora" w:hAnsi="Lora"/>
          <w:lang w:val="en"/>
        </w:rPr>
        <w:t xml:space="preserve"> artificial.</w:t>
      </w:r>
      <w:r w:rsidRPr="00896028">
        <w:rPr>
          <w:rFonts w:ascii="Lora" w:hAnsi="Lora"/>
          <w:noProof/>
          <w:lang w:val="tr-TR"/>
        </w:rPr>
        <mc:AlternateContent>
          <mc:Choice Requires="wps">
            <w:drawing>
              <wp:inline distT="0" distB="0" distL="0" distR="0" wp14:anchorId="2C2D17D7" wp14:editId="58F85172">
                <wp:extent cx="277970" cy="223469"/>
                <wp:effectExtent l="12700" t="12700" r="14605" b="18415"/>
                <wp:docPr id="723893858" name="Yuvarlatılmış 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970" cy="223469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C602279" id="Yuvarlatılmış Dikdörtgen 1" o:spid="_x0000_s1026" style="width:21.9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" fillcolor="white [3201]" strokecolor="#e48312 [3204]" strokeweight="2pt">
                <w10:anchorlock/>
              </v:roundrect>
            </w:pict>
          </mc:Fallback>
        </mc:AlternateContent>
      </w:r>
    </w:p>
    <w:p w14:paraId="5459BB05" w14:textId="577B6E73" w:rsidR="009708CE" w:rsidRPr="00896028" w:rsidRDefault="009708CE" w:rsidP="009708CE">
      <w:pPr>
        <w:pStyle w:val="ListeParagraf"/>
        <w:numPr>
          <w:ilvl w:val="0"/>
          <w:numId w:val="12"/>
        </w:numPr>
        <w:spacing w:before="120" w:after="120"/>
        <w:rPr>
          <w:rFonts w:ascii="Lora" w:hAnsi="Lora"/>
          <w:lang w:val="tr-TR"/>
        </w:rPr>
      </w:pPr>
      <w:proofErr w:type="spellStart"/>
      <w:r w:rsidRPr="009708CE">
        <w:rPr>
          <w:rFonts w:ascii="Lora" w:hAnsi="Lora"/>
          <w:lang w:val="tr-TR"/>
        </w:rPr>
        <w:t>Herramienta</w:t>
      </w:r>
      <w:proofErr w:type="spellEnd"/>
      <w:r w:rsidRPr="009708CE">
        <w:rPr>
          <w:rFonts w:ascii="Lora" w:hAnsi="Lora"/>
          <w:lang w:val="tr-TR"/>
        </w:rPr>
        <w:t>(s) utilizada(s</w:t>
      </w:r>
      <w:proofErr w:type="gramStart"/>
      <w:r w:rsidRPr="009708CE">
        <w:rPr>
          <w:rFonts w:ascii="Lora" w:hAnsi="Lora"/>
          <w:lang w:val="tr-TR"/>
        </w:rPr>
        <w:t>)</w:t>
      </w:r>
      <w:r w:rsidRPr="009137BD">
        <w:rPr>
          <w:rFonts w:ascii="Lora" w:hAnsi="Lora"/>
          <w:lang w:val="tr-TR"/>
        </w:rPr>
        <w:t>:</w:t>
      </w:r>
      <w:r w:rsidRPr="00896028">
        <w:rPr>
          <w:rFonts w:ascii="Lora" w:hAnsi="Lora"/>
          <w:lang w:val="tr-TR"/>
        </w:rPr>
        <w:t>...........................................................................................</w:t>
      </w:r>
      <w:proofErr w:type="gramEnd"/>
    </w:p>
    <w:p w14:paraId="11689399" w14:textId="30A6A3AC" w:rsidR="009708CE" w:rsidRPr="00896028" w:rsidRDefault="009708CE" w:rsidP="009708CE">
      <w:pPr>
        <w:pStyle w:val="ListeParagraf"/>
        <w:numPr>
          <w:ilvl w:val="0"/>
          <w:numId w:val="12"/>
        </w:numPr>
        <w:spacing w:before="120" w:after="120"/>
        <w:rPr>
          <w:rFonts w:ascii="Lora" w:hAnsi="Lora"/>
          <w:lang w:val="tr-TR"/>
        </w:rPr>
      </w:pPr>
      <w:proofErr w:type="spellStart"/>
      <w:r w:rsidRPr="009708CE">
        <w:rPr>
          <w:rFonts w:ascii="Lora" w:hAnsi="Lora"/>
          <w:lang w:val="tr-TR"/>
        </w:rPr>
        <w:t>Uso</w:t>
      </w:r>
      <w:proofErr w:type="spellEnd"/>
      <w:r w:rsidRPr="009708CE">
        <w:rPr>
          <w:rFonts w:ascii="Lora" w:hAnsi="Lora"/>
          <w:lang w:val="tr-TR"/>
        </w:rPr>
        <w:t xml:space="preserve"> </w:t>
      </w:r>
      <w:proofErr w:type="gramStart"/>
      <w:r w:rsidRPr="009708CE">
        <w:rPr>
          <w:rFonts w:ascii="Lora" w:hAnsi="Lora"/>
          <w:lang w:val="tr-TR"/>
        </w:rPr>
        <w:t>previsto:</w:t>
      </w:r>
      <w:r w:rsidRPr="00896028">
        <w:rPr>
          <w:rFonts w:ascii="Lora" w:hAnsi="Lora"/>
          <w:lang w:val="tr-TR"/>
        </w:rPr>
        <w:t>.................................................................................................................</w:t>
      </w:r>
      <w:proofErr w:type="gramEnd"/>
    </w:p>
    <w:p w14:paraId="73F313D2" w14:textId="00359FB3" w:rsidR="009708CE" w:rsidRPr="00896028" w:rsidRDefault="009708CE" w:rsidP="009708CE">
      <w:pPr>
        <w:pStyle w:val="ListeParagraf"/>
        <w:numPr>
          <w:ilvl w:val="0"/>
          <w:numId w:val="12"/>
        </w:numPr>
        <w:spacing w:before="120" w:after="120"/>
        <w:rPr>
          <w:rFonts w:ascii="Lora" w:hAnsi="Lora"/>
          <w:lang w:val="tr-TR"/>
        </w:rPr>
      </w:pPr>
      <w:proofErr w:type="gramStart"/>
      <w:r w:rsidRPr="009708CE">
        <w:rPr>
          <w:rFonts w:ascii="Lora" w:hAnsi="Lora"/>
          <w:lang w:val="tr-TR"/>
        </w:rPr>
        <w:t>Explicación</w:t>
      </w:r>
      <w:r>
        <w:rPr>
          <w:rFonts w:ascii="Lora" w:hAnsi="Lora"/>
          <w:lang w:val="tr-TR"/>
        </w:rPr>
        <w:t>:</w:t>
      </w:r>
      <w:r w:rsidRPr="00896028">
        <w:rPr>
          <w:rFonts w:ascii="Lora" w:hAnsi="Lora"/>
          <w:lang w:val="tr-TR"/>
        </w:rPr>
        <w:t>...............................................................................................................</w:t>
      </w:r>
      <w:proofErr w:type="gramEnd"/>
    </w:p>
    <w:p w14:paraId="4DFB48AF" w14:textId="77777777" w:rsidR="009708CE" w:rsidRDefault="009708CE" w:rsidP="009708CE">
      <w:pPr>
        <w:spacing w:before="120" w:after="120"/>
        <w:jc w:val="both"/>
        <w:rPr>
          <w:rFonts w:ascii="Lora" w:hAnsi="Lora"/>
          <w:b/>
          <w:bCs/>
          <w:lang w:val="tr-TR"/>
        </w:rPr>
      </w:pPr>
      <w:proofErr w:type="spellStart"/>
      <w:r w:rsidRPr="009708CE">
        <w:rPr>
          <w:rFonts w:ascii="Lora" w:hAnsi="Lora"/>
          <w:b/>
          <w:bCs/>
          <w:lang w:val="tr-TR"/>
        </w:rPr>
        <w:t>Aprobación</w:t>
      </w:r>
      <w:proofErr w:type="spellEnd"/>
    </w:p>
    <w:p w14:paraId="3BF8E490" w14:textId="6B4E6B36" w:rsidR="009708CE" w:rsidRPr="00896028" w:rsidRDefault="009708CE" w:rsidP="009708CE">
      <w:pPr>
        <w:spacing w:before="120" w:after="120"/>
        <w:jc w:val="both"/>
        <w:rPr>
          <w:rFonts w:ascii="Lora" w:hAnsi="Lora"/>
          <w:lang w:val="tr-TR"/>
        </w:rPr>
      </w:pPr>
      <w:proofErr w:type="spellStart"/>
      <w:r w:rsidRPr="009708CE">
        <w:rPr>
          <w:rFonts w:ascii="Lora" w:hAnsi="Lora"/>
          <w:lang w:val="tr-TR"/>
        </w:rPr>
        <w:t>Mediante</w:t>
      </w:r>
      <w:proofErr w:type="spellEnd"/>
      <w:r w:rsidRPr="009708CE">
        <w:rPr>
          <w:rFonts w:ascii="Lora" w:hAnsi="Lora"/>
          <w:lang w:val="tr-TR"/>
        </w:rPr>
        <w:t xml:space="preserve"> </w:t>
      </w:r>
      <w:proofErr w:type="spellStart"/>
      <w:r w:rsidRPr="009708CE">
        <w:rPr>
          <w:rFonts w:ascii="Lora" w:hAnsi="Lora"/>
          <w:lang w:val="tr-TR"/>
        </w:rPr>
        <w:t>esta</w:t>
      </w:r>
      <w:proofErr w:type="spellEnd"/>
      <w:r w:rsidRPr="009708CE">
        <w:rPr>
          <w:rFonts w:ascii="Lora" w:hAnsi="Lora"/>
          <w:lang w:val="tr-TR"/>
        </w:rPr>
        <w:t xml:space="preserve"> </w:t>
      </w:r>
      <w:proofErr w:type="spellStart"/>
      <w:r w:rsidRPr="009708CE">
        <w:rPr>
          <w:rFonts w:ascii="Lora" w:hAnsi="Lora"/>
          <w:lang w:val="tr-TR"/>
        </w:rPr>
        <w:t>declaración</w:t>
      </w:r>
      <w:proofErr w:type="spellEnd"/>
      <w:r w:rsidRPr="009708CE">
        <w:rPr>
          <w:rFonts w:ascii="Lora" w:hAnsi="Lora"/>
          <w:lang w:val="tr-TR"/>
        </w:rPr>
        <w:t xml:space="preserve">, </w:t>
      </w:r>
      <w:proofErr w:type="spellStart"/>
      <w:r w:rsidRPr="009708CE">
        <w:rPr>
          <w:rFonts w:ascii="Lora" w:hAnsi="Lora"/>
          <w:lang w:val="tr-TR"/>
        </w:rPr>
        <w:t>reconozco</w:t>
      </w:r>
      <w:proofErr w:type="spellEnd"/>
      <w:r w:rsidRPr="009708CE">
        <w:rPr>
          <w:rFonts w:ascii="Lora" w:hAnsi="Lora"/>
          <w:lang w:val="tr-TR"/>
        </w:rPr>
        <w:t xml:space="preserve"> y </w:t>
      </w:r>
      <w:proofErr w:type="spellStart"/>
      <w:r w:rsidRPr="009708CE">
        <w:rPr>
          <w:rFonts w:ascii="Lora" w:hAnsi="Lora"/>
          <w:lang w:val="tr-TR"/>
        </w:rPr>
        <w:t>manifiesto</w:t>
      </w:r>
      <w:proofErr w:type="spellEnd"/>
      <w:r w:rsidRPr="009708CE">
        <w:rPr>
          <w:rFonts w:ascii="Lora" w:hAnsi="Lora"/>
          <w:lang w:val="tr-TR"/>
        </w:rPr>
        <w:t xml:space="preserve"> </w:t>
      </w:r>
      <w:proofErr w:type="spellStart"/>
      <w:r w:rsidRPr="009708CE">
        <w:rPr>
          <w:rFonts w:ascii="Lora" w:hAnsi="Lora"/>
          <w:lang w:val="tr-TR"/>
        </w:rPr>
        <w:t>que</w:t>
      </w:r>
      <w:proofErr w:type="spellEnd"/>
      <w:r w:rsidRPr="009708CE">
        <w:rPr>
          <w:rFonts w:ascii="Lora" w:hAnsi="Lora"/>
          <w:lang w:val="tr-TR"/>
        </w:rPr>
        <w:t xml:space="preserve"> </w:t>
      </w:r>
      <w:proofErr w:type="spellStart"/>
      <w:r w:rsidRPr="009708CE">
        <w:rPr>
          <w:rFonts w:ascii="Lora" w:hAnsi="Lora"/>
          <w:lang w:val="tr-TR"/>
        </w:rPr>
        <w:t>las</w:t>
      </w:r>
      <w:proofErr w:type="spellEnd"/>
      <w:r w:rsidRPr="009708CE">
        <w:rPr>
          <w:rFonts w:ascii="Lora" w:hAnsi="Lora"/>
          <w:lang w:val="tr-TR"/>
        </w:rPr>
        <w:t xml:space="preserve"> </w:t>
      </w:r>
      <w:proofErr w:type="spellStart"/>
      <w:r w:rsidRPr="009708CE">
        <w:rPr>
          <w:rFonts w:ascii="Lora" w:hAnsi="Lora"/>
          <w:lang w:val="tr-TR"/>
        </w:rPr>
        <w:t>herramientas</w:t>
      </w:r>
      <w:proofErr w:type="spellEnd"/>
      <w:r w:rsidRPr="009708CE">
        <w:rPr>
          <w:rFonts w:ascii="Lora" w:hAnsi="Lora"/>
          <w:lang w:val="tr-TR"/>
        </w:rPr>
        <w:t xml:space="preserve"> de </w:t>
      </w:r>
      <w:proofErr w:type="spellStart"/>
      <w:r w:rsidRPr="009708CE">
        <w:rPr>
          <w:rFonts w:ascii="Lora" w:hAnsi="Lora"/>
          <w:lang w:val="tr-TR"/>
        </w:rPr>
        <w:t>inteligencia</w:t>
      </w:r>
      <w:proofErr w:type="spellEnd"/>
      <w:r w:rsidRPr="009708CE">
        <w:rPr>
          <w:rFonts w:ascii="Lora" w:hAnsi="Lora"/>
          <w:lang w:val="tr-TR"/>
        </w:rPr>
        <w:t xml:space="preserve"> </w:t>
      </w:r>
      <w:proofErr w:type="spellStart"/>
      <w:r w:rsidRPr="009708CE">
        <w:rPr>
          <w:rFonts w:ascii="Lora" w:hAnsi="Lora"/>
          <w:lang w:val="tr-TR"/>
        </w:rPr>
        <w:t>artificial</w:t>
      </w:r>
      <w:proofErr w:type="spellEnd"/>
      <w:r w:rsidRPr="009708CE">
        <w:rPr>
          <w:rFonts w:ascii="Lora" w:hAnsi="Lora"/>
          <w:lang w:val="tr-TR"/>
        </w:rPr>
        <w:t xml:space="preserve"> </w:t>
      </w:r>
      <w:proofErr w:type="spellStart"/>
      <w:r w:rsidRPr="009708CE">
        <w:rPr>
          <w:rFonts w:ascii="Lora" w:hAnsi="Lora"/>
          <w:lang w:val="tr-TR"/>
        </w:rPr>
        <w:t>utilizadas</w:t>
      </w:r>
      <w:proofErr w:type="spellEnd"/>
      <w:r w:rsidRPr="009708CE">
        <w:rPr>
          <w:rFonts w:ascii="Lora" w:hAnsi="Lora"/>
          <w:lang w:val="tr-TR"/>
        </w:rPr>
        <w:t xml:space="preserve"> en el </w:t>
      </w:r>
      <w:proofErr w:type="spellStart"/>
      <w:r w:rsidRPr="009708CE">
        <w:rPr>
          <w:rFonts w:ascii="Lora" w:hAnsi="Lora"/>
          <w:lang w:val="tr-TR"/>
        </w:rPr>
        <w:t>estudio</w:t>
      </w:r>
      <w:proofErr w:type="spellEnd"/>
      <w:r w:rsidRPr="009708CE">
        <w:rPr>
          <w:rFonts w:ascii="Lora" w:hAnsi="Lora"/>
          <w:lang w:val="tr-TR"/>
        </w:rPr>
        <w:t xml:space="preserve"> se </w:t>
      </w:r>
      <w:proofErr w:type="spellStart"/>
      <w:r w:rsidRPr="009708CE">
        <w:rPr>
          <w:rFonts w:ascii="Lora" w:hAnsi="Lora"/>
          <w:lang w:val="tr-TR"/>
        </w:rPr>
        <w:t>emplearon</w:t>
      </w:r>
      <w:proofErr w:type="spellEnd"/>
      <w:r w:rsidRPr="009708CE">
        <w:rPr>
          <w:rFonts w:ascii="Lora" w:hAnsi="Lora"/>
          <w:lang w:val="tr-TR"/>
        </w:rPr>
        <w:t xml:space="preserve"> </w:t>
      </w:r>
      <w:proofErr w:type="spellStart"/>
      <w:r w:rsidRPr="009708CE">
        <w:rPr>
          <w:rFonts w:ascii="Lora" w:hAnsi="Lora"/>
          <w:lang w:val="tr-TR"/>
        </w:rPr>
        <w:t>exclusivamente</w:t>
      </w:r>
      <w:proofErr w:type="spellEnd"/>
      <w:r w:rsidRPr="009708CE">
        <w:rPr>
          <w:rFonts w:ascii="Lora" w:hAnsi="Lora"/>
          <w:lang w:val="tr-TR"/>
        </w:rPr>
        <w:t xml:space="preserve"> para </w:t>
      </w:r>
      <w:proofErr w:type="spellStart"/>
      <w:r w:rsidRPr="009708CE">
        <w:rPr>
          <w:rFonts w:ascii="Lora" w:hAnsi="Lora"/>
          <w:lang w:val="tr-TR"/>
        </w:rPr>
        <w:t>funciones</w:t>
      </w:r>
      <w:proofErr w:type="spellEnd"/>
      <w:r w:rsidRPr="009708CE">
        <w:rPr>
          <w:rFonts w:ascii="Lora" w:hAnsi="Lora"/>
          <w:lang w:val="tr-TR"/>
        </w:rPr>
        <w:t xml:space="preserve"> </w:t>
      </w:r>
      <w:proofErr w:type="spellStart"/>
      <w:r w:rsidRPr="009708CE">
        <w:rPr>
          <w:rFonts w:ascii="Lora" w:hAnsi="Lora"/>
          <w:lang w:val="tr-TR"/>
        </w:rPr>
        <w:t>auxiliares</w:t>
      </w:r>
      <w:proofErr w:type="spellEnd"/>
      <w:r w:rsidRPr="009708CE">
        <w:rPr>
          <w:rFonts w:ascii="Lora" w:hAnsi="Lora"/>
          <w:lang w:val="tr-TR"/>
        </w:rPr>
        <w:t xml:space="preserve">, y </w:t>
      </w:r>
      <w:proofErr w:type="spellStart"/>
      <w:r w:rsidRPr="009708CE">
        <w:rPr>
          <w:rFonts w:ascii="Lora" w:hAnsi="Lora"/>
          <w:lang w:val="tr-TR"/>
        </w:rPr>
        <w:t>que</w:t>
      </w:r>
      <w:proofErr w:type="spellEnd"/>
      <w:r w:rsidRPr="009708CE">
        <w:rPr>
          <w:rFonts w:ascii="Lora" w:hAnsi="Lora"/>
          <w:lang w:val="tr-TR"/>
        </w:rPr>
        <w:t xml:space="preserve"> la </w:t>
      </w:r>
      <w:proofErr w:type="spellStart"/>
      <w:r w:rsidRPr="009708CE">
        <w:rPr>
          <w:rFonts w:ascii="Lora" w:hAnsi="Lora"/>
          <w:lang w:val="tr-TR"/>
        </w:rPr>
        <w:t>originalidad</w:t>
      </w:r>
      <w:proofErr w:type="spellEnd"/>
      <w:r w:rsidRPr="009708CE">
        <w:rPr>
          <w:rFonts w:ascii="Lora" w:hAnsi="Lora"/>
          <w:lang w:val="tr-TR"/>
        </w:rPr>
        <w:t xml:space="preserve">, la </w:t>
      </w:r>
      <w:proofErr w:type="spellStart"/>
      <w:r w:rsidRPr="009708CE">
        <w:rPr>
          <w:rFonts w:ascii="Lora" w:hAnsi="Lora"/>
          <w:lang w:val="tr-TR"/>
        </w:rPr>
        <w:t>contribución</w:t>
      </w:r>
      <w:proofErr w:type="spellEnd"/>
      <w:r w:rsidRPr="009708CE">
        <w:rPr>
          <w:rFonts w:ascii="Lora" w:hAnsi="Lora"/>
          <w:lang w:val="tr-TR"/>
        </w:rPr>
        <w:t xml:space="preserve"> </w:t>
      </w:r>
      <w:proofErr w:type="spellStart"/>
      <w:r w:rsidRPr="009708CE">
        <w:rPr>
          <w:rFonts w:ascii="Lora" w:hAnsi="Lora"/>
          <w:lang w:val="tr-TR"/>
        </w:rPr>
        <w:t>científica</w:t>
      </w:r>
      <w:proofErr w:type="spellEnd"/>
      <w:r w:rsidRPr="009708CE">
        <w:rPr>
          <w:rFonts w:ascii="Lora" w:hAnsi="Lora"/>
          <w:lang w:val="tr-TR"/>
        </w:rPr>
        <w:t xml:space="preserve"> y la </w:t>
      </w:r>
      <w:proofErr w:type="spellStart"/>
      <w:r w:rsidRPr="009708CE">
        <w:rPr>
          <w:rFonts w:ascii="Lora" w:hAnsi="Lora"/>
          <w:lang w:val="tr-TR"/>
        </w:rPr>
        <w:t>responsabilidad</w:t>
      </w:r>
      <w:proofErr w:type="spellEnd"/>
      <w:r w:rsidRPr="009708CE">
        <w:rPr>
          <w:rFonts w:ascii="Lora" w:hAnsi="Lora"/>
          <w:lang w:val="tr-TR"/>
        </w:rPr>
        <w:t xml:space="preserve"> de la </w:t>
      </w:r>
      <w:proofErr w:type="spellStart"/>
      <w:r w:rsidRPr="009708CE">
        <w:rPr>
          <w:rFonts w:ascii="Lora" w:hAnsi="Lora"/>
          <w:lang w:val="tr-TR"/>
        </w:rPr>
        <w:t>investigación</w:t>
      </w:r>
      <w:proofErr w:type="spellEnd"/>
      <w:r w:rsidRPr="009708CE">
        <w:rPr>
          <w:rFonts w:ascii="Lora" w:hAnsi="Lora"/>
          <w:lang w:val="tr-TR"/>
        </w:rPr>
        <w:t xml:space="preserve"> </w:t>
      </w:r>
      <w:proofErr w:type="spellStart"/>
      <w:r w:rsidRPr="009708CE">
        <w:rPr>
          <w:rFonts w:ascii="Lora" w:hAnsi="Lora"/>
          <w:lang w:val="tr-TR"/>
        </w:rPr>
        <w:t>recaen</w:t>
      </w:r>
      <w:proofErr w:type="spellEnd"/>
      <w:r w:rsidRPr="009708CE">
        <w:rPr>
          <w:rFonts w:ascii="Lora" w:hAnsi="Lora"/>
          <w:lang w:val="tr-TR"/>
        </w:rPr>
        <w:t xml:space="preserve"> </w:t>
      </w:r>
      <w:proofErr w:type="spellStart"/>
      <w:r w:rsidRPr="009708CE">
        <w:rPr>
          <w:rFonts w:ascii="Lora" w:hAnsi="Lora"/>
          <w:lang w:val="tr-TR"/>
        </w:rPr>
        <w:t>enteramente</w:t>
      </w:r>
      <w:proofErr w:type="spellEnd"/>
      <w:r w:rsidRPr="009708CE">
        <w:rPr>
          <w:rFonts w:ascii="Lora" w:hAnsi="Lora"/>
          <w:lang w:val="tr-TR"/>
        </w:rPr>
        <w:t xml:space="preserve"> en el </w:t>
      </w:r>
      <w:proofErr w:type="spellStart"/>
      <w:r w:rsidRPr="009708CE">
        <w:rPr>
          <w:rFonts w:ascii="Lora" w:hAnsi="Lora"/>
          <w:lang w:val="tr-TR"/>
        </w:rPr>
        <w:t>autor</w:t>
      </w:r>
      <w:proofErr w:type="spellEnd"/>
      <w:r w:rsidRPr="009708CE">
        <w:rPr>
          <w:rFonts w:ascii="Lora" w:hAnsi="Lora"/>
          <w:lang w:val="tr-TR"/>
        </w:rPr>
        <w:t xml:space="preserve"> o </w:t>
      </w:r>
      <w:proofErr w:type="spellStart"/>
      <w:r w:rsidRPr="009708CE">
        <w:rPr>
          <w:rFonts w:ascii="Lora" w:hAnsi="Lora"/>
          <w:lang w:val="tr-TR"/>
        </w:rPr>
        <w:t>los</w:t>
      </w:r>
      <w:proofErr w:type="spellEnd"/>
      <w:r w:rsidRPr="009708CE">
        <w:rPr>
          <w:rFonts w:ascii="Lora" w:hAnsi="Lora"/>
          <w:lang w:val="tr-TR"/>
        </w:rPr>
        <w:t xml:space="preserve"> </w:t>
      </w:r>
      <w:proofErr w:type="spellStart"/>
      <w:r w:rsidRPr="009708CE">
        <w:rPr>
          <w:rFonts w:ascii="Lora" w:hAnsi="Lora"/>
          <w:lang w:val="tr-TR"/>
        </w:rPr>
        <w:t>autores</w:t>
      </w:r>
      <w:proofErr w:type="spellEnd"/>
      <w:r w:rsidRPr="009708CE">
        <w:rPr>
          <w:rFonts w:ascii="Lora" w:hAnsi="Lora"/>
          <w:lang w:val="tr-TR"/>
        </w:rPr>
        <w:t>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876"/>
        <w:gridCol w:w="2877"/>
        <w:gridCol w:w="2877"/>
      </w:tblGrid>
      <w:tr w:rsidR="009708CE" w:rsidRPr="00896028" w14:paraId="7666A491" w14:textId="77777777" w:rsidTr="00BD4497">
        <w:tc>
          <w:tcPr>
            <w:tcW w:w="2876" w:type="dxa"/>
          </w:tcPr>
          <w:p w14:paraId="12D59153" w14:textId="77777777" w:rsidR="009708CE" w:rsidRPr="009708CE" w:rsidRDefault="009708CE" w:rsidP="009708CE">
            <w:pPr>
              <w:spacing w:before="120"/>
              <w:jc w:val="center"/>
              <w:rPr>
                <w:rFonts w:ascii="Lora" w:hAnsi="Lora"/>
                <w:b/>
                <w:bCs/>
                <w:lang w:val="es-ES"/>
              </w:rPr>
            </w:pPr>
            <w:r w:rsidRPr="009708CE">
              <w:rPr>
                <w:rFonts w:ascii="Lora" w:hAnsi="Lora"/>
                <w:b/>
                <w:bCs/>
                <w:lang w:val="es-ES"/>
              </w:rPr>
              <w:t>Autor(es)</w:t>
            </w:r>
          </w:p>
          <w:p w14:paraId="02466AC5" w14:textId="0BCB8BF8" w:rsidR="009708CE" w:rsidRPr="00896028" w:rsidRDefault="009708CE" w:rsidP="009708CE">
            <w:pPr>
              <w:spacing w:before="120"/>
              <w:jc w:val="center"/>
              <w:rPr>
                <w:rFonts w:ascii="Lora" w:hAnsi="Lora"/>
                <w:b/>
                <w:bCs/>
                <w:lang w:val="tr-TR"/>
              </w:rPr>
            </w:pPr>
            <w:r w:rsidRPr="009708CE">
              <w:rPr>
                <w:rFonts w:ascii="Lora" w:hAnsi="Lora"/>
                <w:b/>
                <w:bCs/>
                <w:lang w:val="es-ES"/>
              </w:rPr>
              <w:t>Nombre y apellidos</w:t>
            </w:r>
          </w:p>
        </w:tc>
        <w:tc>
          <w:tcPr>
            <w:tcW w:w="2877" w:type="dxa"/>
          </w:tcPr>
          <w:p w14:paraId="7CA1B84C" w14:textId="77777777" w:rsidR="009708CE" w:rsidRPr="009708CE" w:rsidRDefault="009708CE" w:rsidP="009708CE">
            <w:pPr>
              <w:spacing w:before="120"/>
              <w:jc w:val="center"/>
              <w:rPr>
                <w:rFonts w:ascii="Lora" w:hAnsi="Lora"/>
                <w:b/>
                <w:bCs/>
                <w:lang w:val="tr-TR"/>
              </w:rPr>
            </w:pPr>
            <w:r w:rsidRPr="009708CE">
              <w:rPr>
                <w:rFonts w:ascii="Lora" w:hAnsi="Lora"/>
                <w:b/>
                <w:bCs/>
                <w:lang w:val="es-ES"/>
              </w:rPr>
              <w:t>Firma</w:t>
            </w:r>
          </w:p>
          <w:p w14:paraId="1B40B156" w14:textId="77777777" w:rsidR="009708CE" w:rsidRPr="00896028" w:rsidRDefault="009708CE" w:rsidP="00BD4497">
            <w:pPr>
              <w:spacing w:before="120"/>
              <w:jc w:val="center"/>
              <w:rPr>
                <w:rFonts w:ascii="Lora" w:hAnsi="Lora"/>
                <w:b/>
                <w:bCs/>
                <w:lang w:val="tr-TR"/>
              </w:rPr>
            </w:pPr>
          </w:p>
        </w:tc>
        <w:tc>
          <w:tcPr>
            <w:tcW w:w="2877" w:type="dxa"/>
          </w:tcPr>
          <w:p w14:paraId="0B0C18AF" w14:textId="77777777" w:rsidR="009708CE" w:rsidRPr="009708CE" w:rsidRDefault="009708CE" w:rsidP="009708CE">
            <w:pPr>
              <w:spacing w:before="120"/>
              <w:jc w:val="center"/>
              <w:rPr>
                <w:rFonts w:ascii="Lora" w:hAnsi="Lora"/>
                <w:b/>
                <w:bCs/>
                <w:lang w:val="tr-TR"/>
              </w:rPr>
            </w:pPr>
            <w:r w:rsidRPr="009708CE">
              <w:rPr>
                <w:rFonts w:ascii="Lora" w:hAnsi="Lora"/>
                <w:b/>
                <w:bCs/>
                <w:lang w:val="es-ES"/>
              </w:rPr>
              <w:t>Fecha</w:t>
            </w:r>
          </w:p>
          <w:p w14:paraId="1BDFDE7A" w14:textId="5ED0CB17" w:rsidR="009708CE" w:rsidRPr="00896028" w:rsidRDefault="009708CE" w:rsidP="00BD4497">
            <w:pPr>
              <w:spacing w:before="120"/>
              <w:jc w:val="center"/>
              <w:rPr>
                <w:rFonts w:ascii="Lora" w:hAnsi="Lora"/>
                <w:b/>
                <w:bCs/>
                <w:lang w:val="tr-TR"/>
              </w:rPr>
            </w:pPr>
          </w:p>
        </w:tc>
      </w:tr>
      <w:tr w:rsidR="009708CE" w:rsidRPr="00896028" w14:paraId="383D04CA" w14:textId="77777777" w:rsidTr="00BD4497">
        <w:trPr>
          <w:trHeight w:val="501"/>
        </w:trPr>
        <w:tc>
          <w:tcPr>
            <w:tcW w:w="2876" w:type="dxa"/>
          </w:tcPr>
          <w:p w14:paraId="5AC43BFF" w14:textId="77777777" w:rsidR="009708CE" w:rsidRPr="00896028" w:rsidRDefault="009708CE" w:rsidP="00BD4497">
            <w:pPr>
              <w:spacing w:before="120"/>
              <w:rPr>
                <w:rFonts w:ascii="Lora" w:hAnsi="Lora"/>
                <w:b/>
                <w:bCs/>
                <w:lang w:val="tr-TR"/>
              </w:rPr>
            </w:pPr>
          </w:p>
        </w:tc>
        <w:tc>
          <w:tcPr>
            <w:tcW w:w="2877" w:type="dxa"/>
          </w:tcPr>
          <w:p w14:paraId="353E8013" w14:textId="77777777" w:rsidR="009708CE" w:rsidRPr="00896028" w:rsidRDefault="009708CE" w:rsidP="00BD4497">
            <w:pPr>
              <w:spacing w:before="120"/>
              <w:rPr>
                <w:rFonts w:ascii="Lora" w:hAnsi="Lora"/>
                <w:b/>
                <w:bCs/>
                <w:lang w:val="tr-TR"/>
              </w:rPr>
            </w:pPr>
          </w:p>
        </w:tc>
        <w:tc>
          <w:tcPr>
            <w:tcW w:w="2877" w:type="dxa"/>
          </w:tcPr>
          <w:p w14:paraId="39C43BF5" w14:textId="77777777" w:rsidR="009708CE" w:rsidRPr="00896028" w:rsidRDefault="009708CE" w:rsidP="00BD4497">
            <w:pPr>
              <w:spacing w:before="120"/>
              <w:rPr>
                <w:rFonts w:ascii="Lora" w:hAnsi="Lora"/>
                <w:b/>
                <w:bCs/>
                <w:lang w:val="tr-TR"/>
              </w:rPr>
            </w:pPr>
          </w:p>
        </w:tc>
      </w:tr>
      <w:tr w:rsidR="009708CE" w:rsidRPr="00896028" w14:paraId="71889C65" w14:textId="77777777" w:rsidTr="00BD4497">
        <w:trPr>
          <w:trHeight w:val="501"/>
        </w:trPr>
        <w:tc>
          <w:tcPr>
            <w:tcW w:w="2876" w:type="dxa"/>
          </w:tcPr>
          <w:p w14:paraId="17ED8A9C" w14:textId="77777777" w:rsidR="009708CE" w:rsidRPr="00896028" w:rsidRDefault="009708CE" w:rsidP="00BD4497">
            <w:pPr>
              <w:spacing w:before="120"/>
              <w:rPr>
                <w:rFonts w:ascii="Lora" w:hAnsi="Lora"/>
                <w:b/>
                <w:bCs/>
                <w:lang w:val="tr-TR"/>
              </w:rPr>
            </w:pPr>
          </w:p>
        </w:tc>
        <w:tc>
          <w:tcPr>
            <w:tcW w:w="2877" w:type="dxa"/>
          </w:tcPr>
          <w:p w14:paraId="0EEB3241" w14:textId="77777777" w:rsidR="009708CE" w:rsidRPr="00896028" w:rsidRDefault="009708CE" w:rsidP="00BD4497">
            <w:pPr>
              <w:spacing w:before="120"/>
              <w:rPr>
                <w:rFonts w:ascii="Lora" w:hAnsi="Lora"/>
                <w:b/>
                <w:bCs/>
                <w:lang w:val="tr-TR"/>
              </w:rPr>
            </w:pPr>
          </w:p>
        </w:tc>
        <w:tc>
          <w:tcPr>
            <w:tcW w:w="2877" w:type="dxa"/>
          </w:tcPr>
          <w:p w14:paraId="6FF3A833" w14:textId="77777777" w:rsidR="009708CE" w:rsidRPr="00896028" w:rsidRDefault="009708CE" w:rsidP="00BD4497">
            <w:pPr>
              <w:spacing w:before="120"/>
              <w:rPr>
                <w:rFonts w:ascii="Lora" w:hAnsi="Lora"/>
                <w:b/>
                <w:bCs/>
                <w:lang w:val="tr-TR"/>
              </w:rPr>
            </w:pPr>
          </w:p>
        </w:tc>
      </w:tr>
      <w:tr w:rsidR="009708CE" w:rsidRPr="00896028" w14:paraId="17E3E406" w14:textId="77777777" w:rsidTr="00BD4497">
        <w:trPr>
          <w:trHeight w:val="501"/>
        </w:trPr>
        <w:tc>
          <w:tcPr>
            <w:tcW w:w="2876" w:type="dxa"/>
          </w:tcPr>
          <w:p w14:paraId="20E4AFE0" w14:textId="77777777" w:rsidR="009708CE" w:rsidRPr="00896028" w:rsidRDefault="009708CE" w:rsidP="00BD4497">
            <w:pPr>
              <w:spacing w:before="120"/>
              <w:rPr>
                <w:rFonts w:ascii="Lora" w:hAnsi="Lora"/>
                <w:b/>
                <w:bCs/>
                <w:lang w:val="tr-TR"/>
              </w:rPr>
            </w:pPr>
          </w:p>
        </w:tc>
        <w:tc>
          <w:tcPr>
            <w:tcW w:w="2877" w:type="dxa"/>
          </w:tcPr>
          <w:p w14:paraId="003BEE7C" w14:textId="77777777" w:rsidR="009708CE" w:rsidRPr="00896028" w:rsidRDefault="009708CE" w:rsidP="00BD4497">
            <w:pPr>
              <w:spacing w:before="120"/>
              <w:rPr>
                <w:rFonts w:ascii="Lora" w:hAnsi="Lora"/>
                <w:b/>
                <w:bCs/>
                <w:lang w:val="tr-TR"/>
              </w:rPr>
            </w:pPr>
          </w:p>
        </w:tc>
        <w:tc>
          <w:tcPr>
            <w:tcW w:w="2877" w:type="dxa"/>
          </w:tcPr>
          <w:p w14:paraId="1638B0D0" w14:textId="77777777" w:rsidR="009708CE" w:rsidRPr="00896028" w:rsidRDefault="009708CE" w:rsidP="00BD4497">
            <w:pPr>
              <w:spacing w:before="120"/>
              <w:rPr>
                <w:rFonts w:ascii="Lora" w:hAnsi="Lora"/>
                <w:b/>
                <w:bCs/>
                <w:lang w:val="tr-TR"/>
              </w:rPr>
            </w:pPr>
          </w:p>
        </w:tc>
      </w:tr>
    </w:tbl>
    <w:p w14:paraId="1CAF6E77" w14:textId="77777777" w:rsidR="009708CE" w:rsidRPr="00896028" w:rsidRDefault="009708CE" w:rsidP="009708CE">
      <w:pPr>
        <w:spacing w:before="120" w:after="0"/>
        <w:rPr>
          <w:rFonts w:ascii="Lora" w:hAnsi="Lora"/>
          <w:lang w:val="tr-TR"/>
        </w:rPr>
      </w:pPr>
    </w:p>
    <w:p w14:paraId="112D7E51" w14:textId="77777777" w:rsidR="009708CE" w:rsidRDefault="009708CE" w:rsidP="009708CE">
      <w:pPr>
        <w:spacing w:before="120" w:after="0"/>
        <w:rPr>
          <w:rFonts w:ascii="Lora" w:hAnsi="Lora"/>
          <w:lang w:val="tr-TR"/>
        </w:rPr>
      </w:pPr>
    </w:p>
    <w:p w14:paraId="1953A020" w14:textId="77777777" w:rsidR="009708CE" w:rsidRDefault="009708CE" w:rsidP="009708CE">
      <w:pPr>
        <w:spacing w:before="120" w:after="0"/>
        <w:rPr>
          <w:rFonts w:ascii="Lora" w:hAnsi="Lora"/>
          <w:lang w:val="tr-TR"/>
        </w:rPr>
      </w:pPr>
    </w:p>
    <w:p w14:paraId="3832B608" w14:textId="77777777" w:rsidR="009708CE" w:rsidRDefault="009708CE" w:rsidP="009708CE">
      <w:pPr>
        <w:spacing w:before="120" w:after="0"/>
        <w:rPr>
          <w:rFonts w:ascii="Lora" w:hAnsi="Lora"/>
          <w:lang w:val="tr-TR"/>
        </w:rPr>
      </w:pPr>
    </w:p>
    <w:p w14:paraId="0C7E128C" w14:textId="77777777" w:rsidR="009708CE" w:rsidRDefault="009708CE" w:rsidP="009708CE">
      <w:pPr>
        <w:spacing w:before="120" w:after="0"/>
        <w:rPr>
          <w:rFonts w:ascii="Lora" w:hAnsi="Lora"/>
          <w:lang w:val="tr-TR"/>
        </w:rPr>
      </w:pPr>
    </w:p>
    <w:p w14:paraId="6271AB9A" w14:textId="186B1000" w:rsidR="00720624" w:rsidRDefault="00720624" w:rsidP="00720624">
      <w:pPr>
        <w:spacing w:before="120" w:after="120"/>
        <w:jc w:val="center"/>
        <w:rPr>
          <w:rFonts w:ascii="Lora" w:hAnsi="Lora"/>
          <w:b/>
          <w:bCs/>
          <w:lang w:val="tr-TR"/>
        </w:rPr>
      </w:pPr>
      <w:r w:rsidRPr="00720624">
        <w:rPr>
          <w:rFonts w:ascii="Lora" w:hAnsi="Lora"/>
          <w:b/>
          <w:bCs/>
          <w:lang w:val="tr-TR"/>
        </w:rPr>
        <w:t>ERKLÄRUNGSFORMULAR ZUR KÜNSTLİCHEN INTELLİGENZ</w:t>
      </w:r>
    </w:p>
    <w:p w14:paraId="4E554258" w14:textId="52AD6E6A" w:rsidR="00720624" w:rsidRDefault="00720624" w:rsidP="00720624">
      <w:pPr>
        <w:spacing w:before="120" w:after="120"/>
        <w:rPr>
          <w:rFonts w:ascii="Lora" w:hAnsi="Lora"/>
          <w:lang w:val="en"/>
        </w:rPr>
      </w:pPr>
      <w:r w:rsidRPr="00720624">
        <w:rPr>
          <w:rFonts w:ascii="Lora" w:hAnsi="Lora"/>
          <w:lang w:val="en"/>
        </w:rPr>
        <w:t xml:space="preserve">Das </w:t>
      </w:r>
      <w:proofErr w:type="spellStart"/>
      <w:r w:rsidRPr="00720624">
        <w:rPr>
          <w:rFonts w:ascii="Lora" w:hAnsi="Lora"/>
          <w:lang w:val="en"/>
        </w:rPr>
        <w:t>Ausfüllen</w:t>
      </w:r>
      <w:proofErr w:type="spellEnd"/>
      <w:r w:rsidRPr="00720624">
        <w:rPr>
          <w:rFonts w:ascii="Lora" w:hAnsi="Lora"/>
          <w:lang w:val="en"/>
        </w:rPr>
        <w:t xml:space="preserve"> dieses </w:t>
      </w:r>
      <w:proofErr w:type="spellStart"/>
      <w:r w:rsidRPr="00720624">
        <w:rPr>
          <w:rFonts w:ascii="Lora" w:hAnsi="Lora"/>
          <w:lang w:val="en"/>
        </w:rPr>
        <w:t>Erklärungsformulars</w:t>
      </w:r>
      <w:proofErr w:type="spellEnd"/>
      <w:r w:rsidRPr="00720624">
        <w:rPr>
          <w:rFonts w:ascii="Lora" w:hAnsi="Lora"/>
          <w:lang w:val="en"/>
        </w:rPr>
        <w:t xml:space="preserve"> </w:t>
      </w:r>
      <w:proofErr w:type="spellStart"/>
      <w:r w:rsidRPr="00720624">
        <w:rPr>
          <w:rFonts w:ascii="Lora" w:hAnsi="Lora"/>
          <w:lang w:val="en"/>
        </w:rPr>
        <w:t>zur</w:t>
      </w:r>
      <w:proofErr w:type="spellEnd"/>
      <w:r w:rsidRPr="00720624">
        <w:rPr>
          <w:rFonts w:ascii="Lora" w:hAnsi="Lora"/>
          <w:lang w:val="en"/>
        </w:rPr>
        <w:t xml:space="preserve"> </w:t>
      </w:r>
      <w:proofErr w:type="spellStart"/>
      <w:r w:rsidRPr="00720624">
        <w:rPr>
          <w:rFonts w:ascii="Lora" w:hAnsi="Lora"/>
          <w:lang w:val="en"/>
        </w:rPr>
        <w:t>Verwendung</w:t>
      </w:r>
      <w:proofErr w:type="spellEnd"/>
      <w:r w:rsidRPr="00720624">
        <w:rPr>
          <w:rFonts w:ascii="Lora" w:hAnsi="Lora"/>
          <w:lang w:val="en"/>
        </w:rPr>
        <w:t xml:space="preserve"> von auf </w:t>
      </w:r>
      <w:proofErr w:type="spellStart"/>
      <w:r w:rsidRPr="00720624">
        <w:rPr>
          <w:rFonts w:ascii="Lora" w:hAnsi="Lora"/>
          <w:lang w:val="en"/>
        </w:rPr>
        <w:t>künstlicher</w:t>
      </w:r>
      <w:proofErr w:type="spellEnd"/>
      <w:r w:rsidRPr="00720624">
        <w:rPr>
          <w:rFonts w:ascii="Lora" w:hAnsi="Lora"/>
          <w:lang w:val="en"/>
        </w:rPr>
        <w:t xml:space="preserve"> </w:t>
      </w:r>
      <w:proofErr w:type="spellStart"/>
      <w:r w:rsidRPr="00720624">
        <w:rPr>
          <w:rFonts w:ascii="Lora" w:hAnsi="Lora"/>
          <w:lang w:val="en"/>
        </w:rPr>
        <w:t>Intelligenz</w:t>
      </w:r>
      <w:proofErr w:type="spellEnd"/>
      <w:r w:rsidRPr="00720624">
        <w:rPr>
          <w:rFonts w:ascii="Lora" w:hAnsi="Lora"/>
          <w:lang w:val="en"/>
        </w:rPr>
        <w:t xml:space="preserve"> (KI) </w:t>
      </w:r>
      <w:proofErr w:type="spellStart"/>
      <w:r w:rsidRPr="00720624">
        <w:rPr>
          <w:rFonts w:ascii="Lora" w:hAnsi="Lora"/>
          <w:lang w:val="en"/>
        </w:rPr>
        <w:t>basierenden</w:t>
      </w:r>
      <w:proofErr w:type="spellEnd"/>
      <w:r w:rsidRPr="00720624">
        <w:rPr>
          <w:rFonts w:ascii="Lora" w:hAnsi="Lora"/>
          <w:lang w:val="en"/>
        </w:rPr>
        <w:t xml:space="preserve"> </w:t>
      </w:r>
      <w:proofErr w:type="spellStart"/>
      <w:r w:rsidRPr="00720624">
        <w:rPr>
          <w:rFonts w:ascii="Lora" w:hAnsi="Lora"/>
          <w:lang w:val="en"/>
        </w:rPr>
        <w:t>Werkzeugen</w:t>
      </w:r>
      <w:proofErr w:type="spellEnd"/>
      <w:r w:rsidRPr="00720624">
        <w:rPr>
          <w:rFonts w:ascii="Lora" w:hAnsi="Lora"/>
          <w:lang w:val="en"/>
        </w:rPr>
        <w:t xml:space="preserve"> für </w:t>
      </w:r>
      <w:proofErr w:type="spellStart"/>
      <w:r w:rsidRPr="00720624">
        <w:rPr>
          <w:rFonts w:ascii="Lora" w:hAnsi="Lora"/>
          <w:lang w:val="en"/>
        </w:rPr>
        <w:t>bei</w:t>
      </w:r>
      <w:proofErr w:type="spellEnd"/>
      <w:r w:rsidRPr="00720624">
        <w:rPr>
          <w:rFonts w:ascii="Lora" w:hAnsi="Lora"/>
          <w:lang w:val="en"/>
        </w:rPr>
        <w:t xml:space="preserve"> der </w:t>
      </w:r>
      <w:proofErr w:type="spellStart"/>
      <w:r w:rsidRPr="00720624">
        <w:rPr>
          <w:rFonts w:ascii="Lora" w:hAnsi="Lora"/>
          <w:lang w:val="en"/>
        </w:rPr>
        <w:t>Zeitschrift</w:t>
      </w:r>
      <w:proofErr w:type="spellEnd"/>
      <w:r w:rsidRPr="00720624">
        <w:rPr>
          <w:rFonts w:ascii="Lora" w:hAnsi="Lora"/>
          <w:lang w:val="en"/>
        </w:rPr>
        <w:t xml:space="preserve"> </w:t>
      </w:r>
      <w:proofErr w:type="spellStart"/>
      <w:r w:rsidRPr="00720624">
        <w:rPr>
          <w:rFonts w:ascii="Lora" w:hAnsi="Lora"/>
          <w:lang w:val="en"/>
        </w:rPr>
        <w:t>eingereichte</w:t>
      </w:r>
      <w:proofErr w:type="spellEnd"/>
      <w:r w:rsidRPr="00720624">
        <w:rPr>
          <w:rFonts w:ascii="Lora" w:hAnsi="Lora"/>
          <w:lang w:val="en"/>
        </w:rPr>
        <w:t xml:space="preserve"> </w:t>
      </w:r>
      <w:proofErr w:type="spellStart"/>
      <w:r w:rsidRPr="00720624">
        <w:rPr>
          <w:rFonts w:ascii="Lora" w:hAnsi="Lora"/>
          <w:lang w:val="en"/>
        </w:rPr>
        <w:t>Manuskripte</w:t>
      </w:r>
      <w:proofErr w:type="spellEnd"/>
      <w:r w:rsidRPr="00720624">
        <w:rPr>
          <w:rFonts w:ascii="Lora" w:hAnsi="Lora"/>
          <w:lang w:val="en"/>
        </w:rPr>
        <w:t xml:space="preserve"> </w:t>
      </w:r>
      <w:proofErr w:type="spellStart"/>
      <w:r w:rsidRPr="00720624">
        <w:rPr>
          <w:rFonts w:ascii="Lora" w:hAnsi="Lora"/>
          <w:lang w:val="en"/>
        </w:rPr>
        <w:t>ist</w:t>
      </w:r>
      <w:proofErr w:type="spellEnd"/>
      <w:r w:rsidRPr="00720624">
        <w:rPr>
          <w:rFonts w:ascii="Lora" w:hAnsi="Lora"/>
          <w:lang w:val="en"/>
        </w:rPr>
        <w:t xml:space="preserve"> </w:t>
      </w:r>
      <w:proofErr w:type="spellStart"/>
      <w:r w:rsidRPr="00720624">
        <w:rPr>
          <w:rFonts w:ascii="Lora" w:hAnsi="Lora"/>
          <w:lang w:val="en"/>
        </w:rPr>
        <w:t>obligatorisch</w:t>
      </w:r>
      <w:proofErr w:type="spellEnd"/>
      <w:r w:rsidRPr="00720624">
        <w:rPr>
          <w:rFonts w:ascii="Lora" w:hAnsi="Lora"/>
          <w:lang w:val="en"/>
        </w:rPr>
        <w:t>.</w:t>
      </w:r>
    </w:p>
    <w:p w14:paraId="786FBCEE" w14:textId="54C96C86" w:rsidR="00720624" w:rsidRDefault="00720624" w:rsidP="00720624">
      <w:pPr>
        <w:spacing w:before="120" w:after="120"/>
        <w:rPr>
          <w:rFonts w:ascii="Lora" w:hAnsi="Lora"/>
          <w:b/>
          <w:bCs/>
          <w:lang w:val="en"/>
        </w:rPr>
      </w:pPr>
      <w:proofErr w:type="spellStart"/>
      <w:r w:rsidRPr="00720624">
        <w:rPr>
          <w:rFonts w:ascii="Lora" w:hAnsi="Lora"/>
          <w:b/>
          <w:bCs/>
          <w:lang w:val="en"/>
        </w:rPr>
        <w:t>Artikelinformationen</w:t>
      </w:r>
      <w:proofErr w:type="spellEnd"/>
    </w:p>
    <w:p w14:paraId="75D4574B" w14:textId="4579478D" w:rsidR="00720624" w:rsidRPr="00896028" w:rsidRDefault="00720624" w:rsidP="00720624">
      <w:pPr>
        <w:spacing w:before="120" w:after="120"/>
        <w:rPr>
          <w:rFonts w:ascii="Lora" w:hAnsi="Lora"/>
          <w:lang w:val="tr-TR"/>
        </w:rPr>
      </w:pPr>
      <w:proofErr w:type="spellStart"/>
      <w:r w:rsidRPr="00720624">
        <w:rPr>
          <w:rFonts w:ascii="Lora" w:hAnsi="Lora"/>
          <w:lang w:val="tr-TR"/>
        </w:rPr>
        <w:t>Titel</w:t>
      </w:r>
      <w:proofErr w:type="spellEnd"/>
      <w:r w:rsidRPr="00720624">
        <w:rPr>
          <w:rFonts w:ascii="Lora" w:hAnsi="Lora"/>
          <w:lang w:val="tr-TR"/>
        </w:rPr>
        <w:t xml:space="preserve"> </w:t>
      </w:r>
      <w:proofErr w:type="spellStart"/>
      <w:r w:rsidRPr="00720624">
        <w:rPr>
          <w:rFonts w:ascii="Lora" w:hAnsi="Lora"/>
          <w:lang w:val="tr-TR"/>
        </w:rPr>
        <w:t>des</w:t>
      </w:r>
      <w:proofErr w:type="spellEnd"/>
      <w:r w:rsidRPr="00720624">
        <w:rPr>
          <w:rFonts w:ascii="Lora" w:hAnsi="Lora"/>
          <w:lang w:val="tr-TR"/>
        </w:rPr>
        <w:t xml:space="preserve"> Artikels</w:t>
      </w:r>
      <w:r w:rsidRPr="00896028">
        <w:rPr>
          <w:rFonts w:ascii="Lora" w:hAnsi="Lora"/>
          <w:lang w:val="tr-TR"/>
        </w:rPr>
        <w:t>: ............................................................................................</w:t>
      </w:r>
      <w:r>
        <w:rPr>
          <w:rFonts w:ascii="Lora" w:hAnsi="Lora"/>
          <w:lang w:val="tr-TR"/>
        </w:rPr>
        <w:t>...........................</w:t>
      </w:r>
    </w:p>
    <w:p w14:paraId="791DF027" w14:textId="32E4FFFB" w:rsidR="00720624" w:rsidRDefault="00720624" w:rsidP="00720624">
      <w:pPr>
        <w:spacing w:before="120" w:after="120"/>
        <w:rPr>
          <w:rFonts w:ascii="Lora" w:hAnsi="Lora"/>
          <w:lang w:val="tr-TR"/>
        </w:rPr>
      </w:pPr>
      <w:proofErr w:type="spellStart"/>
      <w:proofErr w:type="gramStart"/>
      <w:r w:rsidRPr="00720624">
        <w:rPr>
          <w:rFonts w:ascii="Lora" w:hAnsi="Lora"/>
          <w:lang w:val="tr-TR"/>
        </w:rPr>
        <w:t>Autor</w:t>
      </w:r>
      <w:proofErr w:type="spellEnd"/>
      <w:r w:rsidRPr="00720624">
        <w:rPr>
          <w:rFonts w:ascii="Lora" w:hAnsi="Lora"/>
          <w:lang w:val="tr-TR"/>
        </w:rPr>
        <w:t>(</w:t>
      </w:r>
      <w:proofErr w:type="gramEnd"/>
      <w:r w:rsidRPr="00720624">
        <w:rPr>
          <w:rFonts w:ascii="Lora" w:hAnsi="Lora"/>
          <w:lang w:val="tr-TR"/>
        </w:rPr>
        <w:t>en</w:t>
      </w:r>
      <w:proofErr w:type="gramStart"/>
      <w:r w:rsidRPr="00720624">
        <w:rPr>
          <w:rFonts w:ascii="Lora" w:hAnsi="Lora"/>
          <w:lang w:val="tr-TR"/>
        </w:rPr>
        <w:t>)</w:t>
      </w:r>
      <w:r>
        <w:rPr>
          <w:rFonts w:ascii="Lora" w:hAnsi="Lora"/>
          <w:lang w:val="tr-TR"/>
        </w:rPr>
        <w:t>:…</w:t>
      </w:r>
      <w:proofErr w:type="gramEnd"/>
      <w:r>
        <w:rPr>
          <w:rFonts w:ascii="Lora" w:hAnsi="Lora"/>
          <w:lang w:val="tr-TR"/>
        </w:rPr>
        <w:t>………………………………………………………………………………………………………</w:t>
      </w:r>
      <w:proofErr w:type="gramStart"/>
      <w:r>
        <w:rPr>
          <w:rFonts w:ascii="Lora" w:hAnsi="Lora"/>
          <w:lang w:val="tr-TR"/>
        </w:rPr>
        <w:t>…….</w:t>
      </w:r>
      <w:proofErr w:type="gramEnd"/>
      <w:r>
        <w:rPr>
          <w:rFonts w:ascii="Lora" w:hAnsi="Lora"/>
          <w:lang w:val="tr-TR"/>
        </w:rPr>
        <w:t>.</w:t>
      </w:r>
    </w:p>
    <w:p w14:paraId="3C7A8AB3" w14:textId="15FAA2AA" w:rsidR="00720624" w:rsidRPr="00896028" w:rsidRDefault="00720624" w:rsidP="00720624">
      <w:pPr>
        <w:spacing w:before="120" w:after="120"/>
        <w:rPr>
          <w:rFonts w:ascii="Lora" w:hAnsi="Lora"/>
          <w:lang w:val="tr-TR"/>
        </w:rPr>
      </w:pPr>
      <w:r w:rsidRPr="00720624">
        <w:rPr>
          <w:rFonts w:ascii="Lora" w:hAnsi="Lora"/>
          <w:lang w:val="tr-TR"/>
        </w:rPr>
        <w:t xml:space="preserve">E-Mail-Adresse </w:t>
      </w:r>
      <w:proofErr w:type="spellStart"/>
      <w:r w:rsidRPr="00720624">
        <w:rPr>
          <w:rFonts w:ascii="Lora" w:hAnsi="Lora"/>
          <w:lang w:val="tr-TR"/>
        </w:rPr>
        <w:t>des</w:t>
      </w:r>
      <w:proofErr w:type="spellEnd"/>
      <w:r w:rsidRPr="00720624">
        <w:rPr>
          <w:rFonts w:ascii="Lora" w:hAnsi="Lora"/>
          <w:lang w:val="tr-TR"/>
        </w:rPr>
        <w:t xml:space="preserve"> </w:t>
      </w:r>
      <w:proofErr w:type="gramStart"/>
      <w:r w:rsidRPr="00720624">
        <w:rPr>
          <w:rFonts w:ascii="Lora" w:hAnsi="Lora"/>
          <w:lang w:val="tr-TR"/>
        </w:rPr>
        <w:t>Korrespondenzautors</w:t>
      </w:r>
      <w:r w:rsidRPr="001C0A90">
        <w:rPr>
          <w:rFonts w:ascii="Lora" w:hAnsi="Lora"/>
          <w:lang w:val="tr-TR"/>
        </w:rPr>
        <w:t>:</w:t>
      </w:r>
      <w:r w:rsidRPr="00896028">
        <w:rPr>
          <w:rFonts w:ascii="Lora" w:hAnsi="Lora"/>
          <w:lang w:val="tr-TR"/>
        </w:rPr>
        <w:t>..........................................................</w:t>
      </w:r>
      <w:r>
        <w:rPr>
          <w:rFonts w:ascii="Lora" w:hAnsi="Lora"/>
          <w:lang w:val="tr-TR"/>
        </w:rPr>
        <w:t>...........</w:t>
      </w:r>
      <w:proofErr w:type="gramEnd"/>
    </w:p>
    <w:p w14:paraId="558B4D8F" w14:textId="77777777" w:rsidR="00720624" w:rsidRPr="00720624" w:rsidRDefault="00720624" w:rsidP="00720624">
      <w:pPr>
        <w:spacing w:after="0"/>
        <w:rPr>
          <w:rFonts w:ascii="Lora" w:hAnsi="Lora"/>
          <w:b/>
          <w:bCs/>
          <w:lang w:val="de-DE"/>
        </w:rPr>
      </w:pPr>
      <w:r w:rsidRPr="00720624">
        <w:rPr>
          <w:rFonts w:ascii="Lora" w:hAnsi="Lora"/>
          <w:b/>
          <w:bCs/>
          <w:lang w:val="de-DE"/>
        </w:rPr>
        <w:t>Erklärung</w:t>
      </w:r>
    </w:p>
    <w:p w14:paraId="5C2B5B16" w14:textId="77777777" w:rsidR="00720624" w:rsidRPr="00720624" w:rsidRDefault="00720624" w:rsidP="00720624">
      <w:pPr>
        <w:spacing w:after="0"/>
        <w:rPr>
          <w:rFonts w:ascii="Lora" w:hAnsi="Lora"/>
          <w:lang w:val="tr-TR"/>
        </w:rPr>
      </w:pPr>
      <w:r w:rsidRPr="00720624">
        <w:rPr>
          <w:rFonts w:ascii="Lora" w:hAnsi="Lora"/>
          <w:lang w:val="de-DE"/>
        </w:rPr>
        <w:t>Bitte kreuzen Sie die entsprechende Option aus der folgenden Auswahl an:</w:t>
      </w:r>
    </w:p>
    <w:p w14:paraId="3FA15CEB" w14:textId="15D4E51D" w:rsidR="00720624" w:rsidRPr="00896028" w:rsidRDefault="00720624" w:rsidP="00720624">
      <w:pPr>
        <w:spacing w:after="0"/>
        <w:rPr>
          <w:rFonts w:ascii="Lora" w:hAnsi="Lora"/>
          <w:lang w:val="tr-TR"/>
        </w:rPr>
      </w:pPr>
      <w:proofErr w:type="spellStart"/>
      <w:r w:rsidRPr="00720624">
        <w:rPr>
          <w:rFonts w:ascii="Lora" w:hAnsi="Lora"/>
          <w:sz w:val="18"/>
          <w:szCs w:val="18"/>
          <w:lang w:val="tr-TR"/>
        </w:rPr>
        <w:t>In</w:t>
      </w:r>
      <w:proofErr w:type="spellEnd"/>
      <w:r w:rsidRPr="00720624">
        <w:rPr>
          <w:rFonts w:ascii="Lora" w:hAnsi="Lora"/>
          <w:sz w:val="18"/>
          <w:szCs w:val="18"/>
          <w:lang w:val="tr-TR"/>
        </w:rPr>
        <w:t xml:space="preserve"> </w:t>
      </w:r>
      <w:proofErr w:type="spellStart"/>
      <w:r w:rsidRPr="00720624">
        <w:rPr>
          <w:rFonts w:ascii="Lora" w:hAnsi="Lora"/>
          <w:sz w:val="18"/>
          <w:szCs w:val="18"/>
          <w:lang w:val="tr-TR"/>
        </w:rPr>
        <w:t>dieser</w:t>
      </w:r>
      <w:proofErr w:type="spellEnd"/>
      <w:r w:rsidRPr="00720624">
        <w:rPr>
          <w:rFonts w:ascii="Lora" w:hAnsi="Lora"/>
          <w:sz w:val="18"/>
          <w:szCs w:val="18"/>
          <w:lang w:val="tr-TR"/>
        </w:rPr>
        <w:t xml:space="preserve"> </w:t>
      </w:r>
      <w:proofErr w:type="spellStart"/>
      <w:r w:rsidRPr="00720624">
        <w:rPr>
          <w:rFonts w:ascii="Lora" w:hAnsi="Lora"/>
          <w:sz w:val="18"/>
          <w:szCs w:val="18"/>
          <w:lang w:val="tr-TR"/>
        </w:rPr>
        <w:t>Studie</w:t>
      </w:r>
      <w:proofErr w:type="spellEnd"/>
      <w:r w:rsidRPr="00720624">
        <w:rPr>
          <w:rFonts w:ascii="Lora" w:hAnsi="Lora"/>
          <w:sz w:val="18"/>
          <w:szCs w:val="18"/>
          <w:lang w:val="tr-TR"/>
        </w:rPr>
        <w:t xml:space="preserve"> </w:t>
      </w:r>
      <w:proofErr w:type="spellStart"/>
      <w:r w:rsidRPr="00720624">
        <w:rPr>
          <w:rFonts w:ascii="Lora" w:hAnsi="Lora"/>
          <w:sz w:val="18"/>
          <w:szCs w:val="18"/>
          <w:lang w:val="tr-TR"/>
        </w:rPr>
        <w:t>wurden</w:t>
      </w:r>
      <w:proofErr w:type="spellEnd"/>
      <w:r w:rsidRPr="00720624">
        <w:rPr>
          <w:rFonts w:ascii="Lora" w:hAnsi="Lora"/>
          <w:sz w:val="18"/>
          <w:szCs w:val="18"/>
          <w:lang w:val="tr-TR"/>
        </w:rPr>
        <w:t xml:space="preserve"> </w:t>
      </w:r>
      <w:proofErr w:type="spellStart"/>
      <w:r w:rsidRPr="00720624">
        <w:rPr>
          <w:rFonts w:ascii="Lora" w:hAnsi="Lora"/>
          <w:sz w:val="18"/>
          <w:szCs w:val="18"/>
          <w:lang w:val="tr-TR"/>
        </w:rPr>
        <w:t>keine</w:t>
      </w:r>
      <w:proofErr w:type="spellEnd"/>
      <w:r w:rsidRPr="00720624">
        <w:rPr>
          <w:rFonts w:ascii="Lora" w:hAnsi="Lora"/>
          <w:sz w:val="18"/>
          <w:szCs w:val="18"/>
          <w:lang w:val="tr-TR"/>
        </w:rPr>
        <w:t xml:space="preserve"> </w:t>
      </w:r>
      <w:proofErr w:type="spellStart"/>
      <w:r w:rsidRPr="00720624">
        <w:rPr>
          <w:rFonts w:ascii="Lora" w:hAnsi="Lora"/>
          <w:sz w:val="18"/>
          <w:szCs w:val="18"/>
          <w:lang w:val="tr-TR"/>
        </w:rPr>
        <w:t>auf</w:t>
      </w:r>
      <w:proofErr w:type="spellEnd"/>
      <w:r w:rsidRPr="00720624">
        <w:rPr>
          <w:rFonts w:ascii="Lora" w:hAnsi="Lora"/>
          <w:sz w:val="18"/>
          <w:szCs w:val="18"/>
          <w:lang w:val="tr-TR"/>
        </w:rPr>
        <w:t xml:space="preserve"> </w:t>
      </w:r>
      <w:proofErr w:type="spellStart"/>
      <w:r w:rsidRPr="00720624">
        <w:rPr>
          <w:rFonts w:ascii="Lora" w:hAnsi="Lora"/>
          <w:sz w:val="18"/>
          <w:szCs w:val="18"/>
          <w:lang w:val="tr-TR"/>
        </w:rPr>
        <w:t>künstlicher</w:t>
      </w:r>
      <w:proofErr w:type="spellEnd"/>
      <w:r w:rsidRPr="00720624">
        <w:rPr>
          <w:rFonts w:ascii="Lora" w:hAnsi="Lora"/>
          <w:sz w:val="18"/>
          <w:szCs w:val="18"/>
          <w:lang w:val="tr-TR"/>
        </w:rPr>
        <w:t xml:space="preserve"> </w:t>
      </w:r>
      <w:proofErr w:type="spellStart"/>
      <w:r w:rsidRPr="00720624">
        <w:rPr>
          <w:rFonts w:ascii="Lora" w:hAnsi="Lora"/>
          <w:sz w:val="18"/>
          <w:szCs w:val="18"/>
          <w:lang w:val="tr-TR"/>
        </w:rPr>
        <w:t>Intelligenz</w:t>
      </w:r>
      <w:proofErr w:type="spellEnd"/>
      <w:r w:rsidRPr="00720624">
        <w:rPr>
          <w:rFonts w:ascii="Lora" w:hAnsi="Lora"/>
          <w:sz w:val="18"/>
          <w:szCs w:val="18"/>
          <w:lang w:val="tr-TR"/>
        </w:rPr>
        <w:t xml:space="preserve"> </w:t>
      </w:r>
      <w:proofErr w:type="spellStart"/>
      <w:r w:rsidRPr="00720624">
        <w:rPr>
          <w:rFonts w:ascii="Lora" w:hAnsi="Lora"/>
          <w:sz w:val="18"/>
          <w:szCs w:val="18"/>
          <w:lang w:val="tr-TR"/>
        </w:rPr>
        <w:t>basierenden</w:t>
      </w:r>
      <w:proofErr w:type="spellEnd"/>
      <w:r w:rsidRPr="00720624">
        <w:rPr>
          <w:rFonts w:ascii="Lora" w:hAnsi="Lora"/>
          <w:sz w:val="18"/>
          <w:szCs w:val="18"/>
          <w:lang w:val="tr-TR"/>
        </w:rPr>
        <w:t xml:space="preserve"> </w:t>
      </w:r>
      <w:proofErr w:type="spellStart"/>
      <w:r w:rsidRPr="00720624">
        <w:rPr>
          <w:rFonts w:ascii="Lora" w:hAnsi="Lora"/>
          <w:sz w:val="18"/>
          <w:szCs w:val="18"/>
          <w:lang w:val="tr-TR"/>
        </w:rPr>
        <w:t>Werkzeuge</w:t>
      </w:r>
      <w:proofErr w:type="spellEnd"/>
      <w:r w:rsidRPr="00720624">
        <w:rPr>
          <w:rFonts w:ascii="Lora" w:hAnsi="Lora"/>
          <w:sz w:val="18"/>
          <w:szCs w:val="18"/>
          <w:lang w:val="tr-TR"/>
        </w:rPr>
        <w:t xml:space="preserve"> </w:t>
      </w:r>
      <w:proofErr w:type="spellStart"/>
      <w:r w:rsidRPr="00720624">
        <w:rPr>
          <w:rFonts w:ascii="Lora" w:hAnsi="Lora"/>
          <w:sz w:val="18"/>
          <w:szCs w:val="18"/>
          <w:lang w:val="tr-TR"/>
        </w:rPr>
        <w:t>verwendet</w:t>
      </w:r>
      <w:proofErr w:type="spellEnd"/>
      <w:r w:rsidRPr="00896028">
        <w:rPr>
          <w:rFonts w:ascii="Lora" w:hAnsi="Lora"/>
          <w:lang w:val="tr-TR"/>
        </w:rPr>
        <w:t xml:space="preserve">. </w:t>
      </w:r>
      <w:r w:rsidRPr="00896028">
        <w:rPr>
          <w:rFonts w:ascii="Lora" w:hAnsi="Lora"/>
          <w:noProof/>
          <w:lang w:val="tr-TR"/>
        </w:rPr>
        <mc:AlternateContent>
          <mc:Choice Requires="wps">
            <w:drawing>
              <wp:inline distT="0" distB="0" distL="0" distR="0" wp14:anchorId="448E7B25" wp14:editId="00DE3090">
                <wp:extent cx="277970" cy="223469"/>
                <wp:effectExtent l="12700" t="12700" r="14605" b="18415"/>
                <wp:docPr id="646462049" name="Yuvarlatılmış 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970" cy="223469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7AA0010" id="Yuvarlatılmış Dikdörtgen 1" o:spid="_x0000_s1026" style="width:21.9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" fillcolor="white [3201]" strokecolor="#e48312 [3204]" strokeweight="2pt">
                <w10:anchorlock/>
              </v:roundrect>
            </w:pict>
          </mc:Fallback>
        </mc:AlternateContent>
      </w:r>
    </w:p>
    <w:p w14:paraId="2C767EC9" w14:textId="6755D24A" w:rsidR="00720624" w:rsidRPr="00896028" w:rsidRDefault="00720624" w:rsidP="00720624">
      <w:pPr>
        <w:spacing w:after="0"/>
        <w:rPr>
          <w:rFonts w:ascii="Lora" w:hAnsi="Lora"/>
          <w:lang w:val="tr-TR"/>
        </w:rPr>
      </w:pPr>
      <w:r w:rsidRPr="00720624">
        <w:rPr>
          <w:rFonts w:ascii="Lora" w:hAnsi="Lora"/>
          <w:sz w:val="20"/>
          <w:szCs w:val="20"/>
          <w:lang w:val="en"/>
        </w:rPr>
        <w:t xml:space="preserve">In </w:t>
      </w:r>
      <w:proofErr w:type="spellStart"/>
      <w:r w:rsidRPr="00720624">
        <w:rPr>
          <w:rFonts w:ascii="Lora" w:hAnsi="Lora"/>
          <w:sz w:val="20"/>
          <w:szCs w:val="20"/>
          <w:lang w:val="en"/>
        </w:rPr>
        <w:t>dieser</w:t>
      </w:r>
      <w:proofErr w:type="spellEnd"/>
      <w:r w:rsidRPr="00720624">
        <w:rPr>
          <w:rFonts w:ascii="Lora" w:hAnsi="Lora"/>
          <w:sz w:val="20"/>
          <w:szCs w:val="20"/>
          <w:lang w:val="en"/>
        </w:rPr>
        <w:t xml:space="preserve"> Studie </w:t>
      </w:r>
      <w:proofErr w:type="spellStart"/>
      <w:r w:rsidRPr="00720624">
        <w:rPr>
          <w:rFonts w:ascii="Lora" w:hAnsi="Lora"/>
          <w:sz w:val="20"/>
          <w:szCs w:val="20"/>
          <w:lang w:val="en"/>
        </w:rPr>
        <w:t>wurden</w:t>
      </w:r>
      <w:proofErr w:type="spellEnd"/>
      <w:r w:rsidRPr="00720624">
        <w:rPr>
          <w:rFonts w:ascii="Lora" w:hAnsi="Lora"/>
          <w:sz w:val="20"/>
          <w:szCs w:val="20"/>
          <w:lang w:val="en"/>
        </w:rPr>
        <w:t xml:space="preserve"> auf </w:t>
      </w:r>
      <w:proofErr w:type="spellStart"/>
      <w:r w:rsidRPr="00720624">
        <w:rPr>
          <w:rFonts w:ascii="Lora" w:hAnsi="Lora"/>
          <w:sz w:val="20"/>
          <w:szCs w:val="20"/>
          <w:lang w:val="en"/>
        </w:rPr>
        <w:t>künstlicher</w:t>
      </w:r>
      <w:proofErr w:type="spellEnd"/>
      <w:r w:rsidRPr="00720624">
        <w:rPr>
          <w:rFonts w:ascii="Lora" w:hAnsi="Lora"/>
          <w:sz w:val="20"/>
          <w:szCs w:val="20"/>
          <w:lang w:val="en"/>
        </w:rPr>
        <w:t xml:space="preserve"> </w:t>
      </w:r>
      <w:proofErr w:type="spellStart"/>
      <w:r w:rsidRPr="00720624">
        <w:rPr>
          <w:rFonts w:ascii="Lora" w:hAnsi="Lora"/>
          <w:sz w:val="20"/>
          <w:szCs w:val="20"/>
          <w:lang w:val="en"/>
        </w:rPr>
        <w:t>Intelligenz</w:t>
      </w:r>
      <w:proofErr w:type="spellEnd"/>
      <w:r w:rsidRPr="00720624">
        <w:rPr>
          <w:rFonts w:ascii="Lora" w:hAnsi="Lora"/>
          <w:sz w:val="20"/>
          <w:szCs w:val="20"/>
          <w:lang w:val="en"/>
        </w:rPr>
        <w:t xml:space="preserve"> </w:t>
      </w:r>
      <w:proofErr w:type="spellStart"/>
      <w:r w:rsidRPr="00720624">
        <w:rPr>
          <w:rFonts w:ascii="Lora" w:hAnsi="Lora"/>
          <w:sz w:val="20"/>
          <w:szCs w:val="20"/>
          <w:lang w:val="en"/>
        </w:rPr>
        <w:t>basierende</w:t>
      </w:r>
      <w:proofErr w:type="spellEnd"/>
      <w:r w:rsidRPr="00720624">
        <w:rPr>
          <w:rFonts w:ascii="Lora" w:hAnsi="Lora"/>
          <w:sz w:val="20"/>
          <w:szCs w:val="20"/>
          <w:lang w:val="en"/>
        </w:rPr>
        <w:t xml:space="preserve"> </w:t>
      </w:r>
      <w:proofErr w:type="spellStart"/>
      <w:r w:rsidRPr="00720624">
        <w:rPr>
          <w:rFonts w:ascii="Lora" w:hAnsi="Lora"/>
          <w:sz w:val="20"/>
          <w:szCs w:val="20"/>
          <w:lang w:val="en"/>
        </w:rPr>
        <w:t>Werkzeuge</w:t>
      </w:r>
      <w:proofErr w:type="spellEnd"/>
      <w:r w:rsidRPr="00720624">
        <w:rPr>
          <w:rFonts w:ascii="Lora" w:hAnsi="Lora"/>
          <w:sz w:val="20"/>
          <w:szCs w:val="20"/>
          <w:lang w:val="en"/>
        </w:rPr>
        <w:t xml:space="preserve"> </w:t>
      </w:r>
      <w:proofErr w:type="spellStart"/>
      <w:r w:rsidRPr="00720624">
        <w:rPr>
          <w:rFonts w:ascii="Lora" w:hAnsi="Lora"/>
          <w:sz w:val="20"/>
          <w:szCs w:val="20"/>
          <w:lang w:val="en"/>
        </w:rPr>
        <w:t>eingesetzt</w:t>
      </w:r>
      <w:proofErr w:type="spellEnd"/>
      <w:r w:rsidRPr="00896028">
        <w:rPr>
          <w:rFonts w:ascii="Lora" w:hAnsi="Lora"/>
          <w:lang w:val="tr-TR"/>
        </w:rPr>
        <w:t>.</w:t>
      </w:r>
      <w:r w:rsidRPr="00896028">
        <w:rPr>
          <w:rFonts w:ascii="Lora" w:hAnsi="Lora"/>
          <w:noProof/>
          <w:lang w:val="tr-TR"/>
        </w:rPr>
        <w:t xml:space="preserve"> </w:t>
      </w:r>
      <w:r w:rsidRPr="00896028">
        <w:rPr>
          <w:rFonts w:ascii="Lora" w:hAnsi="Lora"/>
          <w:noProof/>
          <w:lang w:val="tr-TR"/>
        </w:rPr>
        <mc:AlternateContent>
          <mc:Choice Requires="wps">
            <w:drawing>
              <wp:inline distT="0" distB="0" distL="0" distR="0" wp14:anchorId="769CD260" wp14:editId="793FA608">
                <wp:extent cx="277970" cy="223469"/>
                <wp:effectExtent l="12700" t="12700" r="14605" b="18415"/>
                <wp:docPr id="1347545219" name="Yuvarlatılmış 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970" cy="223469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575695F" id="Yuvarlatılmış Dikdörtgen 1" o:spid="_x0000_s1026" style="width:21.9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" fillcolor="white [3201]" strokecolor="#e48312 [3204]" strokeweight="2pt">
                <w10:anchorlock/>
              </v:roundrect>
            </w:pict>
          </mc:Fallback>
        </mc:AlternateContent>
      </w:r>
    </w:p>
    <w:p w14:paraId="58EAAF92" w14:textId="20470DB3" w:rsidR="00720624" w:rsidRPr="00896028" w:rsidRDefault="00720624" w:rsidP="00720624">
      <w:pPr>
        <w:pStyle w:val="ListeParagraf"/>
        <w:numPr>
          <w:ilvl w:val="0"/>
          <w:numId w:val="12"/>
        </w:numPr>
        <w:spacing w:before="120" w:after="120"/>
        <w:rPr>
          <w:rFonts w:ascii="Lora" w:hAnsi="Lora"/>
          <w:lang w:val="tr-TR"/>
        </w:rPr>
      </w:pPr>
      <w:proofErr w:type="spellStart"/>
      <w:r w:rsidRPr="00720624">
        <w:rPr>
          <w:rFonts w:ascii="Lora" w:hAnsi="Lora"/>
          <w:lang w:val="tr-TR"/>
        </w:rPr>
        <w:t>Verwendete</w:t>
      </w:r>
      <w:proofErr w:type="spellEnd"/>
      <w:r w:rsidRPr="00720624">
        <w:rPr>
          <w:rFonts w:ascii="Lora" w:hAnsi="Lora"/>
          <w:lang w:val="tr-TR"/>
        </w:rPr>
        <w:t>(s) Werkzeug(e</w:t>
      </w:r>
      <w:proofErr w:type="gramStart"/>
      <w:r w:rsidRPr="00720624">
        <w:rPr>
          <w:rFonts w:ascii="Lora" w:hAnsi="Lora"/>
          <w:lang w:val="tr-TR"/>
        </w:rPr>
        <w:t>)</w:t>
      </w:r>
      <w:r w:rsidRPr="009137BD">
        <w:rPr>
          <w:rFonts w:ascii="Lora" w:hAnsi="Lora"/>
          <w:lang w:val="tr-TR"/>
        </w:rPr>
        <w:t>:</w:t>
      </w:r>
      <w:r w:rsidRPr="00896028">
        <w:rPr>
          <w:rFonts w:ascii="Lora" w:hAnsi="Lora"/>
          <w:lang w:val="tr-TR"/>
        </w:rPr>
        <w:t>..................................................................................</w:t>
      </w:r>
      <w:proofErr w:type="gramEnd"/>
    </w:p>
    <w:p w14:paraId="3E5E69FA" w14:textId="3CCE2228" w:rsidR="00720624" w:rsidRPr="00896028" w:rsidRDefault="00720624" w:rsidP="00720624">
      <w:pPr>
        <w:pStyle w:val="ListeParagraf"/>
        <w:numPr>
          <w:ilvl w:val="0"/>
          <w:numId w:val="12"/>
        </w:numPr>
        <w:spacing w:before="120" w:after="120"/>
        <w:rPr>
          <w:rFonts w:ascii="Lora" w:hAnsi="Lora"/>
          <w:lang w:val="tr-TR"/>
        </w:rPr>
      </w:pPr>
      <w:proofErr w:type="spellStart"/>
      <w:r w:rsidRPr="00720624">
        <w:rPr>
          <w:rFonts w:ascii="Lora" w:hAnsi="Lora"/>
          <w:lang w:val="tr-TR"/>
        </w:rPr>
        <w:t>Bestimmungsgemäße</w:t>
      </w:r>
      <w:proofErr w:type="spellEnd"/>
      <w:r w:rsidRPr="00720624">
        <w:rPr>
          <w:rFonts w:ascii="Lora" w:hAnsi="Lora"/>
          <w:lang w:val="tr-TR"/>
        </w:rPr>
        <w:t xml:space="preserve"> </w:t>
      </w:r>
      <w:proofErr w:type="spellStart"/>
      <w:r w:rsidRPr="00720624">
        <w:rPr>
          <w:rFonts w:ascii="Lora" w:hAnsi="Lora"/>
          <w:lang w:val="tr-TR"/>
        </w:rPr>
        <w:t>Verwendung</w:t>
      </w:r>
      <w:proofErr w:type="spellEnd"/>
      <w:r w:rsidRPr="00896028">
        <w:rPr>
          <w:rFonts w:ascii="Lora" w:hAnsi="Lora"/>
          <w:lang w:val="tr-TR"/>
        </w:rPr>
        <w:t xml:space="preserve">: </w:t>
      </w:r>
      <w:r>
        <w:rPr>
          <w:rFonts w:ascii="Lora" w:hAnsi="Lora"/>
          <w:lang w:val="tr-TR"/>
        </w:rPr>
        <w:t>……………………………………………</w:t>
      </w:r>
      <w:proofErr w:type="gramStart"/>
      <w:r>
        <w:rPr>
          <w:rFonts w:ascii="Lora" w:hAnsi="Lora"/>
          <w:lang w:val="tr-TR"/>
        </w:rPr>
        <w:t>…….</w:t>
      </w:r>
      <w:proofErr w:type="gramEnd"/>
      <w:r>
        <w:rPr>
          <w:rFonts w:ascii="Lora" w:hAnsi="Lora"/>
          <w:lang w:val="tr-TR"/>
        </w:rPr>
        <w:t>.</w:t>
      </w:r>
    </w:p>
    <w:p w14:paraId="471471EA" w14:textId="49ECDC90" w:rsidR="00720624" w:rsidRPr="00896028" w:rsidRDefault="00720624" w:rsidP="00720624">
      <w:pPr>
        <w:pStyle w:val="ListeParagraf"/>
        <w:numPr>
          <w:ilvl w:val="0"/>
          <w:numId w:val="12"/>
        </w:numPr>
        <w:spacing w:before="120" w:after="120"/>
        <w:rPr>
          <w:rFonts w:ascii="Lora" w:hAnsi="Lora"/>
          <w:lang w:val="tr-TR"/>
        </w:rPr>
      </w:pPr>
      <w:proofErr w:type="spellStart"/>
      <w:r w:rsidRPr="00720624">
        <w:rPr>
          <w:rFonts w:ascii="Lora" w:hAnsi="Lora"/>
          <w:lang w:val="tr-TR"/>
        </w:rPr>
        <w:t>Erläuterung</w:t>
      </w:r>
      <w:proofErr w:type="spellEnd"/>
      <w:r>
        <w:rPr>
          <w:rFonts w:ascii="Lora" w:hAnsi="Lora"/>
          <w:lang w:val="tr-TR"/>
        </w:rPr>
        <w:t xml:space="preserve">: </w:t>
      </w:r>
      <w:r w:rsidRPr="00896028">
        <w:rPr>
          <w:rFonts w:ascii="Lora" w:hAnsi="Lora"/>
          <w:lang w:val="tr-TR"/>
        </w:rPr>
        <w:t>...............................................................................................................</w:t>
      </w:r>
    </w:p>
    <w:p w14:paraId="0E132C0A" w14:textId="77777777" w:rsidR="00720624" w:rsidRDefault="00720624" w:rsidP="00720624">
      <w:pPr>
        <w:spacing w:before="120" w:after="120"/>
        <w:jc w:val="both"/>
        <w:rPr>
          <w:rFonts w:ascii="Lora" w:hAnsi="Lora"/>
          <w:b/>
          <w:bCs/>
          <w:lang w:val="tr-TR"/>
        </w:rPr>
      </w:pPr>
      <w:proofErr w:type="spellStart"/>
      <w:r w:rsidRPr="00720624">
        <w:rPr>
          <w:rFonts w:ascii="Lora" w:hAnsi="Lora"/>
          <w:b/>
          <w:bCs/>
          <w:lang w:val="tr-TR"/>
        </w:rPr>
        <w:t>Genehmigung</w:t>
      </w:r>
      <w:proofErr w:type="spellEnd"/>
    </w:p>
    <w:p w14:paraId="4C190508" w14:textId="0C0DF240" w:rsidR="00720624" w:rsidRPr="00896028" w:rsidRDefault="00720624" w:rsidP="00720624">
      <w:pPr>
        <w:spacing w:before="120" w:after="120"/>
        <w:jc w:val="both"/>
        <w:rPr>
          <w:rFonts w:ascii="Lora" w:hAnsi="Lora"/>
          <w:lang w:val="tr-TR"/>
        </w:rPr>
      </w:pPr>
      <w:r w:rsidRPr="00720624">
        <w:rPr>
          <w:rFonts w:ascii="Lora" w:hAnsi="Lora"/>
          <w:lang w:val="tr-TR"/>
        </w:rPr>
        <w:t xml:space="preserve">Mit </w:t>
      </w:r>
      <w:proofErr w:type="spellStart"/>
      <w:r w:rsidRPr="00720624">
        <w:rPr>
          <w:rFonts w:ascii="Lora" w:hAnsi="Lora"/>
          <w:lang w:val="tr-TR"/>
        </w:rPr>
        <w:t>dieser</w:t>
      </w:r>
      <w:proofErr w:type="spellEnd"/>
      <w:r w:rsidRPr="00720624">
        <w:rPr>
          <w:rFonts w:ascii="Lora" w:hAnsi="Lora"/>
          <w:lang w:val="tr-TR"/>
        </w:rPr>
        <w:t xml:space="preserve"> </w:t>
      </w:r>
      <w:proofErr w:type="spellStart"/>
      <w:r w:rsidRPr="00720624">
        <w:rPr>
          <w:rFonts w:ascii="Lora" w:hAnsi="Lora"/>
          <w:lang w:val="tr-TR"/>
        </w:rPr>
        <w:t>Erklärung</w:t>
      </w:r>
      <w:proofErr w:type="spellEnd"/>
      <w:r w:rsidRPr="00720624">
        <w:rPr>
          <w:rFonts w:ascii="Lora" w:hAnsi="Lora"/>
          <w:lang w:val="tr-TR"/>
        </w:rPr>
        <w:t xml:space="preserve"> </w:t>
      </w:r>
      <w:proofErr w:type="spellStart"/>
      <w:r w:rsidRPr="00720624">
        <w:rPr>
          <w:rFonts w:ascii="Lora" w:hAnsi="Lora"/>
          <w:lang w:val="tr-TR"/>
        </w:rPr>
        <w:t>bestätige</w:t>
      </w:r>
      <w:proofErr w:type="spellEnd"/>
      <w:r w:rsidRPr="00720624">
        <w:rPr>
          <w:rFonts w:ascii="Lora" w:hAnsi="Lora"/>
          <w:lang w:val="tr-TR"/>
        </w:rPr>
        <w:t xml:space="preserve"> </w:t>
      </w:r>
      <w:proofErr w:type="spellStart"/>
      <w:r w:rsidRPr="00720624">
        <w:rPr>
          <w:rFonts w:ascii="Lora" w:hAnsi="Lora"/>
          <w:lang w:val="tr-TR"/>
        </w:rPr>
        <w:t>ich</w:t>
      </w:r>
      <w:proofErr w:type="spellEnd"/>
      <w:r w:rsidRPr="00720624">
        <w:rPr>
          <w:rFonts w:ascii="Lora" w:hAnsi="Lora"/>
          <w:lang w:val="tr-TR"/>
        </w:rPr>
        <w:t xml:space="preserve">, </w:t>
      </w:r>
      <w:proofErr w:type="spellStart"/>
      <w:r w:rsidRPr="00720624">
        <w:rPr>
          <w:rFonts w:ascii="Lora" w:hAnsi="Lora"/>
          <w:lang w:val="tr-TR"/>
        </w:rPr>
        <w:t>dass</w:t>
      </w:r>
      <w:proofErr w:type="spellEnd"/>
      <w:r w:rsidRPr="00720624">
        <w:rPr>
          <w:rFonts w:ascii="Lora" w:hAnsi="Lora"/>
          <w:lang w:val="tr-TR"/>
        </w:rPr>
        <w:t xml:space="preserve"> </w:t>
      </w:r>
      <w:proofErr w:type="spellStart"/>
      <w:r w:rsidRPr="00720624">
        <w:rPr>
          <w:rFonts w:ascii="Lora" w:hAnsi="Lora"/>
          <w:lang w:val="tr-TR"/>
        </w:rPr>
        <w:t>die</w:t>
      </w:r>
      <w:proofErr w:type="spellEnd"/>
      <w:r w:rsidRPr="00720624">
        <w:rPr>
          <w:rFonts w:ascii="Lora" w:hAnsi="Lora"/>
          <w:lang w:val="tr-TR"/>
        </w:rPr>
        <w:t xml:space="preserve"> in der </w:t>
      </w:r>
      <w:proofErr w:type="spellStart"/>
      <w:r w:rsidRPr="00720624">
        <w:rPr>
          <w:rFonts w:ascii="Lora" w:hAnsi="Lora"/>
          <w:lang w:val="tr-TR"/>
        </w:rPr>
        <w:t>Studie</w:t>
      </w:r>
      <w:proofErr w:type="spellEnd"/>
      <w:r w:rsidRPr="00720624">
        <w:rPr>
          <w:rFonts w:ascii="Lora" w:hAnsi="Lora"/>
          <w:lang w:val="tr-TR"/>
        </w:rPr>
        <w:t xml:space="preserve"> </w:t>
      </w:r>
      <w:proofErr w:type="spellStart"/>
      <w:r w:rsidRPr="00720624">
        <w:rPr>
          <w:rFonts w:ascii="Lora" w:hAnsi="Lora"/>
          <w:lang w:val="tr-TR"/>
        </w:rPr>
        <w:t>verwendeten</w:t>
      </w:r>
      <w:proofErr w:type="spellEnd"/>
      <w:r w:rsidRPr="00720624">
        <w:rPr>
          <w:rFonts w:ascii="Lora" w:hAnsi="Lora"/>
          <w:lang w:val="tr-TR"/>
        </w:rPr>
        <w:t xml:space="preserve"> </w:t>
      </w:r>
      <w:proofErr w:type="spellStart"/>
      <w:r w:rsidRPr="00720624">
        <w:rPr>
          <w:rFonts w:ascii="Lora" w:hAnsi="Lora"/>
          <w:lang w:val="tr-TR"/>
        </w:rPr>
        <w:t>Werkzeuge</w:t>
      </w:r>
      <w:proofErr w:type="spellEnd"/>
      <w:r w:rsidRPr="00720624">
        <w:rPr>
          <w:rFonts w:ascii="Lora" w:hAnsi="Lora"/>
          <w:lang w:val="tr-TR"/>
        </w:rPr>
        <w:t xml:space="preserve"> der </w:t>
      </w:r>
      <w:proofErr w:type="spellStart"/>
      <w:r w:rsidRPr="00720624">
        <w:rPr>
          <w:rFonts w:ascii="Lora" w:hAnsi="Lora"/>
          <w:lang w:val="tr-TR"/>
        </w:rPr>
        <w:t>künstlichen</w:t>
      </w:r>
      <w:proofErr w:type="spellEnd"/>
      <w:r w:rsidRPr="00720624">
        <w:rPr>
          <w:rFonts w:ascii="Lora" w:hAnsi="Lora"/>
          <w:lang w:val="tr-TR"/>
        </w:rPr>
        <w:t xml:space="preserve"> </w:t>
      </w:r>
      <w:proofErr w:type="spellStart"/>
      <w:r w:rsidRPr="00720624">
        <w:rPr>
          <w:rFonts w:ascii="Lora" w:hAnsi="Lora"/>
          <w:lang w:val="tr-TR"/>
        </w:rPr>
        <w:t>Intelligenz</w:t>
      </w:r>
      <w:proofErr w:type="spellEnd"/>
      <w:r w:rsidRPr="00720624">
        <w:rPr>
          <w:rFonts w:ascii="Lora" w:hAnsi="Lora"/>
          <w:lang w:val="tr-TR"/>
        </w:rPr>
        <w:t xml:space="preserve"> </w:t>
      </w:r>
      <w:proofErr w:type="spellStart"/>
      <w:r w:rsidRPr="00720624">
        <w:rPr>
          <w:rFonts w:ascii="Lora" w:hAnsi="Lora"/>
          <w:lang w:val="tr-TR"/>
        </w:rPr>
        <w:t>ausschließlich</w:t>
      </w:r>
      <w:proofErr w:type="spellEnd"/>
      <w:r w:rsidRPr="00720624">
        <w:rPr>
          <w:rFonts w:ascii="Lora" w:hAnsi="Lora"/>
          <w:lang w:val="tr-TR"/>
        </w:rPr>
        <w:t xml:space="preserve"> </w:t>
      </w:r>
      <w:proofErr w:type="spellStart"/>
      <w:r w:rsidRPr="00720624">
        <w:rPr>
          <w:rFonts w:ascii="Lora" w:hAnsi="Lora"/>
          <w:lang w:val="tr-TR"/>
        </w:rPr>
        <w:t>für</w:t>
      </w:r>
      <w:proofErr w:type="spellEnd"/>
      <w:r w:rsidRPr="00720624">
        <w:rPr>
          <w:rFonts w:ascii="Lora" w:hAnsi="Lora"/>
          <w:lang w:val="tr-TR"/>
        </w:rPr>
        <w:t xml:space="preserve"> </w:t>
      </w:r>
      <w:proofErr w:type="spellStart"/>
      <w:r w:rsidRPr="00720624">
        <w:rPr>
          <w:rFonts w:ascii="Lora" w:hAnsi="Lora"/>
          <w:lang w:val="tr-TR"/>
        </w:rPr>
        <w:t>unterstützende</w:t>
      </w:r>
      <w:proofErr w:type="spellEnd"/>
      <w:r w:rsidRPr="00720624">
        <w:rPr>
          <w:rFonts w:ascii="Lora" w:hAnsi="Lora"/>
          <w:lang w:val="tr-TR"/>
        </w:rPr>
        <w:t xml:space="preserve"> </w:t>
      </w:r>
      <w:proofErr w:type="spellStart"/>
      <w:r w:rsidRPr="00720624">
        <w:rPr>
          <w:rFonts w:ascii="Lora" w:hAnsi="Lora"/>
          <w:lang w:val="tr-TR"/>
        </w:rPr>
        <w:t>Funktionen</w:t>
      </w:r>
      <w:proofErr w:type="spellEnd"/>
      <w:r w:rsidRPr="00720624">
        <w:rPr>
          <w:rFonts w:ascii="Lora" w:hAnsi="Lora"/>
          <w:lang w:val="tr-TR"/>
        </w:rPr>
        <w:t xml:space="preserve"> </w:t>
      </w:r>
      <w:proofErr w:type="spellStart"/>
      <w:r w:rsidRPr="00720624">
        <w:rPr>
          <w:rFonts w:ascii="Lora" w:hAnsi="Lora"/>
          <w:lang w:val="tr-TR"/>
        </w:rPr>
        <w:t>eingesetzt</w:t>
      </w:r>
      <w:proofErr w:type="spellEnd"/>
      <w:r w:rsidRPr="00720624">
        <w:rPr>
          <w:rFonts w:ascii="Lora" w:hAnsi="Lora"/>
          <w:lang w:val="tr-TR"/>
        </w:rPr>
        <w:t xml:space="preserve"> </w:t>
      </w:r>
      <w:proofErr w:type="spellStart"/>
      <w:r w:rsidRPr="00720624">
        <w:rPr>
          <w:rFonts w:ascii="Lora" w:hAnsi="Lora"/>
          <w:lang w:val="tr-TR"/>
        </w:rPr>
        <w:t>wurden</w:t>
      </w:r>
      <w:proofErr w:type="spellEnd"/>
      <w:r w:rsidRPr="00720624">
        <w:rPr>
          <w:rFonts w:ascii="Lora" w:hAnsi="Lora"/>
          <w:lang w:val="tr-TR"/>
        </w:rPr>
        <w:t xml:space="preserve"> </w:t>
      </w:r>
      <w:proofErr w:type="spellStart"/>
      <w:r w:rsidRPr="00720624">
        <w:rPr>
          <w:rFonts w:ascii="Lora" w:hAnsi="Lora"/>
          <w:lang w:val="tr-TR"/>
        </w:rPr>
        <w:t>und</w:t>
      </w:r>
      <w:proofErr w:type="spellEnd"/>
      <w:r w:rsidRPr="00720624">
        <w:rPr>
          <w:rFonts w:ascii="Lora" w:hAnsi="Lora"/>
          <w:lang w:val="tr-TR"/>
        </w:rPr>
        <w:t xml:space="preserve"> </w:t>
      </w:r>
      <w:proofErr w:type="spellStart"/>
      <w:r w:rsidRPr="00720624">
        <w:rPr>
          <w:rFonts w:ascii="Lora" w:hAnsi="Lora"/>
          <w:lang w:val="tr-TR"/>
        </w:rPr>
        <w:t>dass</w:t>
      </w:r>
      <w:proofErr w:type="spellEnd"/>
      <w:r w:rsidRPr="00720624">
        <w:rPr>
          <w:rFonts w:ascii="Lora" w:hAnsi="Lora"/>
          <w:lang w:val="tr-TR"/>
        </w:rPr>
        <w:t xml:space="preserve"> </w:t>
      </w:r>
      <w:proofErr w:type="spellStart"/>
      <w:r w:rsidRPr="00720624">
        <w:rPr>
          <w:rFonts w:ascii="Lora" w:hAnsi="Lora"/>
          <w:lang w:val="tr-TR"/>
        </w:rPr>
        <w:t>die</w:t>
      </w:r>
      <w:proofErr w:type="spellEnd"/>
      <w:r w:rsidRPr="00720624">
        <w:rPr>
          <w:rFonts w:ascii="Lora" w:hAnsi="Lora"/>
          <w:lang w:val="tr-TR"/>
        </w:rPr>
        <w:t xml:space="preserve"> </w:t>
      </w:r>
      <w:proofErr w:type="spellStart"/>
      <w:r w:rsidRPr="00720624">
        <w:rPr>
          <w:rFonts w:ascii="Lora" w:hAnsi="Lora"/>
          <w:lang w:val="tr-TR"/>
        </w:rPr>
        <w:t>Originalität</w:t>
      </w:r>
      <w:proofErr w:type="spellEnd"/>
      <w:r w:rsidRPr="00720624">
        <w:rPr>
          <w:rFonts w:ascii="Lora" w:hAnsi="Lora"/>
          <w:lang w:val="tr-TR"/>
        </w:rPr>
        <w:t xml:space="preserve">, der </w:t>
      </w:r>
      <w:proofErr w:type="spellStart"/>
      <w:r w:rsidRPr="00720624">
        <w:rPr>
          <w:rFonts w:ascii="Lora" w:hAnsi="Lora"/>
          <w:lang w:val="tr-TR"/>
        </w:rPr>
        <w:t>wissenschaftliche</w:t>
      </w:r>
      <w:proofErr w:type="spellEnd"/>
      <w:r w:rsidRPr="00720624">
        <w:rPr>
          <w:rFonts w:ascii="Lora" w:hAnsi="Lora"/>
          <w:lang w:val="tr-TR"/>
        </w:rPr>
        <w:t xml:space="preserve"> </w:t>
      </w:r>
      <w:proofErr w:type="spellStart"/>
      <w:r w:rsidRPr="00720624">
        <w:rPr>
          <w:rFonts w:ascii="Lora" w:hAnsi="Lora"/>
          <w:lang w:val="tr-TR"/>
        </w:rPr>
        <w:t>Beitrag</w:t>
      </w:r>
      <w:proofErr w:type="spellEnd"/>
      <w:r w:rsidRPr="00720624">
        <w:rPr>
          <w:rFonts w:ascii="Lora" w:hAnsi="Lora"/>
          <w:lang w:val="tr-TR"/>
        </w:rPr>
        <w:t xml:space="preserve"> </w:t>
      </w:r>
      <w:proofErr w:type="spellStart"/>
      <w:r w:rsidRPr="00720624">
        <w:rPr>
          <w:rFonts w:ascii="Lora" w:hAnsi="Lora"/>
          <w:lang w:val="tr-TR"/>
        </w:rPr>
        <w:t>sowie</w:t>
      </w:r>
      <w:proofErr w:type="spellEnd"/>
      <w:r w:rsidRPr="00720624">
        <w:rPr>
          <w:rFonts w:ascii="Lora" w:hAnsi="Lora"/>
          <w:lang w:val="tr-TR"/>
        </w:rPr>
        <w:t xml:space="preserve"> </w:t>
      </w:r>
      <w:proofErr w:type="spellStart"/>
      <w:r w:rsidRPr="00720624">
        <w:rPr>
          <w:rFonts w:ascii="Lora" w:hAnsi="Lora"/>
          <w:lang w:val="tr-TR"/>
        </w:rPr>
        <w:t>die</w:t>
      </w:r>
      <w:proofErr w:type="spellEnd"/>
      <w:r w:rsidRPr="00720624">
        <w:rPr>
          <w:rFonts w:ascii="Lora" w:hAnsi="Lora"/>
          <w:lang w:val="tr-TR"/>
        </w:rPr>
        <w:t xml:space="preserve"> </w:t>
      </w:r>
      <w:proofErr w:type="spellStart"/>
      <w:r w:rsidRPr="00720624">
        <w:rPr>
          <w:rFonts w:ascii="Lora" w:hAnsi="Lora"/>
          <w:lang w:val="tr-TR"/>
        </w:rPr>
        <w:t>Verantwortung</w:t>
      </w:r>
      <w:proofErr w:type="spellEnd"/>
      <w:r w:rsidRPr="00720624">
        <w:rPr>
          <w:rFonts w:ascii="Lora" w:hAnsi="Lora"/>
          <w:lang w:val="tr-TR"/>
        </w:rPr>
        <w:t xml:space="preserve"> </w:t>
      </w:r>
      <w:proofErr w:type="spellStart"/>
      <w:r w:rsidRPr="00720624">
        <w:rPr>
          <w:rFonts w:ascii="Lora" w:hAnsi="Lora"/>
          <w:lang w:val="tr-TR"/>
        </w:rPr>
        <w:t>für</w:t>
      </w:r>
      <w:proofErr w:type="spellEnd"/>
      <w:r w:rsidRPr="00720624">
        <w:rPr>
          <w:rFonts w:ascii="Lora" w:hAnsi="Lora"/>
          <w:lang w:val="tr-TR"/>
        </w:rPr>
        <w:t xml:space="preserve"> </w:t>
      </w:r>
      <w:proofErr w:type="spellStart"/>
      <w:r w:rsidRPr="00720624">
        <w:rPr>
          <w:rFonts w:ascii="Lora" w:hAnsi="Lora"/>
          <w:lang w:val="tr-TR"/>
        </w:rPr>
        <w:t>die</w:t>
      </w:r>
      <w:proofErr w:type="spellEnd"/>
      <w:r w:rsidRPr="00720624">
        <w:rPr>
          <w:rFonts w:ascii="Lora" w:hAnsi="Lora"/>
          <w:lang w:val="tr-TR"/>
        </w:rPr>
        <w:t xml:space="preserve"> </w:t>
      </w:r>
      <w:proofErr w:type="spellStart"/>
      <w:r w:rsidRPr="00720624">
        <w:rPr>
          <w:rFonts w:ascii="Lora" w:hAnsi="Lora"/>
          <w:lang w:val="tr-TR"/>
        </w:rPr>
        <w:t>Forschungsarbeit</w:t>
      </w:r>
      <w:proofErr w:type="spellEnd"/>
      <w:r w:rsidRPr="00720624">
        <w:rPr>
          <w:rFonts w:ascii="Lora" w:hAnsi="Lora"/>
          <w:lang w:val="tr-TR"/>
        </w:rPr>
        <w:t xml:space="preserve"> </w:t>
      </w:r>
      <w:proofErr w:type="spellStart"/>
      <w:r w:rsidRPr="00720624">
        <w:rPr>
          <w:rFonts w:ascii="Lora" w:hAnsi="Lora"/>
          <w:lang w:val="tr-TR"/>
        </w:rPr>
        <w:t>vollumfänglich</w:t>
      </w:r>
      <w:proofErr w:type="spellEnd"/>
      <w:r w:rsidRPr="00720624">
        <w:rPr>
          <w:rFonts w:ascii="Lora" w:hAnsi="Lora"/>
          <w:lang w:val="tr-TR"/>
        </w:rPr>
        <w:t xml:space="preserve"> </w:t>
      </w:r>
      <w:proofErr w:type="spellStart"/>
      <w:r w:rsidRPr="00720624">
        <w:rPr>
          <w:rFonts w:ascii="Lora" w:hAnsi="Lora"/>
          <w:lang w:val="tr-TR"/>
        </w:rPr>
        <w:t>bei</w:t>
      </w:r>
      <w:proofErr w:type="spellEnd"/>
      <w:r w:rsidRPr="00720624">
        <w:rPr>
          <w:rFonts w:ascii="Lora" w:hAnsi="Lora"/>
          <w:lang w:val="tr-TR"/>
        </w:rPr>
        <w:t xml:space="preserve"> dem/den </w:t>
      </w:r>
      <w:proofErr w:type="spellStart"/>
      <w:r w:rsidRPr="00720624">
        <w:rPr>
          <w:rFonts w:ascii="Lora" w:hAnsi="Lora"/>
          <w:lang w:val="tr-TR"/>
        </w:rPr>
        <w:t>Autor</w:t>
      </w:r>
      <w:proofErr w:type="spellEnd"/>
      <w:r w:rsidRPr="00720624">
        <w:rPr>
          <w:rFonts w:ascii="Lora" w:hAnsi="Lora"/>
          <w:lang w:val="tr-TR"/>
        </w:rPr>
        <w:t xml:space="preserve">(en) </w:t>
      </w:r>
      <w:proofErr w:type="spellStart"/>
      <w:r w:rsidRPr="00720624">
        <w:rPr>
          <w:rFonts w:ascii="Lora" w:hAnsi="Lora"/>
          <w:lang w:val="tr-TR"/>
        </w:rPr>
        <w:t>liegen</w:t>
      </w:r>
      <w:proofErr w:type="spellEnd"/>
      <w:r w:rsidRPr="00720624">
        <w:rPr>
          <w:rFonts w:ascii="Lora" w:hAnsi="Lora"/>
          <w:lang w:val="tr-TR"/>
        </w:rPr>
        <w:t>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876"/>
        <w:gridCol w:w="2877"/>
        <w:gridCol w:w="2877"/>
      </w:tblGrid>
      <w:tr w:rsidR="00720624" w:rsidRPr="00896028" w14:paraId="3F10C706" w14:textId="77777777" w:rsidTr="00BD4497">
        <w:tc>
          <w:tcPr>
            <w:tcW w:w="2876" w:type="dxa"/>
          </w:tcPr>
          <w:p w14:paraId="6FE5DE1F" w14:textId="77777777" w:rsidR="00720624" w:rsidRPr="00720624" w:rsidRDefault="00720624" w:rsidP="00720624">
            <w:pPr>
              <w:spacing w:before="120"/>
              <w:jc w:val="center"/>
              <w:rPr>
                <w:rFonts w:ascii="Lora" w:hAnsi="Lora"/>
                <w:b/>
                <w:bCs/>
                <w:lang w:val="de-DE"/>
              </w:rPr>
            </w:pPr>
            <w:r w:rsidRPr="00720624">
              <w:rPr>
                <w:rFonts w:ascii="Lora" w:hAnsi="Lora"/>
                <w:b/>
                <w:bCs/>
                <w:lang w:val="de-DE"/>
              </w:rPr>
              <w:t>Autor(en)</w:t>
            </w:r>
          </w:p>
          <w:p w14:paraId="79982C17" w14:textId="7B3C7281" w:rsidR="00720624" w:rsidRPr="00896028" w:rsidRDefault="00720624" w:rsidP="00720624">
            <w:pPr>
              <w:spacing w:before="120"/>
              <w:jc w:val="center"/>
              <w:rPr>
                <w:rFonts w:ascii="Lora" w:hAnsi="Lora"/>
                <w:b/>
                <w:bCs/>
                <w:lang w:val="tr-TR"/>
              </w:rPr>
            </w:pPr>
            <w:r w:rsidRPr="00720624">
              <w:rPr>
                <w:rFonts w:ascii="Lora" w:hAnsi="Lora"/>
                <w:b/>
                <w:bCs/>
                <w:lang w:val="de-DE"/>
              </w:rPr>
              <w:t>Vorname Nachname</w:t>
            </w:r>
          </w:p>
        </w:tc>
        <w:tc>
          <w:tcPr>
            <w:tcW w:w="2877" w:type="dxa"/>
          </w:tcPr>
          <w:p w14:paraId="76367356" w14:textId="77777777" w:rsidR="00720624" w:rsidRPr="00720624" w:rsidRDefault="00720624" w:rsidP="00720624">
            <w:pPr>
              <w:spacing w:before="120"/>
              <w:jc w:val="center"/>
              <w:rPr>
                <w:rFonts w:ascii="Lora" w:hAnsi="Lora"/>
                <w:b/>
                <w:bCs/>
                <w:lang w:val="tr-TR"/>
              </w:rPr>
            </w:pPr>
            <w:r w:rsidRPr="00720624">
              <w:rPr>
                <w:rFonts w:ascii="Lora" w:hAnsi="Lora"/>
                <w:b/>
                <w:bCs/>
                <w:lang w:val="de-DE"/>
              </w:rPr>
              <w:t>Unterschrift</w:t>
            </w:r>
          </w:p>
          <w:p w14:paraId="027D5E0D" w14:textId="77777777" w:rsidR="00720624" w:rsidRPr="00896028" w:rsidRDefault="00720624" w:rsidP="00BD4497">
            <w:pPr>
              <w:spacing w:before="120"/>
              <w:jc w:val="center"/>
              <w:rPr>
                <w:rFonts w:ascii="Lora" w:hAnsi="Lora"/>
                <w:b/>
                <w:bCs/>
                <w:lang w:val="tr-TR"/>
              </w:rPr>
            </w:pPr>
          </w:p>
        </w:tc>
        <w:tc>
          <w:tcPr>
            <w:tcW w:w="2877" w:type="dxa"/>
          </w:tcPr>
          <w:p w14:paraId="78DC160D" w14:textId="77777777" w:rsidR="00720624" w:rsidRPr="00720624" w:rsidRDefault="00720624" w:rsidP="00720624">
            <w:pPr>
              <w:spacing w:before="120"/>
              <w:jc w:val="center"/>
              <w:rPr>
                <w:rFonts w:ascii="Lora" w:hAnsi="Lora"/>
                <w:b/>
                <w:bCs/>
                <w:lang w:val="tr-TR"/>
              </w:rPr>
            </w:pPr>
            <w:r w:rsidRPr="00720624">
              <w:rPr>
                <w:rFonts w:ascii="Lora" w:hAnsi="Lora"/>
                <w:b/>
                <w:bCs/>
                <w:lang w:val="de-DE"/>
              </w:rPr>
              <w:t>Datum</w:t>
            </w:r>
          </w:p>
          <w:p w14:paraId="1E8DC023" w14:textId="292483AC" w:rsidR="00720624" w:rsidRPr="00896028" w:rsidRDefault="00720624" w:rsidP="00BD4497">
            <w:pPr>
              <w:spacing w:before="120"/>
              <w:jc w:val="center"/>
              <w:rPr>
                <w:rFonts w:ascii="Lora" w:hAnsi="Lora"/>
                <w:b/>
                <w:bCs/>
                <w:lang w:val="tr-TR"/>
              </w:rPr>
            </w:pPr>
          </w:p>
        </w:tc>
      </w:tr>
      <w:tr w:rsidR="00720624" w:rsidRPr="00896028" w14:paraId="7275A588" w14:textId="77777777" w:rsidTr="00BD4497">
        <w:trPr>
          <w:trHeight w:val="501"/>
        </w:trPr>
        <w:tc>
          <w:tcPr>
            <w:tcW w:w="2876" w:type="dxa"/>
          </w:tcPr>
          <w:p w14:paraId="01B00687" w14:textId="77777777" w:rsidR="00720624" w:rsidRPr="00896028" w:rsidRDefault="00720624" w:rsidP="00BD4497">
            <w:pPr>
              <w:spacing w:before="120"/>
              <w:rPr>
                <w:rFonts w:ascii="Lora" w:hAnsi="Lora"/>
                <w:b/>
                <w:bCs/>
                <w:lang w:val="tr-TR"/>
              </w:rPr>
            </w:pPr>
          </w:p>
        </w:tc>
        <w:tc>
          <w:tcPr>
            <w:tcW w:w="2877" w:type="dxa"/>
          </w:tcPr>
          <w:p w14:paraId="58F7183F" w14:textId="77777777" w:rsidR="00720624" w:rsidRPr="00896028" w:rsidRDefault="00720624" w:rsidP="00BD4497">
            <w:pPr>
              <w:spacing w:before="120"/>
              <w:rPr>
                <w:rFonts w:ascii="Lora" w:hAnsi="Lora"/>
                <w:b/>
                <w:bCs/>
                <w:lang w:val="tr-TR"/>
              </w:rPr>
            </w:pPr>
          </w:p>
        </w:tc>
        <w:tc>
          <w:tcPr>
            <w:tcW w:w="2877" w:type="dxa"/>
          </w:tcPr>
          <w:p w14:paraId="1A6A135D" w14:textId="77777777" w:rsidR="00720624" w:rsidRPr="00896028" w:rsidRDefault="00720624" w:rsidP="00BD4497">
            <w:pPr>
              <w:spacing w:before="120"/>
              <w:rPr>
                <w:rFonts w:ascii="Lora" w:hAnsi="Lora"/>
                <w:b/>
                <w:bCs/>
                <w:lang w:val="tr-TR"/>
              </w:rPr>
            </w:pPr>
          </w:p>
        </w:tc>
      </w:tr>
      <w:tr w:rsidR="00720624" w:rsidRPr="00896028" w14:paraId="580A327E" w14:textId="77777777" w:rsidTr="00BD4497">
        <w:trPr>
          <w:trHeight w:val="501"/>
        </w:trPr>
        <w:tc>
          <w:tcPr>
            <w:tcW w:w="2876" w:type="dxa"/>
          </w:tcPr>
          <w:p w14:paraId="265C4EF0" w14:textId="77777777" w:rsidR="00720624" w:rsidRPr="00896028" w:rsidRDefault="00720624" w:rsidP="00BD4497">
            <w:pPr>
              <w:spacing w:before="120"/>
              <w:rPr>
                <w:rFonts w:ascii="Lora" w:hAnsi="Lora"/>
                <w:b/>
                <w:bCs/>
                <w:lang w:val="tr-TR"/>
              </w:rPr>
            </w:pPr>
          </w:p>
        </w:tc>
        <w:tc>
          <w:tcPr>
            <w:tcW w:w="2877" w:type="dxa"/>
          </w:tcPr>
          <w:p w14:paraId="3E4D22D5" w14:textId="77777777" w:rsidR="00720624" w:rsidRPr="00896028" w:rsidRDefault="00720624" w:rsidP="00BD4497">
            <w:pPr>
              <w:spacing w:before="120"/>
              <w:rPr>
                <w:rFonts w:ascii="Lora" w:hAnsi="Lora"/>
                <w:b/>
                <w:bCs/>
                <w:lang w:val="tr-TR"/>
              </w:rPr>
            </w:pPr>
          </w:p>
        </w:tc>
        <w:tc>
          <w:tcPr>
            <w:tcW w:w="2877" w:type="dxa"/>
          </w:tcPr>
          <w:p w14:paraId="303E1075" w14:textId="77777777" w:rsidR="00720624" w:rsidRPr="00896028" w:rsidRDefault="00720624" w:rsidP="00BD4497">
            <w:pPr>
              <w:spacing w:before="120"/>
              <w:rPr>
                <w:rFonts w:ascii="Lora" w:hAnsi="Lora"/>
                <w:b/>
                <w:bCs/>
                <w:lang w:val="tr-TR"/>
              </w:rPr>
            </w:pPr>
          </w:p>
        </w:tc>
      </w:tr>
      <w:tr w:rsidR="00720624" w:rsidRPr="00896028" w14:paraId="5F2A7F47" w14:textId="77777777" w:rsidTr="00BD4497">
        <w:trPr>
          <w:trHeight w:val="501"/>
        </w:trPr>
        <w:tc>
          <w:tcPr>
            <w:tcW w:w="2876" w:type="dxa"/>
          </w:tcPr>
          <w:p w14:paraId="1A3FEB62" w14:textId="77777777" w:rsidR="00720624" w:rsidRPr="00896028" w:rsidRDefault="00720624" w:rsidP="00BD4497">
            <w:pPr>
              <w:spacing w:before="120"/>
              <w:rPr>
                <w:rFonts w:ascii="Lora" w:hAnsi="Lora"/>
                <w:b/>
                <w:bCs/>
                <w:lang w:val="tr-TR"/>
              </w:rPr>
            </w:pPr>
          </w:p>
        </w:tc>
        <w:tc>
          <w:tcPr>
            <w:tcW w:w="2877" w:type="dxa"/>
          </w:tcPr>
          <w:p w14:paraId="2135DFC0" w14:textId="77777777" w:rsidR="00720624" w:rsidRPr="00896028" w:rsidRDefault="00720624" w:rsidP="00BD4497">
            <w:pPr>
              <w:spacing w:before="120"/>
              <w:rPr>
                <w:rFonts w:ascii="Lora" w:hAnsi="Lora"/>
                <w:b/>
                <w:bCs/>
                <w:lang w:val="tr-TR"/>
              </w:rPr>
            </w:pPr>
          </w:p>
        </w:tc>
        <w:tc>
          <w:tcPr>
            <w:tcW w:w="2877" w:type="dxa"/>
          </w:tcPr>
          <w:p w14:paraId="2AD597BA" w14:textId="77777777" w:rsidR="00720624" w:rsidRPr="00896028" w:rsidRDefault="00720624" w:rsidP="00BD4497">
            <w:pPr>
              <w:spacing w:before="120"/>
              <w:rPr>
                <w:rFonts w:ascii="Lora" w:hAnsi="Lora"/>
                <w:b/>
                <w:bCs/>
                <w:lang w:val="tr-TR"/>
              </w:rPr>
            </w:pPr>
          </w:p>
        </w:tc>
      </w:tr>
    </w:tbl>
    <w:p w14:paraId="7C61B648" w14:textId="77777777" w:rsidR="00720624" w:rsidRPr="00896028" w:rsidRDefault="00720624" w:rsidP="00720624">
      <w:pPr>
        <w:spacing w:before="120" w:after="0"/>
        <w:rPr>
          <w:rFonts w:ascii="Lora" w:hAnsi="Lora"/>
          <w:lang w:val="tr-TR"/>
        </w:rPr>
      </w:pPr>
    </w:p>
    <w:p w14:paraId="4B9AF326" w14:textId="77777777" w:rsidR="00720624" w:rsidRDefault="00720624" w:rsidP="00720624">
      <w:pPr>
        <w:spacing w:before="120" w:after="0"/>
        <w:rPr>
          <w:rFonts w:ascii="Lora" w:hAnsi="Lora"/>
          <w:lang w:val="tr-TR"/>
        </w:rPr>
      </w:pPr>
    </w:p>
    <w:p w14:paraId="126ED08C" w14:textId="77777777" w:rsidR="00720624" w:rsidRDefault="00720624" w:rsidP="00720624">
      <w:pPr>
        <w:spacing w:before="120" w:after="0"/>
        <w:rPr>
          <w:rFonts w:ascii="Lora" w:hAnsi="Lora"/>
          <w:lang w:val="tr-TR"/>
        </w:rPr>
      </w:pPr>
    </w:p>
    <w:p w14:paraId="4043593C" w14:textId="77777777" w:rsidR="00720624" w:rsidRDefault="00720624" w:rsidP="00720624">
      <w:pPr>
        <w:spacing w:before="120" w:after="0"/>
        <w:rPr>
          <w:rFonts w:ascii="Lora" w:hAnsi="Lora"/>
          <w:lang w:val="tr-TR"/>
        </w:rPr>
      </w:pPr>
    </w:p>
    <w:p w14:paraId="72C32C7C" w14:textId="77777777" w:rsidR="00720624" w:rsidRDefault="00720624" w:rsidP="00720624">
      <w:pPr>
        <w:spacing w:before="120" w:after="0"/>
        <w:rPr>
          <w:rFonts w:ascii="Lora" w:hAnsi="Lora"/>
          <w:lang w:val="tr-TR"/>
        </w:rPr>
      </w:pPr>
    </w:p>
    <w:p w14:paraId="293A99A3" w14:textId="6D218673" w:rsidR="00205871" w:rsidRDefault="00205871" w:rsidP="00205871">
      <w:pPr>
        <w:spacing w:before="120" w:after="120"/>
        <w:jc w:val="center"/>
        <w:rPr>
          <w:rFonts w:ascii="Lora" w:hAnsi="Lora"/>
          <w:b/>
          <w:bCs/>
          <w:lang w:val="tr-TR"/>
        </w:rPr>
      </w:pPr>
      <w:r w:rsidRPr="00205871">
        <w:rPr>
          <w:rFonts w:ascii="Lora" w:hAnsi="Lora"/>
          <w:b/>
          <w:bCs/>
          <w:lang w:val="tr-TR"/>
        </w:rPr>
        <w:t>FORMULAİRE DE DÉCLARATİON RELATİVE À L'İNTELLİGENCE ARTİFİCİELLE</w:t>
      </w:r>
    </w:p>
    <w:p w14:paraId="57757ABA" w14:textId="7053EED0" w:rsidR="00205871" w:rsidRPr="00896028" w:rsidRDefault="00205871" w:rsidP="00205871">
      <w:pPr>
        <w:spacing w:before="120" w:after="120"/>
        <w:jc w:val="both"/>
        <w:rPr>
          <w:rFonts w:ascii="Lora" w:hAnsi="Lora"/>
          <w:lang w:val="tr-TR"/>
        </w:rPr>
      </w:pPr>
      <w:r w:rsidRPr="00205871">
        <w:rPr>
          <w:rFonts w:ascii="Lora" w:hAnsi="Lora"/>
          <w:lang w:val="en"/>
        </w:rPr>
        <w:t xml:space="preserve">Le </w:t>
      </w:r>
      <w:proofErr w:type="spellStart"/>
      <w:r w:rsidRPr="00205871">
        <w:rPr>
          <w:rFonts w:ascii="Lora" w:hAnsi="Lora"/>
          <w:lang w:val="en"/>
        </w:rPr>
        <w:t>remplissage</w:t>
      </w:r>
      <w:proofErr w:type="spellEnd"/>
      <w:r w:rsidRPr="00205871">
        <w:rPr>
          <w:rFonts w:ascii="Lora" w:hAnsi="Lora"/>
          <w:lang w:val="en"/>
        </w:rPr>
        <w:t xml:space="preserve"> de </w:t>
      </w:r>
      <w:proofErr w:type="spellStart"/>
      <w:r w:rsidRPr="00205871">
        <w:rPr>
          <w:rFonts w:ascii="Lora" w:hAnsi="Lora"/>
          <w:lang w:val="en"/>
        </w:rPr>
        <w:t>ce</w:t>
      </w:r>
      <w:proofErr w:type="spellEnd"/>
      <w:r w:rsidRPr="00205871">
        <w:rPr>
          <w:rFonts w:ascii="Lora" w:hAnsi="Lora"/>
          <w:lang w:val="en"/>
        </w:rPr>
        <w:t xml:space="preserve"> </w:t>
      </w:r>
      <w:proofErr w:type="spellStart"/>
      <w:r w:rsidRPr="00205871">
        <w:rPr>
          <w:rFonts w:ascii="Lora" w:hAnsi="Lora"/>
          <w:lang w:val="en"/>
        </w:rPr>
        <w:t>formulaire</w:t>
      </w:r>
      <w:proofErr w:type="spellEnd"/>
      <w:r w:rsidRPr="00205871">
        <w:rPr>
          <w:rFonts w:ascii="Lora" w:hAnsi="Lora"/>
          <w:lang w:val="en"/>
        </w:rPr>
        <w:t xml:space="preserve"> de </w:t>
      </w:r>
      <w:proofErr w:type="spellStart"/>
      <w:r w:rsidRPr="00205871">
        <w:rPr>
          <w:rFonts w:ascii="Lora" w:hAnsi="Lora"/>
          <w:lang w:val="en"/>
        </w:rPr>
        <w:t>déclaration</w:t>
      </w:r>
      <w:proofErr w:type="spellEnd"/>
      <w:r w:rsidRPr="00205871">
        <w:rPr>
          <w:rFonts w:ascii="Lora" w:hAnsi="Lora"/>
          <w:lang w:val="en"/>
        </w:rPr>
        <w:t xml:space="preserve"> </w:t>
      </w:r>
      <w:proofErr w:type="spellStart"/>
      <w:r w:rsidRPr="00205871">
        <w:rPr>
          <w:rFonts w:ascii="Lora" w:hAnsi="Lora"/>
          <w:lang w:val="en"/>
        </w:rPr>
        <w:t>concernant</w:t>
      </w:r>
      <w:proofErr w:type="spellEnd"/>
      <w:r w:rsidRPr="00205871">
        <w:rPr>
          <w:rFonts w:ascii="Lora" w:hAnsi="Lora"/>
          <w:lang w:val="en"/>
        </w:rPr>
        <w:t xml:space="preserve"> </w:t>
      </w:r>
      <w:proofErr w:type="spellStart"/>
      <w:r w:rsidRPr="00205871">
        <w:rPr>
          <w:rFonts w:ascii="Lora" w:hAnsi="Lora"/>
          <w:lang w:val="en"/>
        </w:rPr>
        <w:t>l'utilisation</w:t>
      </w:r>
      <w:proofErr w:type="spellEnd"/>
      <w:r w:rsidRPr="00205871">
        <w:rPr>
          <w:rFonts w:ascii="Lora" w:hAnsi="Lora"/>
          <w:lang w:val="en"/>
        </w:rPr>
        <w:t xml:space="preserve"> </w:t>
      </w:r>
      <w:proofErr w:type="spellStart"/>
      <w:r w:rsidRPr="00205871">
        <w:rPr>
          <w:rFonts w:ascii="Lora" w:hAnsi="Lora"/>
          <w:lang w:val="en"/>
        </w:rPr>
        <w:t>d'outils</w:t>
      </w:r>
      <w:proofErr w:type="spellEnd"/>
      <w:r w:rsidRPr="00205871">
        <w:rPr>
          <w:rFonts w:ascii="Lora" w:hAnsi="Lora"/>
          <w:lang w:val="en"/>
        </w:rPr>
        <w:t xml:space="preserve"> </w:t>
      </w:r>
      <w:proofErr w:type="spellStart"/>
      <w:r w:rsidRPr="00205871">
        <w:rPr>
          <w:rFonts w:ascii="Lora" w:hAnsi="Lora"/>
          <w:lang w:val="en"/>
        </w:rPr>
        <w:t>fondés</w:t>
      </w:r>
      <w:proofErr w:type="spellEnd"/>
      <w:r w:rsidRPr="00205871">
        <w:rPr>
          <w:rFonts w:ascii="Lora" w:hAnsi="Lora"/>
          <w:lang w:val="en"/>
        </w:rPr>
        <w:t xml:space="preserve"> sur </w:t>
      </w:r>
      <w:proofErr w:type="spellStart"/>
      <w:r w:rsidRPr="00205871">
        <w:rPr>
          <w:rFonts w:ascii="Lora" w:hAnsi="Lora"/>
          <w:lang w:val="en"/>
        </w:rPr>
        <w:t>l'intelligence</w:t>
      </w:r>
      <w:proofErr w:type="spellEnd"/>
      <w:r w:rsidRPr="00205871">
        <w:rPr>
          <w:rFonts w:ascii="Lora" w:hAnsi="Lora"/>
          <w:lang w:val="en"/>
        </w:rPr>
        <w:t xml:space="preserve"> </w:t>
      </w:r>
      <w:proofErr w:type="spellStart"/>
      <w:r w:rsidRPr="00205871">
        <w:rPr>
          <w:rFonts w:ascii="Lora" w:hAnsi="Lora"/>
          <w:lang w:val="en"/>
        </w:rPr>
        <w:t>artificielle</w:t>
      </w:r>
      <w:proofErr w:type="spellEnd"/>
      <w:r w:rsidRPr="00205871">
        <w:rPr>
          <w:rFonts w:ascii="Lora" w:hAnsi="Lora"/>
          <w:lang w:val="en"/>
        </w:rPr>
        <w:t xml:space="preserve"> (IA) pour les </w:t>
      </w:r>
      <w:proofErr w:type="spellStart"/>
      <w:r w:rsidRPr="00205871">
        <w:rPr>
          <w:rFonts w:ascii="Lora" w:hAnsi="Lora"/>
          <w:lang w:val="en"/>
        </w:rPr>
        <w:t>manuscrits</w:t>
      </w:r>
      <w:proofErr w:type="spellEnd"/>
      <w:r w:rsidRPr="00205871">
        <w:rPr>
          <w:rFonts w:ascii="Lora" w:hAnsi="Lora"/>
          <w:lang w:val="en"/>
        </w:rPr>
        <w:t xml:space="preserve"> </w:t>
      </w:r>
      <w:proofErr w:type="spellStart"/>
      <w:r w:rsidRPr="00205871">
        <w:rPr>
          <w:rFonts w:ascii="Lora" w:hAnsi="Lora"/>
          <w:lang w:val="en"/>
        </w:rPr>
        <w:t>soumis</w:t>
      </w:r>
      <w:proofErr w:type="spellEnd"/>
      <w:r w:rsidRPr="00205871">
        <w:rPr>
          <w:rFonts w:ascii="Lora" w:hAnsi="Lora"/>
          <w:lang w:val="en"/>
        </w:rPr>
        <w:t xml:space="preserve"> à la revue est </w:t>
      </w:r>
      <w:proofErr w:type="spellStart"/>
      <w:r w:rsidRPr="00205871">
        <w:rPr>
          <w:rFonts w:ascii="Lora" w:hAnsi="Lora"/>
          <w:lang w:val="en"/>
        </w:rPr>
        <w:t>obligatoire</w:t>
      </w:r>
      <w:proofErr w:type="spellEnd"/>
      <w:r w:rsidRPr="001C0A90">
        <w:rPr>
          <w:rFonts w:ascii="Lora" w:hAnsi="Lora"/>
          <w:lang w:val="en"/>
        </w:rPr>
        <w:t>.</w:t>
      </w:r>
    </w:p>
    <w:p w14:paraId="50F20A5C" w14:textId="38123504" w:rsidR="00205871" w:rsidRPr="001C0A90" w:rsidRDefault="00205871" w:rsidP="00205871">
      <w:pPr>
        <w:spacing w:before="120" w:after="120"/>
        <w:rPr>
          <w:rFonts w:ascii="Lora" w:hAnsi="Lora"/>
          <w:b/>
          <w:bCs/>
          <w:lang w:val="tr-TR"/>
        </w:rPr>
      </w:pPr>
      <w:r w:rsidRPr="00205871">
        <w:rPr>
          <w:rFonts w:ascii="Lora" w:hAnsi="Lora"/>
          <w:b/>
          <w:bCs/>
          <w:lang w:val="fr-FR"/>
        </w:rPr>
        <w:t>Informations sur l'article</w:t>
      </w:r>
    </w:p>
    <w:p w14:paraId="70844EA0" w14:textId="4CAA61B6" w:rsidR="00205871" w:rsidRPr="00896028" w:rsidRDefault="00205871" w:rsidP="00205871">
      <w:pPr>
        <w:spacing w:before="120" w:after="120"/>
        <w:rPr>
          <w:rFonts w:ascii="Lora" w:hAnsi="Lora"/>
          <w:lang w:val="tr-TR"/>
        </w:rPr>
      </w:pPr>
      <w:r w:rsidRPr="00205871">
        <w:rPr>
          <w:rFonts w:ascii="Lora" w:hAnsi="Lora"/>
          <w:lang w:val="tr-TR"/>
        </w:rPr>
        <w:t xml:space="preserve">Titre de </w:t>
      </w:r>
      <w:proofErr w:type="spellStart"/>
      <w:r w:rsidRPr="00205871">
        <w:rPr>
          <w:rFonts w:ascii="Lora" w:hAnsi="Lora"/>
          <w:lang w:val="tr-TR"/>
        </w:rPr>
        <w:t>l'article</w:t>
      </w:r>
      <w:proofErr w:type="spellEnd"/>
      <w:r w:rsidRPr="00896028">
        <w:rPr>
          <w:rFonts w:ascii="Lora" w:hAnsi="Lora"/>
          <w:lang w:val="tr-TR"/>
        </w:rPr>
        <w:t>: ..........................................................................................</w:t>
      </w:r>
    </w:p>
    <w:p w14:paraId="1EC93CD9" w14:textId="39C2C882" w:rsidR="00205871" w:rsidRPr="00896028" w:rsidRDefault="00205871" w:rsidP="00205871">
      <w:pPr>
        <w:spacing w:before="120" w:after="120"/>
        <w:rPr>
          <w:rFonts w:ascii="Lora" w:hAnsi="Lora"/>
          <w:lang w:val="tr-TR"/>
        </w:rPr>
      </w:pPr>
      <w:r w:rsidRPr="00205871">
        <w:rPr>
          <w:rFonts w:ascii="Lora" w:hAnsi="Lora"/>
          <w:lang w:val="tr-TR"/>
        </w:rPr>
        <w:t>Auteur(s</w:t>
      </w:r>
      <w:proofErr w:type="gramStart"/>
      <w:r w:rsidRPr="001C0A90">
        <w:rPr>
          <w:rFonts w:ascii="Lora" w:hAnsi="Lora"/>
          <w:lang w:val="tr-TR"/>
        </w:rPr>
        <w:t>):</w:t>
      </w:r>
      <w:r w:rsidRPr="00896028">
        <w:rPr>
          <w:rFonts w:ascii="Lora" w:hAnsi="Lora"/>
          <w:lang w:val="tr-TR"/>
        </w:rPr>
        <w:t>.........................................................................................................................................</w:t>
      </w:r>
      <w:proofErr w:type="gramEnd"/>
    </w:p>
    <w:p w14:paraId="293019E4" w14:textId="0349E897" w:rsidR="00205871" w:rsidRPr="00896028" w:rsidRDefault="00205871" w:rsidP="00205871">
      <w:pPr>
        <w:spacing w:before="120" w:after="120"/>
        <w:rPr>
          <w:rFonts w:ascii="Lora" w:hAnsi="Lora"/>
          <w:lang w:val="tr-TR"/>
        </w:rPr>
      </w:pPr>
      <w:r w:rsidRPr="00205871">
        <w:rPr>
          <w:rFonts w:ascii="Lora" w:hAnsi="Lora"/>
          <w:lang w:val="tr-TR"/>
        </w:rPr>
        <w:t xml:space="preserve">E-mail de </w:t>
      </w:r>
      <w:proofErr w:type="spellStart"/>
      <w:r w:rsidRPr="00205871">
        <w:rPr>
          <w:rFonts w:ascii="Lora" w:hAnsi="Lora"/>
          <w:lang w:val="tr-TR"/>
        </w:rPr>
        <w:t>l'auteur</w:t>
      </w:r>
      <w:proofErr w:type="spellEnd"/>
      <w:r w:rsidRPr="00205871">
        <w:rPr>
          <w:rFonts w:ascii="Lora" w:hAnsi="Lora"/>
          <w:lang w:val="tr-TR"/>
        </w:rPr>
        <w:t xml:space="preserve"> </w:t>
      </w:r>
      <w:proofErr w:type="gramStart"/>
      <w:r w:rsidRPr="00205871">
        <w:rPr>
          <w:rFonts w:ascii="Lora" w:hAnsi="Lora"/>
          <w:lang w:val="tr-TR"/>
        </w:rPr>
        <w:t>correspondant</w:t>
      </w:r>
      <w:r w:rsidRPr="001C0A90">
        <w:rPr>
          <w:rFonts w:ascii="Lora" w:hAnsi="Lora"/>
          <w:lang w:val="tr-TR"/>
        </w:rPr>
        <w:t>:</w:t>
      </w:r>
      <w:r w:rsidRPr="00896028">
        <w:rPr>
          <w:rFonts w:ascii="Lora" w:hAnsi="Lora"/>
          <w:lang w:val="tr-TR"/>
        </w:rPr>
        <w:t>.......................................................................................</w:t>
      </w:r>
      <w:proofErr w:type="gramEnd"/>
    </w:p>
    <w:p w14:paraId="49916182" w14:textId="77777777" w:rsidR="00205871" w:rsidRPr="00205871" w:rsidRDefault="00205871" w:rsidP="00205871">
      <w:pPr>
        <w:spacing w:after="0"/>
        <w:rPr>
          <w:rFonts w:ascii="Lora" w:hAnsi="Lora"/>
          <w:b/>
          <w:bCs/>
          <w:lang w:val="fr-FR"/>
        </w:rPr>
      </w:pPr>
      <w:r w:rsidRPr="00205871">
        <w:rPr>
          <w:rFonts w:ascii="Lora" w:hAnsi="Lora"/>
          <w:b/>
          <w:bCs/>
          <w:lang w:val="fr-FR"/>
        </w:rPr>
        <w:t>Déclaration</w:t>
      </w:r>
    </w:p>
    <w:p w14:paraId="695683E7" w14:textId="74B591DD" w:rsidR="00205871" w:rsidRPr="00205871" w:rsidRDefault="00205871" w:rsidP="00205871">
      <w:pPr>
        <w:spacing w:after="0"/>
        <w:rPr>
          <w:rFonts w:ascii="Lora" w:hAnsi="Lora"/>
          <w:lang w:val="tr-TR"/>
        </w:rPr>
      </w:pPr>
      <w:r w:rsidRPr="00205871">
        <w:rPr>
          <w:rFonts w:ascii="Lora" w:hAnsi="Lora"/>
          <w:lang w:val="fr-FR"/>
        </w:rPr>
        <w:t>Veuillez cocher l'option appropriée parmi les choix ci-dessous</w:t>
      </w:r>
      <w:r w:rsidRPr="00205871">
        <w:rPr>
          <w:rFonts w:ascii="Lora" w:hAnsi="Lora"/>
          <w:lang w:val="fr-FR"/>
        </w:rPr>
        <w:t> :</w:t>
      </w:r>
    </w:p>
    <w:p w14:paraId="1E72438B" w14:textId="4582CFCC" w:rsidR="00205871" w:rsidRPr="00896028" w:rsidRDefault="00205871" w:rsidP="00205871">
      <w:pPr>
        <w:spacing w:after="0"/>
        <w:rPr>
          <w:rFonts w:ascii="Lora" w:hAnsi="Lora"/>
          <w:lang w:val="tr-TR"/>
        </w:rPr>
      </w:pPr>
      <w:proofErr w:type="spellStart"/>
      <w:r w:rsidRPr="00205871">
        <w:rPr>
          <w:rFonts w:ascii="Lora" w:hAnsi="Lora"/>
          <w:lang w:val="tr-TR"/>
        </w:rPr>
        <w:t>Aucun</w:t>
      </w:r>
      <w:proofErr w:type="spellEnd"/>
      <w:r w:rsidRPr="00205871">
        <w:rPr>
          <w:rFonts w:ascii="Lora" w:hAnsi="Lora"/>
          <w:lang w:val="tr-TR"/>
        </w:rPr>
        <w:t xml:space="preserve"> </w:t>
      </w:r>
      <w:proofErr w:type="spellStart"/>
      <w:r w:rsidRPr="00205871">
        <w:rPr>
          <w:rFonts w:ascii="Lora" w:hAnsi="Lora"/>
          <w:lang w:val="tr-TR"/>
        </w:rPr>
        <w:t>outil</w:t>
      </w:r>
      <w:proofErr w:type="spellEnd"/>
      <w:r w:rsidRPr="00205871">
        <w:rPr>
          <w:rFonts w:ascii="Lora" w:hAnsi="Lora"/>
          <w:lang w:val="tr-TR"/>
        </w:rPr>
        <w:t xml:space="preserve"> </w:t>
      </w:r>
      <w:proofErr w:type="spellStart"/>
      <w:r w:rsidRPr="00205871">
        <w:rPr>
          <w:rFonts w:ascii="Lora" w:hAnsi="Lora"/>
          <w:lang w:val="tr-TR"/>
        </w:rPr>
        <w:t>basé</w:t>
      </w:r>
      <w:proofErr w:type="spellEnd"/>
      <w:r w:rsidRPr="00205871">
        <w:rPr>
          <w:rFonts w:ascii="Lora" w:hAnsi="Lora"/>
          <w:lang w:val="tr-TR"/>
        </w:rPr>
        <w:t xml:space="preserve"> sur </w:t>
      </w:r>
      <w:proofErr w:type="spellStart"/>
      <w:r w:rsidRPr="00205871">
        <w:rPr>
          <w:rFonts w:ascii="Lora" w:hAnsi="Lora"/>
          <w:lang w:val="tr-TR"/>
        </w:rPr>
        <w:t>l'intelligence</w:t>
      </w:r>
      <w:proofErr w:type="spellEnd"/>
      <w:r w:rsidRPr="00205871">
        <w:rPr>
          <w:rFonts w:ascii="Lora" w:hAnsi="Lora"/>
          <w:lang w:val="tr-TR"/>
        </w:rPr>
        <w:t xml:space="preserve"> </w:t>
      </w:r>
      <w:proofErr w:type="spellStart"/>
      <w:r w:rsidRPr="00205871">
        <w:rPr>
          <w:rFonts w:ascii="Lora" w:hAnsi="Lora"/>
          <w:lang w:val="tr-TR"/>
        </w:rPr>
        <w:t>artificielle</w:t>
      </w:r>
      <w:proofErr w:type="spellEnd"/>
      <w:r w:rsidRPr="00205871">
        <w:rPr>
          <w:rFonts w:ascii="Lora" w:hAnsi="Lora"/>
          <w:lang w:val="tr-TR"/>
        </w:rPr>
        <w:t xml:space="preserve"> </w:t>
      </w:r>
      <w:proofErr w:type="spellStart"/>
      <w:r w:rsidRPr="00205871">
        <w:rPr>
          <w:rFonts w:ascii="Lora" w:hAnsi="Lora"/>
          <w:lang w:val="tr-TR"/>
        </w:rPr>
        <w:t>n'a</w:t>
      </w:r>
      <w:proofErr w:type="spellEnd"/>
      <w:r w:rsidRPr="00205871">
        <w:rPr>
          <w:rFonts w:ascii="Lora" w:hAnsi="Lora"/>
          <w:lang w:val="tr-TR"/>
        </w:rPr>
        <w:t xml:space="preserve"> </w:t>
      </w:r>
      <w:proofErr w:type="spellStart"/>
      <w:r w:rsidRPr="00205871">
        <w:rPr>
          <w:rFonts w:ascii="Lora" w:hAnsi="Lora"/>
          <w:lang w:val="tr-TR"/>
        </w:rPr>
        <w:t>été</w:t>
      </w:r>
      <w:proofErr w:type="spellEnd"/>
      <w:r w:rsidRPr="00205871">
        <w:rPr>
          <w:rFonts w:ascii="Lora" w:hAnsi="Lora"/>
          <w:lang w:val="tr-TR"/>
        </w:rPr>
        <w:t xml:space="preserve"> </w:t>
      </w:r>
      <w:proofErr w:type="spellStart"/>
      <w:r w:rsidRPr="00205871">
        <w:rPr>
          <w:rFonts w:ascii="Lora" w:hAnsi="Lora"/>
          <w:lang w:val="tr-TR"/>
        </w:rPr>
        <w:t>utilisé</w:t>
      </w:r>
      <w:proofErr w:type="spellEnd"/>
      <w:r w:rsidRPr="00205871">
        <w:rPr>
          <w:rFonts w:ascii="Lora" w:hAnsi="Lora"/>
          <w:lang w:val="tr-TR"/>
        </w:rPr>
        <w:t xml:space="preserve"> dans cette </w:t>
      </w:r>
      <w:proofErr w:type="spellStart"/>
      <w:r w:rsidRPr="00205871">
        <w:rPr>
          <w:rFonts w:ascii="Lora" w:hAnsi="Lora"/>
          <w:lang w:val="tr-TR"/>
        </w:rPr>
        <w:t>étude</w:t>
      </w:r>
      <w:proofErr w:type="spellEnd"/>
      <w:r w:rsidRPr="00896028">
        <w:rPr>
          <w:rFonts w:ascii="Lora" w:hAnsi="Lora"/>
          <w:lang w:val="tr-TR"/>
        </w:rPr>
        <w:t xml:space="preserve">. </w:t>
      </w:r>
      <w:r w:rsidRPr="00896028">
        <w:rPr>
          <w:rFonts w:ascii="Lora" w:hAnsi="Lora"/>
          <w:noProof/>
          <w:lang w:val="tr-TR"/>
        </w:rPr>
        <mc:AlternateContent>
          <mc:Choice Requires="wps">
            <w:drawing>
              <wp:inline distT="0" distB="0" distL="0" distR="0" wp14:anchorId="017FA21A" wp14:editId="187A7A0B">
                <wp:extent cx="277970" cy="223469"/>
                <wp:effectExtent l="12700" t="12700" r="14605" b="18415"/>
                <wp:docPr id="391192985" name="Yuvarlatılmış 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970" cy="223469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1FD6EF6" id="Yuvarlatılmış Dikdörtgen 1" o:spid="_x0000_s1026" style="width:21.9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" fillcolor="white [3201]" strokecolor="#e48312 [3204]" strokeweight="2pt">
                <w10:anchorlock/>
              </v:roundrect>
            </w:pict>
          </mc:Fallback>
        </mc:AlternateContent>
      </w:r>
    </w:p>
    <w:p w14:paraId="2095E678" w14:textId="142377F0" w:rsidR="00205871" w:rsidRPr="00896028" w:rsidRDefault="00205871" w:rsidP="00205871">
      <w:pPr>
        <w:spacing w:after="0"/>
        <w:rPr>
          <w:rFonts w:ascii="Lora" w:hAnsi="Lora"/>
          <w:lang w:val="tr-TR"/>
        </w:rPr>
      </w:pPr>
      <w:r w:rsidRPr="00205871">
        <w:rPr>
          <w:rFonts w:ascii="Lora" w:hAnsi="Lora"/>
          <w:lang w:val="en"/>
        </w:rPr>
        <w:t xml:space="preserve">Des </w:t>
      </w:r>
      <w:proofErr w:type="spellStart"/>
      <w:r w:rsidRPr="00205871">
        <w:rPr>
          <w:rFonts w:ascii="Lora" w:hAnsi="Lora"/>
          <w:lang w:val="en"/>
        </w:rPr>
        <w:t>outils</w:t>
      </w:r>
      <w:proofErr w:type="spellEnd"/>
      <w:r w:rsidRPr="00205871">
        <w:rPr>
          <w:rFonts w:ascii="Lora" w:hAnsi="Lora"/>
          <w:lang w:val="en"/>
        </w:rPr>
        <w:t xml:space="preserve"> </w:t>
      </w:r>
      <w:proofErr w:type="spellStart"/>
      <w:r w:rsidRPr="00205871">
        <w:rPr>
          <w:rFonts w:ascii="Lora" w:hAnsi="Lora"/>
          <w:lang w:val="en"/>
        </w:rPr>
        <w:t>fondés</w:t>
      </w:r>
      <w:proofErr w:type="spellEnd"/>
      <w:r w:rsidRPr="00205871">
        <w:rPr>
          <w:rFonts w:ascii="Lora" w:hAnsi="Lora"/>
          <w:lang w:val="en"/>
        </w:rPr>
        <w:t xml:space="preserve"> sur </w:t>
      </w:r>
      <w:proofErr w:type="spellStart"/>
      <w:r w:rsidRPr="00205871">
        <w:rPr>
          <w:rFonts w:ascii="Lora" w:hAnsi="Lora"/>
          <w:lang w:val="en"/>
        </w:rPr>
        <w:t>l'intelligence</w:t>
      </w:r>
      <w:proofErr w:type="spellEnd"/>
      <w:r w:rsidRPr="00205871">
        <w:rPr>
          <w:rFonts w:ascii="Lora" w:hAnsi="Lora"/>
          <w:lang w:val="en"/>
        </w:rPr>
        <w:t xml:space="preserve"> </w:t>
      </w:r>
      <w:proofErr w:type="spellStart"/>
      <w:r w:rsidRPr="00205871">
        <w:rPr>
          <w:rFonts w:ascii="Lora" w:hAnsi="Lora"/>
          <w:lang w:val="en"/>
        </w:rPr>
        <w:t>artificielle</w:t>
      </w:r>
      <w:proofErr w:type="spellEnd"/>
      <w:r w:rsidRPr="00205871">
        <w:rPr>
          <w:rFonts w:ascii="Lora" w:hAnsi="Lora"/>
          <w:lang w:val="en"/>
        </w:rPr>
        <w:t xml:space="preserve"> </w:t>
      </w:r>
      <w:proofErr w:type="spellStart"/>
      <w:r w:rsidRPr="00205871">
        <w:rPr>
          <w:rFonts w:ascii="Lora" w:hAnsi="Lora"/>
          <w:lang w:val="en"/>
        </w:rPr>
        <w:t>ont</w:t>
      </w:r>
      <w:proofErr w:type="spellEnd"/>
      <w:r w:rsidRPr="00205871">
        <w:rPr>
          <w:rFonts w:ascii="Lora" w:hAnsi="Lora"/>
          <w:lang w:val="en"/>
        </w:rPr>
        <w:t xml:space="preserve"> </w:t>
      </w:r>
      <w:proofErr w:type="spellStart"/>
      <w:r w:rsidRPr="00205871">
        <w:rPr>
          <w:rFonts w:ascii="Lora" w:hAnsi="Lora"/>
          <w:lang w:val="en"/>
        </w:rPr>
        <w:t>été</w:t>
      </w:r>
      <w:proofErr w:type="spellEnd"/>
      <w:r w:rsidRPr="00205871">
        <w:rPr>
          <w:rFonts w:ascii="Lora" w:hAnsi="Lora"/>
          <w:lang w:val="en"/>
        </w:rPr>
        <w:t xml:space="preserve"> </w:t>
      </w:r>
      <w:proofErr w:type="spellStart"/>
      <w:r w:rsidRPr="00205871">
        <w:rPr>
          <w:rFonts w:ascii="Lora" w:hAnsi="Lora"/>
          <w:lang w:val="en"/>
        </w:rPr>
        <w:t>utilisés</w:t>
      </w:r>
      <w:proofErr w:type="spellEnd"/>
      <w:r w:rsidRPr="00205871">
        <w:rPr>
          <w:rFonts w:ascii="Lora" w:hAnsi="Lora"/>
          <w:lang w:val="en"/>
        </w:rPr>
        <w:t xml:space="preserve"> dans </w:t>
      </w:r>
      <w:proofErr w:type="spellStart"/>
      <w:r w:rsidRPr="00205871">
        <w:rPr>
          <w:rFonts w:ascii="Lora" w:hAnsi="Lora"/>
          <w:lang w:val="en"/>
        </w:rPr>
        <w:t>cette</w:t>
      </w:r>
      <w:proofErr w:type="spellEnd"/>
      <w:r w:rsidRPr="00205871">
        <w:rPr>
          <w:rFonts w:ascii="Lora" w:hAnsi="Lora"/>
          <w:lang w:val="en"/>
        </w:rPr>
        <w:t xml:space="preserve"> étude</w:t>
      </w:r>
      <w:r w:rsidRPr="00896028">
        <w:rPr>
          <w:rFonts w:ascii="Lora" w:hAnsi="Lora"/>
          <w:lang w:val="tr-TR"/>
        </w:rPr>
        <w:t>.</w:t>
      </w:r>
      <w:r w:rsidRPr="00896028">
        <w:rPr>
          <w:rFonts w:ascii="Lora" w:hAnsi="Lora"/>
          <w:noProof/>
          <w:lang w:val="tr-TR"/>
        </w:rPr>
        <w:t xml:space="preserve"> </w:t>
      </w:r>
      <w:r w:rsidRPr="00896028">
        <w:rPr>
          <w:rFonts w:ascii="Lora" w:hAnsi="Lora"/>
          <w:noProof/>
          <w:lang w:val="tr-TR"/>
        </w:rPr>
        <mc:AlternateContent>
          <mc:Choice Requires="wps">
            <w:drawing>
              <wp:inline distT="0" distB="0" distL="0" distR="0" wp14:anchorId="2DA8AD1F" wp14:editId="3B065B49">
                <wp:extent cx="277970" cy="223469"/>
                <wp:effectExtent l="12700" t="12700" r="14605" b="18415"/>
                <wp:docPr id="1220215116" name="Yuvarlatılmış 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970" cy="223469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0DE4C81" id="Yuvarlatılmış Dikdörtgen 1" o:spid="_x0000_s1026" style="width:21.9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" fillcolor="white [3201]" strokecolor="#e48312 [3204]" strokeweight="2pt">
                <w10:anchorlock/>
              </v:roundrect>
            </w:pict>
          </mc:Fallback>
        </mc:AlternateContent>
      </w:r>
    </w:p>
    <w:p w14:paraId="31B73B33" w14:textId="3B7B43D3" w:rsidR="00205871" w:rsidRPr="00896028" w:rsidRDefault="00D868CD" w:rsidP="00205871">
      <w:pPr>
        <w:pStyle w:val="ListeParagraf"/>
        <w:numPr>
          <w:ilvl w:val="0"/>
          <w:numId w:val="12"/>
        </w:numPr>
        <w:spacing w:before="120" w:after="120"/>
        <w:rPr>
          <w:rFonts w:ascii="Lora" w:hAnsi="Lora"/>
          <w:lang w:val="tr-TR"/>
        </w:rPr>
      </w:pPr>
      <w:proofErr w:type="spellStart"/>
      <w:r w:rsidRPr="00D868CD">
        <w:rPr>
          <w:rFonts w:ascii="Lora" w:hAnsi="Lora"/>
          <w:lang w:val="tr-TR"/>
        </w:rPr>
        <w:t>Outil</w:t>
      </w:r>
      <w:proofErr w:type="spellEnd"/>
      <w:r w:rsidRPr="00D868CD">
        <w:rPr>
          <w:rFonts w:ascii="Lora" w:hAnsi="Lora"/>
          <w:lang w:val="tr-TR"/>
        </w:rPr>
        <w:t>(s) utilisé(s</w:t>
      </w:r>
      <w:proofErr w:type="gramStart"/>
      <w:r w:rsidRPr="00D868CD">
        <w:rPr>
          <w:rFonts w:ascii="Lora" w:hAnsi="Lora"/>
          <w:lang w:val="tr-TR"/>
        </w:rPr>
        <w:t>)</w:t>
      </w:r>
      <w:r w:rsidR="00205871" w:rsidRPr="009137BD">
        <w:rPr>
          <w:rFonts w:ascii="Lora" w:hAnsi="Lora"/>
          <w:lang w:val="tr-TR"/>
        </w:rPr>
        <w:t>:</w:t>
      </w:r>
      <w:r w:rsidR="00205871" w:rsidRPr="00896028">
        <w:rPr>
          <w:rFonts w:ascii="Lora" w:hAnsi="Lora"/>
          <w:lang w:val="tr-TR"/>
        </w:rPr>
        <w:t>...........................................................................................................</w:t>
      </w:r>
      <w:proofErr w:type="gramEnd"/>
    </w:p>
    <w:p w14:paraId="5D66D071" w14:textId="1DE0D471" w:rsidR="00205871" w:rsidRPr="00896028" w:rsidRDefault="00D868CD" w:rsidP="00205871">
      <w:pPr>
        <w:pStyle w:val="ListeParagraf"/>
        <w:numPr>
          <w:ilvl w:val="0"/>
          <w:numId w:val="12"/>
        </w:numPr>
        <w:spacing w:before="120" w:after="120"/>
        <w:rPr>
          <w:rFonts w:ascii="Lora" w:hAnsi="Lora"/>
          <w:lang w:val="tr-TR"/>
        </w:rPr>
      </w:pPr>
      <w:proofErr w:type="spellStart"/>
      <w:r w:rsidRPr="00D868CD">
        <w:rPr>
          <w:rFonts w:ascii="Lora" w:hAnsi="Lora"/>
          <w:lang w:val="tr-TR"/>
        </w:rPr>
        <w:t>Usage</w:t>
      </w:r>
      <w:proofErr w:type="spellEnd"/>
      <w:r w:rsidRPr="00D868CD">
        <w:rPr>
          <w:rFonts w:ascii="Lora" w:hAnsi="Lora"/>
          <w:lang w:val="tr-TR"/>
        </w:rPr>
        <w:t xml:space="preserve"> </w:t>
      </w:r>
      <w:proofErr w:type="spellStart"/>
      <w:r w:rsidRPr="00D868CD">
        <w:rPr>
          <w:rFonts w:ascii="Lora" w:hAnsi="Lora"/>
          <w:lang w:val="tr-TR"/>
        </w:rPr>
        <w:t>prévu</w:t>
      </w:r>
      <w:proofErr w:type="spellEnd"/>
      <w:r w:rsidR="00205871" w:rsidRPr="00896028">
        <w:rPr>
          <w:rFonts w:ascii="Lora" w:hAnsi="Lora"/>
          <w:lang w:val="tr-TR"/>
        </w:rPr>
        <w:t>: .................................................................................................................</w:t>
      </w:r>
    </w:p>
    <w:p w14:paraId="4C5772BD" w14:textId="75060D0F" w:rsidR="00205871" w:rsidRPr="00896028" w:rsidRDefault="00D868CD" w:rsidP="00205871">
      <w:pPr>
        <w:pStyle w:val="ListeParagraf"/>
        <w:numPr>
          <w:ilvl w:val="0"/>
          <w:numId w:val="12"/>
        </w:numPr>
        <w:spacing w:before="120" w:after="120"/>
        <w:rPr>
          <w:rFonts w:ascii="Lora" w:hAnsi="Lora"/>
          <w:lang w:val="tr-TR"/>
        </w:rPr>
      </w:pPr>
      <w:r w:rsidRPr="00D868CD">
        <w:rPr>
          <w:rFonts w:ascii="Lora" w:hAnsi="Lora"/>
          <w:lang w:val="tr-TR"/>
        </w:rPr>
        <w:t>Explication</w:t>
      </w:r>
      <w:r w:rsidR="00205871" w:rsidRPr="00896028">
        <w:rPr>
          <w:rFonts w:ascii="Lora" w:hAnsi="Lora"/>
          <w:lang w:val="tr-TR"/>
        </w:rPr>
        <w:t>...............................................................................................................</w:t>
      </w:r>
    </w:p>
    <w:p w14:paraId="0DBCDA87" w14:textId="77777777" w:rsidR="00D868CD" w:rsidRPr="00D868CD" w:rsidRDefault="00D868CD" w:rsidP="00D868CD">
      <w:pPr>
        <w:spacing w:before="120" w:after="120"/>
        <w:rPr>
          <w:rFonts w:ascii="Lora" w:hAnsi="Lora"/>
          <w:b/>
          <w:bCs/>
          <w:lang w:val="tr-TR"/>
        </w:rPr>
      </w:pPr>
      <w:proofErr w:type="spellStart"/>
      <w:r w:rsidRPr="00D868CD">
        <w:rPr>
          <w:rFonts w:ascii="Lora" w:hAnsi="Lora"/>
          <w:b/>
          <w:bCs/>
          <w:lang w:val="tr-TR"/>
        </w:rPr>
        <w:t>Approbation</w:t>
      </w:r>
      <w:proofErr w:type="spellEnd"/>
    </w:p>
    <w:p w14:paraId="260A602C" w14:textId="21182A30" w:rsidR="00205871" w:rsidRPr="00D868CD" w:rsidRDefault="00D868CD" w:rsidP="00D868CD">
      <w:pPr>
        <w:spacing w:before="120" w:after="120"/>
        <w:jc w:val="both"/>
        <w:rPr>
          <w:rFonts w:ascii="Lora" w:hAnsi="Lora"/>
          <w:lang w:val="tr-TR"/>
        </w:rPr>
      </w:pPr>
      <w:r w:rsidRPr="00D868CD">
        <w:rPr>
          <w:rFonts w:ascii="Lora" w:hAnsi="Lora"/>
          <w:lang w:val="tr-TR"/>
        </w:rPr>
        <w:t xml:space="preserve">Par la </w:t>
      </w:r>
      <w:proofErr w:type="spellStart"/>
      <w:r w:rsidRPr="00D868CD">
        <w:rPr>
          <w:rFonts w:ascii="Lora" w:hAnsi="Lora"/>
          <w:lang w:val="tr-TR"/>
        </w:rPr>
        <w:t>présente</w:t>
      </w:r>
      <w:proofErr w:type="spellEnd"/>
      <w:r w:rsidRPr="00D868CD">
        <w:rPr>
          <w:rFonts w:ascii="Lora" w:hAnsi="Lora"/>
          <w:lang w:val="tr-TR"/>
        </w:rPr>
        <w:t xml:space="preserve"> </w:t>
      </w:r>
      <w:proofErr w:type="spellStart"/>
      <w:r w:rsidRPr="00D868CD">
        <w:rPr>
          <w:rFonts w:ascii="Lora" w:hAnsi="Lora"/>
          <w:lang w:val="tr-TR"/>
        </w:rPr>
        <w:t>déclaration</w:t>
      </w:r>
      <w:proofErr w:type="spellEnd"/>
      <w:r w:rsidRPr="00D868CD">
        <w:rPr>
          <w:rFonts w:ascii="Lora" w:hAnsi="Lora"/>
          <w:lang w:val="tr-TR"/>
        </w:rPr>
        <w:t xml:space="preserve">, je </w:t>
      </w:r>
      <w:proofErr w:type="spellStart"/>
      <w:r w:rsidRPr="00D868CD">
        <w:rPr>
          <w:rFonts w:ascii="Lora" w:hAnsi="Lora"/>
          <w:lang w:val="tr-TR"/>
        </w:rPr>
        <w:t>reconnais</w:t>
      </w:r>
      <w:proofErr w:type="spellEnd"/>
      <w:r w:rsidRPr="00D868CD">
        <w:rPr>
          <w:rFonts w:ascii="Lora" w:hAnsi="Lora"/>
          <w:lang w:val="tr-TR"/>
        </w:rPr>
        <w:t xml:space="preserve"> et </w:t>
      </w:r>
      <w:proofErr w:type="spellStart"/>
      <w:r w:rsidRPr="00D868CD">
        <w:rPr>
          <w:rFonts w:ascii="Lora" w:hAnsi="Lora"/>
          <w:lang w:val="tr-TR"/>
        </w:rPr>
        <w:t>affirme</w:t>
      </w:r>
      <w:proofErr w:type="spellEnd"/>
      <w:r w:rsidRPr="00D868CD">
        <w:rPr>
          <w:rFonts w:ascii="Lora" w:hAnsi="Lora"/>
          <w:lang w:val="tr-TR"/>
        </w:rPr>
        <w:t xml:space="preserve"> </w:t>
      </w:r>
      <w:proofErr w:type="spellStart"/>
      <w:r w:rsidRPr="00D868CD">
        <w:rPr>
          <w:rFonts w:ascii="Lora" w:hAnsi="Lora"/>
          <w:lang w:val="tr-TR"/>
        </w:rPr>
        <w:t>que</w:t>
      </w:r>
      <w:proofErr w:type="spellEnd"/>
      <w:r w:rsidRPr="00D868CD">
        <w:rPr>
          <w:rFonts w:ascii="Lora" w:hAnsi="Lora"/>
          <w:lang w:val="tr-TR"/>
        </w:rPr>
        <w:t xml:space="preserve"> </w:t>
      </w:r>
      <w:proofErr w:type="spellStart"/>
      <w:r w:rsidRPr="00D868CD">
        <w:rPr>
          <w:rFonts w:ascii="Lora" w:hAnsi="Lora"/>
          <w:lang w:val="tr-TR"/>
        </w:rPr>
        <w:t>les</w:t>
      </w:r>
      <w:proofErr w:type="spellEnd"/>
      <w:r w:rsidRPr="00D868CD">
        <w:rPr>
          <w:rFonts w:ascii="Lora" w:hAnsi="Lora"/>
          <w:lang w:val="tr-TR"/>
        </w:rPr>
        <w:t xml:space="preserve"> </w:t>
      </w:r>
      <w:proofErr w:type="spellStart"/>
      <w:r w:rsidRPr="00D868CD">
        <w:rPr>
          <w:rFonts w:ascii="Lora" w:hAnsi="Lora"/>
          <w:lang w:val="tr-TR"/>
        </w:rPr>
        <w:t>outils</w:t>
      </w:r>
      <w:proofErr w:type="spellEnd"/>
      <w:r w:rsidRPr="00D868CD">
        <w:rPr>
          <w:rFonts w:ascii="Lora" w:hAnsi="Lora"/>
          <w:lang w:val="tr-TR"/>
        </w:rPr>
        <w:t xml:space="preserve"> </w:t>
      </w:r>
      <w:proofErr w:type="spellStart"/>
      <w:r w:rsidRPr="00D868CD">
        <w:rPr>
          <w:rFonts w:ascii="Lora" w:hAnsi="Lora"/>
          <w:lang w:val="tr-TR"/>
        </w:rPr>
        <w:t>d'intelligence</w:t>
      </w:r>
      <w:proofErr w:type="spellEnd"/>
      <w:r w:rsidRPr="00D868CD">
        <w:rPr>
          <w:rFonts w:ascii="Lora" w:hAnsi="Lora"/>
          <w:lang w:val="tr-TR"/>
        </w:rPr>
        <w:t xml:space="preserve"> </w:t>
      </w:r>
      <w:proofErr w:type="spellStart"/>
      <w:r w:rsidRPr="00D868CD">
        <w:rPr>
          <w:rFonts w:ascii="Lora" w:hAnsi="Lora"/>
          <w:lang w:val="tr-TR"/>
        </w:rPr>
        <w:t>artificielle</w:t>
      </w:r>
      <w:proofErr w:type="spellEnd"/>
      <w:r w:rsidRPr="00D868CD">
        <w:rPr>
          <w:rFonts w:ascii="Lora" w:hAnsi="Lora"/>
          <w:lang w:val="tr-TR"/>
        </w:rPr>
        <w:t xml:space="preserve"> </w:t>
      </w:r>
      <w:proofErr w:type="spellStart"/>
      <w:r w:rsidRPr="00D868CD">
        <w:rPr>
          <w:rFonts w:ascii="Lora" w:hAnsi="Lora"/>
          <w:lang w:val="tr-TR"/>
        </w:rPr>
        <w:t>utilisés</w:t>
      </w:r>
      <w:proofErr w:type="spellEnd"/>
      <w:r w:rsidRPr="00D868CD">
        <w:rPr>
          <w:rFonts w:ascii="Lora" w:hAnsi="Lora"/>
          <w:lang w:val="tr-TR"/>
        </w:rPr>
        <w:t xml:space="preserve"> dans le </w:t>
      </w:r>
      <w:proofErr w:type="spellStart"/>
      <w:r w:rsidRPr="00D868CD">
        <w:rPr>
          <w:rFonts w:ascii="Lora" w:hAnsi="Lora"/>
          <w:lang w:val="tr-TR"/>
        </w:rPr>
        <w:t>cadre</w:t>
      </w:r>
      <w:proofErr w:type="spellEnd"/>
      <w:r w:rsidRPr="00D868CD">
        <w:rPr>
          <w:rFonts w:ascii="Lora" w:hAnsi="Lora"/>
          <w:lang w:val="tr-TR"/>
        </w:rPr>
        <w:t xml:space="preserve"> de cette </w:t>
      </w:r>
      <w:proofErr w:type="spellStart"/>
      <w:r w:rsidRPr="00D868CD">
        <w:rPr>
          <w:rFonts w:ascii="Lora" w:hAnsi="Lora"/>
          <w:lang w:val="tr-TR"/>
        </w:rPr>
        <w:t>étude</w:t>
      </w:r>
      <w:proofErr w:type="spellEnd"/>
      <w:r w:rsidRPr="00D868CD">
        <w:rPr>
          <w:rFonts w:ascii="Lora" w:hAnsi="Lora"/>
          <w:lang w:val="tr-TR"/>
        </w:rPr>
        <w:t xml:space="preserve"> </w:t>
      </w:r>
      <w:proofErr w:type="spellStart"/>
      <w:r w:rsidRPr="00D868CD">
        <w:rPr>
          <w:rFonts w:ascii="Lora" w:hAnsi="Lora"/>
          <w:lang w:val="tr-TR"/>
        </w:rPr>
        <w:t>ont</w:t>
      </w:r>
      <w:proofErr w:type="spellEnd"/>
      <w:r w:rsidRPr="00D868CD">
        <w:rPr>
          <w:rFonts w:ascii="Lora" w:hAnsi="Lora"/>
          <w:lang w:val="tr-TR"/>
        </w:rPr>
        <w:t xml:space="preserve"> servi </w:t>
      </w:r>
      <w:proofErr w:type="spellStart"/>
      <w:r w:rsidRPr="00D868CD">
        <w:rPr>
          <w:rFonts w:ascii="Lora" w:hAnsi="Lora"/>
          <w:lang w:val="tr-TR"/>
        </w:rPr>
        <w:t>uniquement</w:t>
      </w:r>
      <w:proofErr w:type="spellEnd"/>
      <w:r w:rsidRPr="00D868CD">
        <w:rPr>
          <w:rFonts w:ascii="Lora" w:hAnsi="Lora"/>
          <w:lang w:val="tr-TR"/>
        </w:rPr>
        <w:t xml:space="preserve"> à </w:t>
      </w:r>
      <w:proofErr w:type="spellStart"/>
      <w:r w:rsidRPr="00D868CD">
        <w:rPr>
          <w:rFonts w:ascii="Lora" w:hAnsi="Lora"/>
          <w:lang w:val="tr-TR"/>
        </w:rPr>
        <w:t>des</w:t>
      </w:r>
      <w:proofErr w:type="spellEnd"/>
      <w:r w:rsidRPr="00D868CD">
        <w:rPr>
          <w:rFonts w:ascii="Lora" w:hAnsi="Lora"/>
          <w:lang w:val="tr-TR"/>
        </w:rPr>
        <w:t xml:space="preserve"> </w:t>
      </w:r>
      <w:proofErr w:type="spellStart"/>
      <w:r w:rsidRPr="00D868CD">
        <w:rPr>
          <w:rFonts w:ascii="Lora" w:hAnsi="Lora"/>
          <w:lang w:val="tr-TR"/>
        </w:rPr>
        <w:t>fonctions</w:t>
      </w:r>
      <w:proofErr w:type="spellEnd"/>
      <w:r w:rsidRPr="00D868CD">
        <w:rPr>
          <w:rFonts w:ascii="Lora" w:hAnsi="Lora"/>
          <w:lang w:val="tr-TR"/>
        </w:rPr>
        <w:t xml:space="preserve"> </w:t>
      </w:r>
      <w:proofErr w:type="spellStart"/>
      <w:r w:rsidRPr="00D868CD">
        <w:rPr>
          <w:rFonts w:ascii="Lora" w:hAnsi="Lora"/>
          <w:lang w:val="tr-TR"/>
        </w:rPr>
        <w:t>auxiliaires</w:t>
      </w:r>
      <w:proofErr w:type="spellEnd"/>
      <w:r w:rsidRPr="00D868CD">
        <w:rPr>
          <w:rFonts w:ascii="Lora" w:hAnsi="Lora"/>
          <w:lang w:val="tr-TR"/>
        </w:rPr>
        <w:t xml:space="preserve">, et </w:t>
      </w:r>
      <w:proofErr w:type="spellStart"/>
      <w:r w:rsidRPr="00D868CD">
        <w:rPr>
          <w:rFonts w:ascii="Lora" w:hAnsi="Lora"/>
          <w:lang w:val="tr-TR"/>
        </w:rPr>
        <w:t>que</w:t>
      </w:r>
      <w:proofErr w:type="spellEnd"/>
      <w:r w:rsidRPr="00D868CD">
        <w:rPr>
          <w:rFonts w:ascii="Lora" w:hAnsi="Lora"/>
          <w:lang w:val="tr-TR"/>
        </w:rPr>
        <w:t xml:space="preserve"> </w:t>
      </w:r>
      <w:proofErr w:type="spellStart"/>
      <w:r w:rsidRPr="00D868CD">
        <w:rPr>
          <w:rFonts w:ascii="Lora" w:hAnsi="Lora"/>
          <w:lang w:val="tr-TR"/>
        </w:rPr>
        <w:t>l'originalité</w:t>
      </w:r>
      <w:proofErr w:type="spellEnd"/>
      <w:r w:rsidRPr="00D868CD">
        <w:rPr>
          <w:rFonts w:ascii="Lora" w:hAnsi="Lora"/>
          <w:lang w:val="tr-TR"/>
        </w:rPr>
        <w:t xml:space="preserve">, la </w:t>
      </w:r>
      <w:proofErr w:type="spellStart"/>
      <w:r w:rsidRPr="00D868CD">
        <w:rPr>
          <w:rFonts w:ascii="Lora" w:hAnsi="Lora"/>
          <w:lang w:val="tr-TR"/>
        </w:rPr>
        <w:t>contribution</w:t>
      </w:r>
      <w:proofErr w:type="spellEnd"/>
      <w:r w:rsidRPr="00D868CD">
        <w:rPr>
          <w:rFonts w:ascii="Lora" w:hAnsi="Lora"/>
          <w:lang w:val="tr-TR"/>
        </w:rPr>
        <w:t xml:space="preserve"> </w:t>
      </w:r>
      <w:proofErr w:type="spellStart"/>
      <w:r w:rsidRPr="00D868CD">
        <w:rPr>
          <w:rFonts w:ascii="Lora" w:hAnsi="Lora"/>
          <w:lang w:val="tr-TR"/>
        </w:rPr>
        <w:t>scientifique</w:t>
      </w:r>
      <w:proofErr w:type="spellEnd"/>
      <w:r w:rsidRPr="00D868CD">
        <w:rPr>
          <w:rFonts w:ascii="Lora" w:hAnsi="Lora"/>
          <w:lang w:val="tr-TR"/>
        </w:rPr>
        <w:t xml:space="preserve"> </w:t>
      </w:r>
      <w:proofErr w:type="spellStart"/>
      <w:r w:rsidRPr="00D868CD">
        <w:rPr>
          <w:rFonts w:ascii="Lora" w:hAnsi="Lora"/>
          <w:lang w:val="tr-TR"/>
        </w:rPr>
        <w:t>ainsi</w:t>
      </w:r>
      <w:proofErr w:type="spellEnd"/>
      <w:r w:rsidRPr="00D868CD">
        <w:rPr>
          <w:rFonts w:ascii="Lora" w:hAnsi="Lora"/>
          <w:lang w:val="tr-TR"/>
        </w:rPr>
        <w:t xml:space="preserve"> </w:t>
      </w:r>
      <w:proofErr w:type="spellStart"/>
      <w:r w:rsidRPr="00D868CD">
        <w:rPr>
          <w:rFonts w:ascii="Lora" w:hAnsi="Lora"/>
          <w:lang w:val="tr-TR"/>
        </w:rPr>
        <w:t>que</w:t>
      </w:r>
      <w:proofErr w:type="spellEnd"/>
      <w:r w:rsidRPr="00D868CD">
        <w:rPr>
          <w:rFonts w:ascii="Lora" w:hAnsi="Lora"/>
          <w:lang w:val="tr-TR"/>
        </w:rPr>
        <w:t xml:space="preserve"> la </w:t>
      </w:r>
      <w:proofErr w:type="spellStart"/>
      <w:r w:rsidRPr="00D868CD">
        <w:rPr>
          <w:rFonts w:ascii="Lora" w:hAnsi="Lora"/>
          <w:lang w:val="tr-TR"/>
        </w:rPr>
        <w:t>responsabilité</w:t>
      </w:r>
      <w:proofErr w:type="spellEnd"/>
      <w:r w:rsidRPr="00D868CD">
        <w:rPr>
          <w:rFonts w:ascii="Lora" w:hAnsi="Lora"/>
          <w:lang w:val="tr-TR"/>
        </w:rPr>
        <w:t xml:space="preserve"> de la </w:t>
      </w:r>
      <w:proofErr w:type="spellStart"/>
      <w:r w:rsidRPr="00D868CD">
        <w:rPr>
          <w:rFonts w:ascii="Lora" w:hAnsi="Lora"/>
          <w:lang w:val="tr-TR"/>
        </w:rPr>
        <w:t>recherche</w:t>
      </w:r>
      <w:proofErr w:type="spellEnd"/>
      <w:r w:rsidRPr="00D868CD">
        <w:rPr>
          <w:rFonts w:ascii="Lora" w:hAnsi="Lora"/>
          <w:lang w:val="tr-TR"/>
        </w:rPr>
        <w:t xml:space="preserve"> </w:t>
      </w:r>
      <w:proofErr w:type="spellStart"/>
      <w:r w:rsidRPr="00D868CD">
        <w:rPr>
          <w:rFonts w:ascii="Lora" w:hAnsi="Lora"/>
          <w:lang w:val="tr-TR"/>
        </w:rPr>
        <w:t>incombent</w:t>
      </w:r>
      <w:proofErr w:type="spellEnd"/>
      <w:r w:rsidRPr="00D868CD">
        <w:rPr>
          <w:rFonts w:ascii="Lora" w:hAnsi="Lora"/>
          <w:lang w:val="tr-TR"/>
        </w:rPr>
        <w:t xml:space="preserve"> </w:t>
      </w:r>
      <w:proofErr w:type="spellStart"/>
      <w:r w:rsidRPr="00D868CD">
        <w:rPr>
          <w:rFonts w:ascii="Lora" w:hAnsi="Lora"/>
          <w:lang w:val="tr-TR"/>
        </w:rPr>
        <w:t>entièrement</w:t>
      </w:r>
      <w:proofErr w:type="spellEnd"/>
      <w:r w:rsidRPr="00D868CD">
        <w:rPr>
          <w:rFonts w:ascii="Lora" w:hAnsi="Lora"/>
          <w:lang w:val="tr-TR"/>
        </w:rPr>
        <w:t xml:space="preserve"> </w:t>
      </w:r>
      <w:proofErr w:type="spellStart"/>
      <w:r w:rsidRPr="00D868CD">
        <w:rPr>
          <w:rFonts w:ascii="Lora" w:hAnsi="Lora"/>
          <w:lang w:val="tr-TR"/>
        </w:rPr>
        <w:t>au</w:t>
      </w:r>
      <w:proofErr w:type="spellEnd"/>
      <w:r w:rsidRPr="00D868CD">
        <w:rPr>
          <w:rFonts w:ascii="Lora" w:hAnsi="Lora"/>
          <w:lang w:val="tr-TR"/>
        </w:rPr>
        <w:t xml:space="preserve">(x) </w:t>
      </w:r>
      <w:proofErr w:type="spellStart"/>
      <w:r w:rsidRPr="00D868CD">
        <w:rPr>
          <w:rFonts w:ascii="Lora" w:hAnsi="Lora"/>
          <w:lang w:val="tr-TR"/>
        </w:rPr>
        <w:t>auteur</w:t>
      </w:r>
      <w:proofErr w:type="spellEnd"/>
      <w:r w:rsidRPr="00D868CD">
        <w:rPr>
          <w:rFonts w:ascii="Lora" w:hAnsi="Lora"/>
          <w:lang w:val="tr-TR"/>
        </w:rPr>
        <w:t>(s).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876"/>
        <w:gridCol w:w="2877"/>
        <w:gridCol w:w="2877"/>
      </w:tblGrid>
      <w:tr w:rsidR="00205871" w:rsidRPr="00896028" w14:paraId="6AB625F4" w14:textId="77777777" w:rsidTr="00BD4497">
        <w:tc>
          <w:tcPr>
            <w:tcW w:w="2876" w:type="dxa"/>
          </w:tcPr>
          <w:p w14:paraId="44F40BBA" w14:textId="77777777" w:rsidR="00D868CD" w:rsidRPr="00D868CD" w:rsidRDefault="00D868CD" w:rsidP="00D868CD">
            <w:pPr>
              <w:spacing w:before="120"/>
              <w:jc w:val="center"/>
              <w:rPr>
                <w:rFonts w:ascii="Lora" w:hAnsi="Lora"/>
                <w:b/>
                <w:bCs/>
                <w:lang w:val="fr-FR"/>
              </w:rPr>
            </w:pPr>
            <w:r w:rsidRPr="00D868CD">
              <w:rPr>
                <w:rFonts w:ascii="Lora" w:hAnsi="Lora"/>
                <w:b/>
                <w:bCs/>
                <w:lang w:val="fr-FR"/>
              </w:rPr>
              <w:t>Auteur(s)</w:t>
            </w:r>
          </w:p>
          <w:p w14:paraId="75A9DB24" w14:textId="39F467D5" w:rsidR="00205871" w:rsidRPr="00896028" w:rsidRDefault="00D868CD" w:rsidP="00D868CD">
            <w:pPr>
              <w:spacing w:before="120"/>
              <w:jc w:val="center"/>
              <w:rPr>
                <w:rFonts w:ascii="Lora" w:hAnsi="Lora"/>
                <w:b/>
                <w:bCs/>
                <w:lang w:val="tr-TR"/>
              </w:rPr>
            </w:pPr>
            <w:r w:rsidRPr="00D868CD">
              <w:rPr>
                <w:rFonts w:ascii="Lora" w:hAnsi="Lora"/>
                <w:b/>
                <w:bCs/>
                <w:lang w:val="fr-FR"/>
              </w:rPr>
              <w:t>Prénom-Nom</w:t>
            </w:r>
          </w:p>
        </w:tc>
        <w:tc>
          <w:tcPr>
            <w:tcW w:w="2877" w:type="dxa"/>
          </w:tcPr>
          <w:p w14:paraId="1048DACF" w14:textId="77777777" w:rsidR="00205871" w:rsidRPr="00E5609C" w:rsidRDefault="00205871" w:rsidP="00BD4497">
            <w:pPr>
              <w:spacing w:before="120"/>
              <w:jc w:val="center"/>
              <w:rPr>
                <w:rFonts w:ascii="Lora" w:hAnsi="Lora"/>
                <w:b/>
                <w:bCs/>
                <w:lang w:val="tr-TR"/>
              </w:rPr>
            </w:pPr>
            <w:r w:rsidRPr="00E5609C">
              <w:rPr>
                <w:rFonts w:ascii="Lora" w:hAnsi="Lora"/>
                <w:b/>
                <w:bCs/>
                <w:lang w:val="en"/>
              </w:rPr>
              <w:t>Signature</w:t>
            </w:r>
          </w:p>
          <w:p w14:paraId="55FEEBDF" w14:textId="77777777" w:rsidR="00205871" w:rsidRPr="00896028" w:rsidRDefault="00205871" w:rsidP="00BD4497">
            <w:pPr>
              <w:spacing w:before="120"/>
              <w:jc w:val="center"/>
              <w:rPr>
                <w:rFonts w:ascii="Lora" w:hAnsi="Lora"/>
                <w:b/>
                <w:bCs/>
                <w:lang w:val="tr-TR"/>
              </w:rPr>
            </w:pPr>
          </w:p>
        </w:tc>
        <w:tc>
          <w:tcPr>
            <w:tcW w:w="2877" w:type="dxa"/>
          </w:tcPr>
          <w:p w14:paraId="2FABBE74" w14:textId="77777777" w:rsidR="00205871" w:rsidRPr="00896028" w:rsidRDefault="00205871" w:rsidP="00BD4497">
            <w:pPr>
              <w:spacing w:before="120"/>
              <w:jc w:val="center"/>
              <w:rPr>
                <w:rFonts w:ascii="Lora" w:hAnsi="Lora"/>
                <w:b/>
                <w:bCs/>
                <w:lang w:val="tr-TR"/>
              </w:rPr>
            </w:pPr>
            <w:proofErr w:type="spellStart"/>
            <w:r>
              <w:rPr>
                <w:rFonts w:ascii="Lora" w:hAnsi="Lora"/>
                <w:b/>
                <w:bCs/>
                <w:lang w:val="tr-TR"/>
              </w:rPr>
              <w:t>Date</w:t>
            </w:r>
            <w:proofErr w:type="spellEnd"/>
          </w:p>
        </w:tc>
      </w:tr>
      <w:tr w:rsidR="00205871" w:rsidRPr="00896028" w14:paraId="2991859D" w14:textId="77777777" w:rsidTr="00BD4497">
        <w:trPr>
          <w:trHeight w:val="501"/>
        </w:trPr>
        <w:tc>
          <w:tcPr>
            <w:tcW w:w="2876" w:type="dxa"/>
          </w:tcPr>
          <w:p w14:paraId="68DAFC39" w14:textId="77777777" w:rsidR="00205871" w:rsidRPr="00896028" w:rsidRDefault="00205871" w:rsidP="00BD4497">
            <w:pPr>
              <w:spacing w:before="120"/>
              <w:rPr>
                <w:rFonts w:ascii="Lora" w:hAnsi="Lora"/>
                <w:b/>
                <w:bCs/>
                <w:lang w:val="tr-TR"/>
              </w:rPr>
            </w:pPr>
          </w:p>
        </w:tc>
        <w:tc>
          <w:tcPr>
            <w:tcW w:w="2877" w:type="dxa"/>
          </w:tcPr>
          <w:p w14:paraId="340AF6D7" w14:textId="77777777" w:rsidR="00205871" w:rsidRPr="00896028" w:rsidRDefault="00205871" w:rsidP="00BD4497">
            <w:pPr>
              <w:spacing w:before="120"/>
              <w:rPr>
                <w:rFonts w:ascii="Lora" w:hAnsi="Lora"/>
                <w:b/>
                <w:bCs/>
                <w:lang w:val="tr-TR"/>
              </w:rPr>
            </w:pPr>
          </w:p>
        </w:tc>
        <w:tc>
          <w:tcPr>
            <w:tcW w:w="2877" w:type="dxa"/>
          </w:tcPr>
          <w:p w14:paraId="23AC71AB" w14:textId="77777777" w:rsidR="00205871" w:rsidRPr="00896028" w:rsidRDefault="00205871" w:rsidP="00BD4497">
            <w:pPr>
              <w:spacing w:before="120"/>
              <w:rPr>
                <w:rFonts w:ascii="Lora" w:hAnsi="Lora"/>
                <w:b/>
                <w:bCs/>
                <w:lang w:val="tr-TR"/>
              </w:rPr>
            </w:pPr>
          </w:p>
        </w:tc>
      </w:tr>
      <w:tr w:rsidR="00205871" w:rsidRPr="00896028" w14:paraId="0FE152E5" w14:textId="77777777" w:rsidTr="00BD4497">
        <w:trPr>
          <w:trHeight w:val="501"/>
        </w:trPr>
        <w:tc>
          <w:tcPr>
            <w:tcW w:w="2876" w:type="dxa"/>
          </w:tcPr>
          <w:p w14:paraId="4EBF9F5E" w14:textId="77777777" w:rsidR="00205871" w:rsidRPr="00896028" w:rsidRDefault="00205871" w:rsidP="00BD4497">
            <w:pPr>
              <w:spacing w:before="120"/>
              <w:rPr>
                <w:rFonts w:ascii="Lora" w:hAnsi="Lora"/>
                <w:b/>
                <w:bCs/>
                <w:lang w:val="tr-TR"/>
              </w:rPr>
            </w:pPr>
          </w:p>
        </w:tc>
        <w:tc>
          <w:tcPr>
            <w:tcW w:w="2877" w:type="dxa"/>
          </w:tcPr>
          <w:p w14:paraId="2851AFFE" w14:textId="77777777" w:rsidR="00205871" w:rsidRPr="00896028" w:rsidRDefault="00205871" w:rsidP="00BD4497">
            <w:pPr>
              <w:spacing w:before="120"/>
              <w:rPr>
                <w:rFonts w:ascii="Lora" w:hAnsi="Lora"/>
                <w:b/>
                <w:bCs/>
                <w:lang w:val="tr-TR"/>
              </w:rPr>
            </w:pPr>
          </w:p>
        </w:tc>
        <w:tc>
          <w:tcPr>
            <w:tcW w:w="2877" w:type="dxa"/>
          </w:tcPr>
          <w:p w14:paraId="60D96AC1" w14:textId="77777777" w:rsidR="00205871" w:rsidRPr="00896028" w:rsidRDefault="00205871" w:rsidP="00BD4497">
            <w:pPr>
              <w:spacing w:before="120"/>
              <w:rPr>
                <w:rFonts w:ascii="Lora" w:hAnsi="Lora"/>
                <w:b/>
                <w:bCs/>
                <w:lang w:val="tr-TR"/>
              </w:rPr>
            </w:pPr>
          </w:p>
        </w:tc>
      </w:tr>
      <w:tr w:rsidR="00205871" w:rsidRPr="00896028" w14:paraId="5B6E0CEC" w14:textId="77777777" w:rsidTr="00BD4497">
        <w:trPr>
          <w:trHeight w:val="501"/>
        </w:trPr>
        <w:tc>
          <w:tcPr>
            <w:tcW w:w="2876" w:type="dxa"/>
          </w:tcPr>
          <w:p w14:paraId="5235DA6E" w14:textId="77777777" w:rsidR="00205871" w:rsidRPr="00896028" w:rsidRDefault="00205871" w:rsidP="00BD4497">
            <w:pPr>
              <w:spacing w:before="120"/>
              <w:rPr>
                <w:rFonts w:ascii="Lora" w:hAnsi="Lora"/>
                <w:b/>
                <w:bCs/>
                <w:lang w:val="tr-TR"/>
              </w:rPr>
            </w:pPr>
          </w:p>
        </w:tc>
        <w:tc>
          <w:tcPr>
            <w:tcW w:w="2877" w:type="dxa"/>
          </w:tcPr>
          <w:p w14:paraId="7709937C" w14:textId="77777777" w:rsidR="00205871" w:rsidRPr="00896028" w:rsidRDefault="00205871" w:rsidP="00BD4497">
            <w:pPr>
              <w:spacing w:before="120"/>
              <w:rPr>
                <w:rFonts w:ascii="Lora" w:hAnsi="Lora"/>
                <w:b/>
                <w:bCs/>
                <w:lang w:val="tr-TR"/>
              </w:rPr>
            </w:pPr>
          </w:p>
        </w:tc>
        <w:tc>
          <w:tcPr>
            <w:tcW w:w="2877" w:type="dxa"/>
          </w:tcPr>
          <w:p w14:paraId="456C00F8" w14:textId="77777777" w:rsidR="00205871" w:rsidRPr="00896028" w:rsidRDefault="00205871" w:rsidP="00BD4497">
            <w:pPr>
              <w:spacing w:before="120"/>
              <w:rPr>
                <w:rFonts w:ascii="Lora" w:hAnsi="Lora"/>
                <w:b/>
                <w:bCs/>
                <w:lang w:val="tr-TR"/>
              </w:rPr>
            </w:pPr>
          </w:p>
        </w:tc>
      </w:tr>
    </w:tbl>
    <w:p w14:paraId="27F2A9FB" w14:textId="77777777" w:rsidR="00205871" w:rsidRPr="00896028" w:rsidRDefault="00205871" w:rsidP="00205871">
      <w:pPr>
        <w:spacing w:before="120" w:after="0"/>
        <w:rPr>
          <w:rFonts w:ascii="Lora" w:hAnsi="Lora"/>
          <w:lang w:val="tr-TR"/>
        </w:rPr>
      </w:pPr>
    </w:p>
    <w:p w14:paraId="236FB968" w14:textId="77777777" w:rsidR="00205871" w:rsidRDefault="00205871" w:rsidP="00205871">
      <w:pPr>
        <w:spacing w:before="120" w:after="0"/>
        <w:rPr>
          <w:rFonts w:ascii="Lora" w:hAnsi="Lora"/>
          <w:lang w:val="tr-TR"/>
        </w:rPr>
      </w:pPr>
    </w:p>
    <w:p w14:paraId="2E3D3AAC" w14:textId="77777777" w:rsidR="007D736A" w:rsidRDefault="007D736A" w:rsidP="007D736A">
      <w:pPr>
        <w:bidi/>
        <w:spacing w:before="120" w:after="120"/>
        <w:rPr>
          <w:rFonts w:ascii="Lora" w:hAnsi="Lora"/>
          <w:b/>
          <w:bCs/>
          <w:lang w:val="tr-TR"/>
        </w:rPr>
      </w:pPr>
      <w:r w:rsidRPr="007D736A">
        <w:rPr>
          <w:rFonts w:ascii="Lora" w:hAnsi="Lora"/>
          <w:b/>
          <w:bCs/>
          <w:rtl/>
          <w:lang w:val="tr-TR"/>
        </w:rPr>
        <w:lastRenderedPageBreak/>
        <w:t>نموذج إقرار استخدام الذكاء الاصطناعي</w:t>
      </w:r>
    </w:p>
    <w:p w14:paraId="19F2410E" w14:textId="77777777" w:rsidR="007D736A" w:rsidRPr="007D736A" w:rsidRDefault="007D736A" w:rsidP="007D736A">
      <w:pPr>
        <w:bidi/>
        <w:spacing w:before="120" w:after="120"/>
        <w:rPr>
          <w:rFonts w:ascii="Lora" w:hAnsi="Lora"/>
          <w:b/>
          <w:bCs/>
          <w:lang w:val="tr-TR"/>
        </w:rPr>
      </w:pPr>
      <w:r w:rsidRPr="007D736A">
        <w:rPr>
          <w:rFonts w:ascii="Lora" w:hAnsi="Lora"/>
          <w:b/>
          <w:bCs/>
          <w:rtl/>
          <w:lang w:val="tr-TR" w:bidi="ar"/>
        </w:rPr>
        <w:t>يُعد استيفاء نموذج الإقرار هذا -المتعلق باستخدام الأدوات القائمة على الذكاء الاصطناعي في المخطوطات المُقدَّمة إلى المجلة- أمراً إلزامياً.</w:t>
      </w:r>
    </w:p>
    <w:p w14:paraId="4416809A" w14:textId="77777777" w:rsidR="007D736A" w:rsidRPr="007D736A" w:rsidRDefault="007D736A" w:rsidP="007D736A">
      <w:pPr>
        <w:bidi/>
        <w:spacing w:before="120" w:after="120"/>
        <w:rPr>
          <w:rFonts w:ascii="Lora" w:hAnsi="Lora"/>
          <w:b/>
          <w:bCs/>
          <w:lang w:val="tr-TR"/>
        </w:rPr>
      </w:pPr>
    </w:p>
    <w:p w14:paraId="551099CB" w14:textId="77777777" w:rsidR="007D736A" w:rsidRPr="007D736A" w:rsidRDefault="007D736A" w:rsidP="007D736A">
      <w:pPr>
        <w:bidi/>
        <w:spacing w:before="120" w:after="120"/>
        <w:rPr>
          <w:rFonts w:ascii="Lora" w:hAnsi="Lora"/>
          <w:b/>
          <w:bCs/>
          <w:lang w:val="tr-TR"/>
        </w:rPr>
      </w:pPr>
      <w:r w:rsidRPr="007D736A">
        <w:rPr>
          <w:rFonts w:ascii="Lora" w:hAnsi="Lora"/>
          <w:b/>
          <w:bCs/>
          <w:rtl/>
          <w:lang w:val="en" w:bidi="ar"/>
        </w:rPr>
        <w:t>معلومات المقال</w:t>
      </w:r>
    </w:p>
    <w:p w14:paraId="6B2FFE8C" w14:textId="17950A48" w:rsidR="007D736A" w:rsidRPr="00896028" w:rsidRDefault="007D736A" w:rsidP="007D736A">
      <w:pPr>
        <w:spacing w:before="120" w:after="120"/>
        <w:rPr>
          <w:rFonts w:ascii="Lora" w:hAnsi="Lora"/>
          <w:lang w:val="tr-TR"/>
        </w:rPr>
      </w:pPr>
      <w:r w:rsidRPr="00896028">
        <w:rPr>
          <w:rFonts w:ascii="Lora" w:hAnsi="Lora"/>
          <w:lang w:val="tr-TR"/>
        </w:rPr>
        <w:t>.............................................................................................................................</w:t>
      </w:r>
      <w:r>
        <w:rPr>
          <w:rFonts w:ascii="Lora" w:hAnsi="Lora"/>
          <w:lang w:val="tr-TR"/>
        </w:rPr>
        <w:t>.............</w:t>
      </w:r>
      <w:r w:rsidRPr="00896028">
        <w:rPr>
          <w:rFonts w:ascii="Lora" w:hAnsi="Lora"/>
          <w:lang w:val="tr-TR"/>
        </w:rPr>
        <w:t>....</w:t>
      </w:r>
      <w:r w:rsidRPr="007D736A">
        <w:rPr>
          <w:rFonts w:hint="cs"/>
          <w:rtl/>
        </w:rPr>
        <w:t xml:space="preserve"> </w:t>
      </w:r>
      <w:r w:rsidRPr="007D736A">
        <w:rPr>
          <w:rFonts w:ascii="Lora" w:hAnsi="Lora" w:cs="Arial"/>
          <w:rtl/>
          <w:lang w:val="tr-TR"/>
        </w:rPr>
        <w:t>عنوان المقال</w:t>
      </w:r>
    </w:p>
    <w:p w14:paraId="2016D27F" w14:textId="642E97D6" w:rsidR="007D736A" w:rsidRDefault="007D736A" w:rsidP="007D736A">
      <w:pPr>
        <w:bidi/>
        <w:spacing w:before="120" w:after="120"/>
        <w:rPr>
          <w:rFonts w:ascii="Lora" w:hAnsi="Lora"/>
          <w:lang w:val="tr-TR"/>
        </w:rPr>
      </w:pPr>
      <w:r w:rsidRPr="007D736A">
        <w:rPr>
          <w:rFonts w:ascii="Lora" w:hAnsi="Lora" w:cs="Arial"/>
          <w:rtl/>
          <w:lang w:val="tr-TR"/>
        </w:rPr>
        <w:t>المؤلف (المؤلفون)</w:t>
      </w:r>
      <w:r>
        <w:rPr>
          <w:rFonts w:ascii="Lora" w:hAnsi="Lora"/>
          <w:lang w:val="tr-TR"/>
        </w:rPr>
        <w:t>…………………………………………..</w:t>
      </w:r>
      <w:r w:rsidRPr="007D736A">
        <w:rPr>
          <w:rFonts w:ascii="Lora" w:hAnsi="Lora"/>
          <w:lang w:val="tr-TR"/>
        </w:rPr>
        <w:t>.................................................................................</w:t>
      </w:r>
    </w:p>
    <w:p w14:paraId="1609CC2C" w14:textId="03AA3F82" w:rsidR="007D736A" w:rsidRPr="00896028" w:rsidRDefault="007D736A" w:rsidP="007D736A">
      <w:pPr>
        <w:bidi/>
        <w:spacing w:before="120" w:after="120"/>
        <w:rPr>
          <w:rFonts w:ascii="Lora" w:hAnsi="Lora"/>
          <w:lang w:val="tr-TR"/>
        </w:rPr>
      </w:pPr>
      <w:r w:rsidRPr="007D736A">
        <w:rPr>
          <w:rFonts w:ascii="Lora" w:hAnsi="Lora" w:cs="Arial"/>
          <w:rtl/>
          <w:lang w:val="tr-TR"/>
        </w:rPr>
        <w:t>البريد الإلكتروني للمؤلف المراسل</w:t>
      </w:r>
      <w:r>
        <w:rPr>
          <w:rFonts w:ascii="Lora" w:hAnsi="Lora"/>
          <w:lang w:val="tr-TR"/>
        </w:rPr>
        <w:t>……………..</w:t>
      </w:r>
      <w:r w:rsidRPr="00896028">
        <w:rPr>
          <w:rFonts w:ascii="Lora" w:hAnsi="Lora"/>
          <w:lang w:val="tr-TR"/>
        </w:rPr>
        <w:t>..................................................................................................</w:t>
      </w:r>
    </w:p>
    <w:p w14:paraId="30253172" w14:textId="77777777" w:rsidR="007D736A" w:rsidRPr="007D736A" w:rsidRDefault="007D736A" w:rsidP="007D736A">
      <w:pPr>
        <w:bidi/>
        <w:spacing w:after="0"/>
        <w:rPr>
          <w:rFonts w:ascii="Lora" w:hAnsi="Lora"/>
          <w:b/>
          <w:bCs/>
          <w:lang w:val="tr-TR"/>
        </w:rPr>
      </w:pPr>
      <w:r w:rsidRPr="007D736A">
        <w:rPr>
          <w:rFonts w:ascii="Lora" w:hAnsi="Lora"/>
          <w:b/>
          <w:bCs/>
          <w:rtl/>
          <w:lang w:val="tr-TR" w:bidi="ar"/>
        </w:rPr>
        <w:t>تصريح</w:t>
      </w:r>
    </w:p>
    <w:p w14:paraId="69AF0F05" w14:textId="77777777" w:rsidR="007D736A" w:rsidRPr="007D736A" w:rsidRDefault="007D736A" w:rsidP="007D736A">
      <w:pPr>
        <w:bidi/>
        <w:spacing w:after="0"/>
        <w:rPr>
          <w:rFonts w:ascii="Lora" w:hAnsi="Lora"/>
          <w:lang w:val="tr-TR"/>
        </w:rPr>
      </w:pPr>
      <w:r w:rsidRPr="007D736A">
        <w:rPr>
          <w:rFonts w:ascii="Lora" w:hAnsi="Lora"/>
          <w:rtl/>
          <w:lang w:val="en" w:bidi="ar"/>
        </w:rPr>
        <w:t>يرجى تحديد الخيار المناسب من بين الخيارات أدناه.</w:t>
      </w:r>
    </w:p>
    <w:p w14:paraId="5C2E6C4B" w14:textId="596C4890" w:rsidR="007D736A" w:rsidRPr="00896028" w:rsidRDefault="007D736A" w:rsidP="007D736A">
      <w:pPr>
        <w:spacing w:after="0"/>
        <w:rPr>
          <w:rFonts w:ascii="Lora" w:hAnsi="Lora"/>
          <w:lang w:val="tr-TR"/>
        </w:rPr>
      </w:pPr>
      <w:r w:rsidRPr="007D736A">
        <w:rPr>
          <w:rFonts w:ascii="Lora" w:hAnsi="Lora" w:cs="Arial"/>
          <w:rtl/>
          <w:lang w:val="tr-TR"/>
        </w:rPr>
        <w:t>لم تُستخدم أي أدوات قائمة على الذكاء الاصطناعي في هذه الدراسة</w:t>
      </w:r>
      <w:r w:rsidRPr="007D736A">
        <w:rPr>
          <w:rFonts w:ascii="Lora" w:hAnsi="Lora"/>
          <w:lang w:val="tr-TR"/>
        </w:rPr>
        <w:t>.</w:t>
      </w:r>
      <w:r w:rsidRPr="00896028">
        <w:rPr>
          <w:rFonts w:ascii="Lora" w:hAnsi="Lora"/>
          <w:noProof/>
          <w:lang w:val="tr-TR"/>
        </w:rPr>
        <mc:AlternateContent>
          <mc:Choice Requires="wps">
            <w:drawing>
              <wp:inline distT="0" distB="0" distL="0" distR="0" wp14:anchorId="1D99D977" wp14:editId="32385B9C">
                <wp:extent cx="277970" cy="223469"/>
                <wp:effectExtent l="12700" t="12700" r="14605" b="18415"/>
                <wp:docPr id="1983010785" name="Yuvarlatılmış 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970" cy="223469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A0E6A5B" id="Yuvarlatılmış Dikdörtgen 1" o:spid="_x0000_s1026" style="width:21.9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" fillcolor="white [3201]" strokecolor="#e48312 [3204]" strokeweight="2pt">
                <w10:anchorlock/>
              </v:roundrect>
            </w:pict>
          </mc:Fallback>
        </mc:AlternateContent>
      </w:r>
    </w:p>
    <w:p w14:paraId="7BFD666A" w14:textId="327D4257" w:rsidR="007D736A" w:rsidRPr="00896028" w:rsidRDefault="007D736A" w:rsidP="007D736A">
      <w:pPr>
        <w:spacing w:after="0"/>
        <w:rPr>
          <w:rFonts w:ascii="Lora" w:hAnsi="Lora"/>
          <w:lang w:val="tr-TR"/>
        </w:rPr>
      </w:pPr>
      <w:r w:rsidRPr="007D736A">
        <w:rPr>
          <w:rFonts w:ascii="Lora" w:hAnsi="Lora" w:cs="Arial"/>
          <w:rtl/>
          <w:lang w:val="en"/>
        </w:rPr>
        <w:t>استُخدمت في هذه الدراسة أداة (أو أدوات) قائمة على الذكاء الاصطناعي</w:t>
      </w:r>
      <w:r w:rsidRPr="007D736A">
        <w:rPr>
          <w:rFonts w:ascii="Lora" w:hAnsi="Lora"/>
          <w:lang w:val="en"/>
        </w:rPr>
        <w:t>.</w:t>
      </w:r>
      <w:r w:rsidRPr="00896028">
        <w:rPr>
          <w:rFonts w:ascii="Lora" w:hAnsi="Lora"/>
          <w:lang w:val="tr-TR"/>
        </w:rPr>
        <w:t>.</w:t>
      </w:r>
      <w:r w:rsidRPr="00896028">
        <w:rPr>
          <w:rFonts w:ascii="Lora" w:hAnsi="Lora"/>
          <w:noProof/>
          <w:lang w:val="tr-TR"/>
        </w:rPr>
        <w:t xml:space="preserve"> </w:t>
      </w:r>
      <w:r w:rsidRPr="00896028">
        <w:rPr>
          <w:rFonts w:ascii="Lora" w:hAnsi="Lora"/>
          <w:noProof/>
          <w:lang w:val="tr-TR"/>
        </w:rPr>
        <mc:AlternateContent>
          <mc:Choice Requires="wps">
            <w:drawing>
              <wp:inline distT="0" distB="0" distL="0" distR="0" wp14:anchorId="371F498D" wp14:editId="46556832">
                <wp:extent cx="277970" cy="223469"/>
                <wp:effectExtent l="12700" t="12700" r="14605" b="18415"/>
                <wp:docPr id="1406899124" name="Yuvarlatılmış 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970" cy="223469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0B9688D" id="Yuvarlatılmış Dikdörtgen 1" o:spid="_x0000_s1026" style="width:21.9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" fillcolor="white [3201]" strokecolor="#e48312 [3204]" strokeweight="2pt">
                <w10:anchorlock/>
              </v:roundrect>
            </w:pict>
          </mc:Fallback>
        </mc:AlternateContent>
      </w:r>
    </w:p>
    <w:p w14:paraId="434EE34C" w14:textId="3EA5F6B8" w:rsidR="007D736A" w:rsidRPr="00896028" w:rsidRDefault="007D736A" w:rsidP="007D736A">
      <w:pPr>
        <w:pStyle w:val="ListeParagraf"/>
        <w:numPr>
          <w:ilvl w:val="0"/>
          <w:numId w:val="12"/>
        </w:numPr>
        <w:bidi/>
        <w:spacing w:before="120" w:after="120"/>
        <w:rPr>
          <w:rFonts w:ascii="Lora" w:hAnsi="Lora"/>
          <w:lang w:val="tr-TR"/>
        </w:rPr>
      </w:pPr>
      <w:r w:rsidRPr="007D736A">
        <w:rPr>
          <w:rFonts w:ascii="Lora" w:hAnsi="Lora" w:cs="Arial"/>
          <w:rtl/>
          <w:lang w:val="tr-TR"/>
        </w:rPr>
        <w:t>الأدوات المستخدمة</w:t>
      </w:r>
      <w:r>
        <w:rPr>
          <w:rFonts w:ascii="Lora" w:hAnsi="Lora"/>
          <w:lang w:val="tr-TR"/>
        </w:rPr>
        <w:t>..</w:t>
      </w:r>
      <w:r w:rsidRPr="00896028">
        <w:rPr>
          <w:rFonts w:ascii="Lora" w:hAnsi="Lora"/>
          <w:lang w:val="tr-TR"/>
        </w:rPr>
        <w:t>...........................................................................................................</w:t>
      </w:r>
    </w:p>
    <w:p w14:paraId="4472BEF0" w14:textId="34447799" w:rsidR="007D736A" w:rsidRPr="00896028" w:rsidRDefault="007D736A" w:rsidP="007D736A">
      <w:pPr>
        <w:pStyle w:val="ListeParagraf"/>
        <w:numPr>
          <w:ilvl w:val="0"/>
          <w:numId w:val="12"/>
        </w:numPr>
        <w:bidi/>
        <w:spacing w:before="120" w:after="120"/>
        <w:rPr>
          <w:rFonts w:ascii="Lora" w:hAnsi="Lora"/>
          <w:lang w:val="tr-TR"/>
        </w:rPr>
      </w:pPr>
      <w:r w:rsidRPr="007D736A">
        <w:rPr>
          <w:rFonts w:ascii="Lora" w:hAnsi="Lora" w:cs="Arial"/>
          <w:rtl/>
          <w:lang w:val="tr-TR"/>
        </w:rPr>
        <w:t>الاستخدام المقصود</w:t>
      </w:r>
      <w:r w:rsidRPr="00896028">
        <w:rPr>
          <w:rFonts w:ascii="Lora" w:hAnsi="Lora"/>
          <w:lang w:val="tr-TR"/>
        </w:rPr>
        <w:t>.................................................................................................................</w:t>
      </w:r>
    </w:p>
    <w:p w14:paraId="5B0A6635" w14:textId="77777777" w:rsidR="007D736A" w:rsidRDefault="007D736A" w:rsidP="007D736A">
      <w:pPr>
        <w:bidi/>
        <w:spacing w:before="120" w:after="120"/>
        <w:jc w:val="both"/>
        <w:rPr>
          <w:rFonts w:ascii="Lora" w:hAnsi="Lora" w:cs="Arial"/>
          <w:b/>
          <w:bCs/>
          <w:lang w:val="tr-TR"/>
        </w:rPr>
      </w:pPr>
      <w:r w:rsidRPr="007D736A">
        <w:rPr>
          <w:rFonts w:ascii="Lora" w:hAnsi="Lora" w:cs="Arial"/>
          <w:b/>
          <w:bCs/>
          <w:rtl/>
          <w:lang w:val="tr-TR"/>
        </w:rPr>
        <w:t>موافقة</w:t>
      </w:r>
    </w:p>
    <w:p w14:paraId="35E9763C" w14:textId="604E25FD" w:rsidR="007D736A" w:rsidRPr="00896028" w:rsidRDefault="007D736A" w:rsidP="007D736A">
      <w:pPr>
        <w:bidi/>
        <w:spacing w:before="120" w:after="120"/>
        <w:jc w:val="both"/>
        <w:rPr>
          <w:rFonts w:ascii="Lora" w:hAnsi="Lora"/>
          <w:lang w:val="tr-TR"/>
        </w:rPr>
      </w:pPr>
      <w:r w:rsidRPr="007D736A">
        <w:rPr>
          <w:rFonts w:ascii="Lora" w:hAnsi="Lora" w:cs="Arial"/>
          <w:rtl/>
          <w:lang w:val="tr-TR"/>
        </w:rPr>
        <w:t>بهذا البيان، أقر وأصرح بأن أدوات الذكاء الاصطناعي المستخدمة في الدراسة قد استُخدمت لأغراض مساعدة فقط، وأن أصالة البحث ومساهمته العلمية والمسؤولية عنه تقع بالكامل على عاتق المؤلف (أو المؤلفين).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876"/>
        <w:gridCol w:w="2877"/>
        <w:gridCol w:w="2877"/>
      </w:tblGrid>
      <w:tr w:rsidR="007D736A" w:rsidRPr="00896028" w14:paraId="7F7434DD" w14:textId="77777777" w:rsidTr="00BD4497">
        <w:tc>
          <w:tcPr>
            <w:tcW w:w="2876" w:type="dxa"/>
          </w:tcPr>
          <w:p w14:paraId="75C63DB7" w14:textId="77777777" w:rsidR="007D736A" w:rsidRPr="007D736A" w:rsidRDefault="007D736A" w:rsidP="007D736A">
            <w:pPr>
              <w:spacing w:before="120"/>
              <w:jc w:val="center"/>
              <w:rPr>
                <w:rFonts w:ascii="Lora" w:hAnsi="Lora"/>
                <w:b/>
                <w:bCs/>
                <w:rtl/>
                <w:lang w:val="tr-TR" w:bidi="ar"/>
              </w:rPr>
            </w:pPr>
            <w:r w:rsidRPr="007D736A">
              <w:rPr>
                <w:rFonts w:ascii="Lora" w:hAnsi="Lora"/>
                <w:b/>
                <w:bCs/>
                <w:rtl/>
                <w:lang w:val="tr-TR" w:bidi="ar"/>
              </w:rPr>
              <w:t>المؤلف (المؤلفون)</w:t>
            </w:r>
          </w:p>
          <w:p w14:paraId="6AE2BA74" w14:textId="38A52C1A" w:rsidR="007D736A" w:rsidRPr="00896028" w:rsidRDefault="007D736A" w:rsidP="007D736A">
            <w:pPr>
              <w:spacing w:before="120"/>
              <w:jc w:val="center"/>
              <w:rPr>
                <w:rFonts w:ascii="Lora" w:hAnsi="Lora"/>
                <w:b/>
                <w:bCs/>
                <w:lang w:val="tr-TR"/>
              </w:rPr>
            </w:pPr>
            <w:r w:rsidRPr="007D736A">
              <w:rPr>
                <w:rFonts w:ascii="Lora" w:hAnsi="Lora"/>
                <w:b/>
                <w:bCs/>
                <w:rtl/>
                <w:lang w:val="tr-TR" w:bidi="ar"/>
              </w:rPr>
              <w:t>الاسم - اللقب</w:t>
            </w:r>
          </w:p>
        </w:tc>
        <w:tc>
          <w:tcPr>
            <w:tcW w:w="2877" w:type="dxa"/>
          </w:tcPr>
          <w:p w14:paraId="5A1A01BC" w14:textId="77777777" w:rsidR="007D736A" w:rsidRPr="007D736A" w:rsidRDefault="007D736A" w:rsidP="007D736A">
            <w:pPr>
              <w:spacing w:before="120"/>
              <w:jc w:val="center"/>
              <w:rPr>
                <w:rFonts w:ascii="Lora" w:hAnsi="Lora"/>
                <w:b/>
                <w:bCs/>
                <w:lang w:val="tr-TR"/>
              </w:rPr>
            </w:pPr>
            <w:r w:rsidRPr="007D736A">
              <w:rPr>
                <w:rFonts w:ascii="Lora" w:hAnsi="Lora"/>
                <w:b/>
                <w:bCs/>
                <w:rtl/>
                <w:lang w:val="en" w:bidi="ar"/>
              </w:rPr>
              <w:t>توقيع</w:t>
            </w:r>
          </w:p>
          <w:p w14:paraId="0A034861" w14:textId="77777777" w:rsidR="007D736A" w:rsidRPr="00896028" w:rsidRDefault="007D736A" w:rsidP="00BD4497">
            <w:pPr>
              <w:spacing w:before="120"/>
              <w:jc w:val="center"/>
              <w:rPr>
                <w:rFonts w:ascii="Lora" w:hAnsi="Lora"/>
                <w:b/>
                <w:bCs/>
                <w:lang w:val="tr-TR"/>
              </w:rPr>
            </w:pPr>
          </w:p>
        </w:tc>
        <w:tc>
          <w:tcPr>
            <w:tcW w:w="2877" w:type="dxa"/>
          </w:tcPr>
          <w:p w14:paraId="4DF23C80" w14:textId="77777777" w:rsidR="007D736A" w:rsidRPr="007D736A" w:rsidRDefault="007D736A" w:rsidP="007D736A">
            <w:pPr>
              <w:spacing w:before="120"/>
              <w:jc w:val="center"/>
              <w:rPr>
                <w:rFonts w:ascii="Lora" w:hAnsi="Lora"/>
                <w:b/>
                <w:bCs/>
                <w:lang w:val="tr-TR"/>
              </w:rPr>
            </w:pPr>
            <w:r w:rsidRPr="007D736A">
              <w:rPr>
                <w:rFonts w:ascii="Lora" w:hAnsi="Lora"/>
                <w:b/>
                <w:bCs/>
                <w:rtl/>
                <w:lang w:val="tr-TR" w:bidi="ar"/>
              </w:rPr>
              <w:t>تاريخ</w:t>
            </w:r>
          </w:p>
          <w:p w14:paraId="3AFC6324" w14:textId="35D1D557" w:rsidR="007D736A" w:rsidRPr="00896028" w:rsidRDefault="007D736A" w:rsidP="00BD4497">
            <w:pPr>
              <w:spacing w:before="120"/>
              <w:jc w:val="center"/>
              <w:rPr>
                <w:rFonts w:ascii="Lora" w:hAnsi="Lora"/>
                <w:b/>
                <w:bCs/>
                <w:lang w:val="tr-TR"/>
              </w:rPr>
            </w:pPr>
          </w:p>
        </w:tc>
      </w:tr>
      <w:tr w:rsidR="007D736A" w:rsidRPr="00896028" w14:paraId="4DFA1989" w14:textId="77777777" w:rsidTr="00BD4497">
        <w:trPr>
          <w:trHeight w:val="501"/>
        </w:trPr>
        <w:tc>
          <w:tcPr>
            <w:tcW w:w="2876" w:type="dxa"/>
          </w:tcPr>
          <w:p w14:paraId="281D0BDB" w14:textId="77777777" w:rsidR="007D736A" w:rsidRPr="00896028" w:rsidRDefault="007D736A" w:rsidP="00BD4497">
            <w:pPr>
              <w:spacing w:before="120"/>
              <w:rPr>
                <w:rFonts w:ascii="Lora" w:hAnsi="Lora"/>
                <w:b/>
                <w:bCs/>
                <w:lang w:val="tr-TR"/>
              </w:rPr>
            </w:pPr>
          </w:p>
        </w:tc>
        <w:tc>
          <w:tcPr>
            <w:tcW w:w="2877" w:type="dxa"/>
          </w:tcPr>
          <w:p w14:paraId="7D5C96EA" w14:textId="77777777" w:rsidR="007D736A" w:rsidRPr="00896028" w:rsidRDefault="007D736A" w:rsidP="00BD4497">
            <w:pPr>
              <w:spacing w:before="120"/>
              <w:rPr>
                <w:rFonts w:ascii="Lora" w:hAnsi="Lora"/>
                <w:b/>
                <w:bCs/>
                <w:lang w:val="tr-TR"/>
              </w:rPr>
            </w:pPr>
          </w:p>
        </w:tc>
        <w:tc>
          <w:tcPr>
            <w:tcW w:w="2877" w:type="dxa"/>
          </w:tcPr>
          <w:p w14:paraId="64167E59" w14:textId="77777777" w:rsidR="007D736A" w:rsidRPr="00896028" w:rsidRDefault="007D736A" w:rsidP="00BD4497">
            <w:pPr>
              <w:spacing w:before="120"/>
              <w:rPr>
                <w:rFonts w:ascii="Lora" w:hAnsi="Lora"/>
                <w:b/>
                <w:bCs/>
                <w:lang w:val="tr-TR"/>
              </w:rPr>
            </w:pPr>
          </w:p>
        </w:tc>
      </w:tr>
      <w:tr w:rsidR="007D736A" w:rsidRPr="00896028" w14:paraId="0F7F12CA" w14:textId="77777777" w:rsidTr="00BD4497">
        <w:trPr>
          <w:trHeight w:val="501"/>
        </w:trPr>
        <w:tc>
          <w:tcPr>
            <w:tcW w:w="2876" w:type="dxa"/>
          </w:tcPr>
          <w:p w14:paraId="0EB28A9E" w14:textId="77777777" w:rsidR="007D736A" w:rsidRPr="00896028" w:rsidRDefault="007D736A" w:rsidP="00BD4497">
            <w:pPr>
              <w:spacing w:before="120"/>
              <w:rPr>
                <w:rFonts w:ascii="Lora" w:hAnsi="Lora"/>
                <w:b/>
                <w:bCs/>
                <w:lang w:val="tr-TR"/>
              </w:rPr>
            </w:pPr>
          </w:p>
        </w:tc>
        <w:tc>
          <w:tcPr>
            <w:tcW w:w="2877" w:type="dxa"/>
          </w:tcPr>
          <w:p w14:paraId="727C8DD0" w14:textId="77777777" w:rsidR="007D736A" w:rsidRPr="00896028" w:rsidRDefault="007D736A" w:rsidP="00BD4497">
            <w:pPr>
              <w:spacing w:before="120"/>
              <w:rPr>
                <w:rFonts w:ascii="Lora" w:hAnsi="Lora"/>
                <w:b/>
                <w:bCs/>
                <w:lang w:val="tr-TR"/>
              </w:rPr>
            </w:pPr>
          </w:p>
        </w:tc>
        <w:tc>
          <w:tcPr>
            <w:tcW w:w="2877" w:type="dxa"/>
          </w:tcPr>
          <w:p w14:paraId="2F594A2B" w14:textId="77777777" w:rsidR="007D736A" w:rsidRPr="00896028" w:rsidRDefault="007D736A" w:rsidP="00BD4497">
            <w:pPr>
              <w:spacing w:before="120"/>
              <w:rPr>
                <w:rFonts w:ascii="Lora" w:hAnsi="Lora"/>
                <w:b/>
                <w:bCs/>
                <w:lang w:val="tr-TR"/>
              </w:rPr>
            </w:pPr>
          </w:p>
        </w:tc>
      </w:tr>
      <w:tr w:rsidR="007D736A" w:rsidRPr="00896028" w14:paraId="348766AC" w14:textId="77777777" w:rsidTr="00BD4497">
        <w:trPr>
          <w:trHeight w:val="501"/>
        </w:trPr>
        <w:tc>
          <w:tcPr>
            <w:tcW w:w="2876" w:type="dxa"/>
          </w:tcPr>
          <w:p w14:paraId="19008795" w14:textId="77777777" w:rsidR="007D736A" w:rsidRPr="00896028" w:rsidRDefault="007D736A" w:rsidP="00BD4497">
            <w:pPr>
              <w:spacing w:before="120"/>
              <w:rPr>
                <w:rFonts w:ascii="Lora" w:hAnsi="Lora"/>
                <w:b/>
                <w:bCs/>
                <w:lang w:val="tr-TR"/>
              </w:rPr>
            </w:pPr>
          </w:p>
        </w:tc>
        <w:tc>
          <w:tcPr>
            <w:tcW w:w="2877" w:type="dxa"/>
          </w:tcPr>
          <w:p w14:paraId="445E1B72" w14:textId="77777777" w:rsidR="007D736A" w:rsidRPr="00896028" w:rsidRDefault="007D736A" w:rsidP="00BD4497">
            <w:pPr>
              <w:spacing w:before="120"/>
              <w:rPr>
                <w:rFonts w:ascii="Lora" w:hAnsi="Lora"/>
                <w:b/>
                <w:bCs/>
                <w:lang w:val="tr-TR"/>
              </w:rPr>
            </w:pPr>
          </w:p>
        </w:tc>
        <w:tc>
          <w:tcPr>
            <w:tcW w:w="2877" w:type="dxa"/>
          </w:tcPr>
          <w:p w14:paraId="694FC6B8" w14:textId="77777777" w:rsidR="007D736A" w:rsidRPr="00896028" w:rsidRDefault="007D736A" w:rsidP="00BD4497">
            <w:pPr>
              <w:spacing w:before="120"/>
              <w:rPr>
                <w:rFonts w:ascii="Lora" w:hAnsi="Lora"/>
                <w:b/>
                <w:bCs/>
                <w:lang w:val="tr-TR"/>
              </w:rPr>
            </w:pPr>
          </w:p>
        </w:tc>
      </w:tr>
    </w:tbl>
    <w:p w14:paraId="497AA88E" w14:textId="77777777" w:rsidR="007D736A" w:rsidRPr="00896028" w:rsidRDefault="007D736A" w:rsidP="007D736A">
      <w:pPr>
        <w:spacing w:before="120" w:after="0"/>
        <w:rPr>
          <w:rFonts w:ascii="Lora" w:hAnsi="Lora"/>
          <w:lang w:val="tr-TR"/>
        </w:rPr>
      </w:pPr>
    </w:p>
    <w:p w14:paraId="01A121C9" w14:textId="77777777" w:rsidR="007D736A" w:rsidRDefault="007D736A" w:rsidP="007D736A">
      <w:pPr>
        <w:spacing w:before="120" w:after="0"/>
        <w:rPr>
          <w:rFonts w:ascii="Lora" w:hAnsi="Lora"/>
          <w:lang w:val="tr-TR"/>
        </w:rPr>
      </w:pPr>
    </w:p>
    <w:p w14:paraId="10289F9A" w14:textId="77777777" w:rsidR="00205871" w:rsidRDefault="00205871" w:rsidP="00205871">
      <w:pPr>
        <w:spacing w:before="120" w:after="0"/>
        <w:rPr>
          <w:rFonts w:ascii="Lora" w:hAnsi="Lora"/>
          <w:lang w:val="tr-TR"/>
        </w:rPr>
      </w:pPr>
    </w:p>
    <w:p w14:paraId="0C3560C4" w14:textId="77777777" w:rsidR="009708CE" w:rsidRPr="00896028" w:rsidRDefault="009708CE" w:rsidP="00360FF3">
      <w:pPr>
        <w:spacing w:before="120" w:after="0"/>
        <w:rPr>
          <w:rFonts w:ascii="Lora" w:hAnsi="Lora"/>
          <w:lang w:val="tr-TR"/>
        </w:rPr>
      </w:pPr>
    </w:p>
    <w:sectPr w:rsidR="009708CE" w:rsidRPr="00896028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6C817D" w14:textId="77777777" w:rsidR="00FC3362" w:rsidRDefault="00FC3362" w:rsidP="00360FF3">
      <w:pPr>
        <w:spacing w:after="0" w:line="240" w:lineRule="auto"/>
      </w:pPr>
      <w:r>
        <w:separator/>
      </w:r>
    </w:p>
  </w:endnote>
  <w:endnote w:type="continuationSeparator" w:id="0">
    <w:p w14:paraId="3501F416" w14:textId="77777777" w:rsidR="00FC3362" w:rsidRDefault="00FC3362" w:rsidP="00360F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E0002AFF" w:usb1="C0007843" w:usb2="00000009" w:usb3="00000000" w:csb0="000001FF" w:csb1="00000000"/>
  </w:font>
  <w:font w:name="Lora">
    <w:charset w:val="A2"/>
    <w:family w:val="auto"/>
    <w:pitch w:val="variable"/>
    <w:sig w:usb0="A00002FF" w:usb1="5000204B" w:usb2="00000000" w:usb3="00000000" w:csb0="00000097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AC692" w14:textId="77777777" w:rsidR="00FC3362" w:rsidRDefault="00FC3362" w:rsidP="00360FF3">
      <w:pPr>
        <w:spacing w:after="0" w:line="240" w:lineRule="auto"/>
      </w:pPr>
      <w:r>
        <w:separator/>
      </w:r>
    </w:p>
  </w:footnote>
  <w:footnote w:type="continuationSeparator" w:id="0">
    <w:p w14:paraId="630C07A3" w14:textId="77777777" w:rsidR="00FC3362" w:rsidRDefault="00FC3362" w:rsidP="00360F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6FA69" w14:textId="29C275FC" w:rsidR="00360FF3" w:rsidRPr="009205FC" w:rsidRDefault="00360FF3" w:rsidP="00360FF3">
    <w:pPr>
      <w:rPr>
        <w:rFonts w:ascii="Palatino Linotype" w:hAnsi="Palatino Linotype"/>
        <w:b/>
        <w:bCs/>
      </w:rPr>
    </w:pPr>
    <w:r w:rsidRPr="009205FC">
      <w:rPr>
        <w:rFonts w:ascii="Palatino Linotype" w:hAnsi="Palatino Linotype"/>
        <w:b/>
        <w:bCs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A489EBD" wp14:editId="6EE90321">
              <wp:simplePos x="0" y="0"/>
              <wp:positionH relativeFrom="margin">
                <wp:posOffset>-293643</wp:posOffset>
              </wp:positionH>
              <wp:positionV relativeFrom="paragraph">
                <wp:posOffset>-388822</wp:posOffset>
              </wp:positionV>
              <wp:extent cx="6163697" cy="747395"/>
              <wp:effectExtent l="0" t="0" r="27940" b="14605"/>
              <wp:wrapNone/>
              <wp:docPr id="1" name="Dikdörtgen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63697" cy="747395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00E3457" w14:textId="5F9F2931" w:rsidR="00276CA4" w:rsidRDefault="00896028" w:rsidP="00276CA4">
                          <w:pPr>
                            <w:jc w:val="center"/>
                            <w:rPr>
                              <w:rFonts w:ascii="Palatino Linotype" w:hAnsi="Palatino Linotype"/>
                              <w:iCs/>
                              <w:sz w:val="24"/>
                              <w:szCs w:val="24"/>
                            </w:rPr>
                          </w:pPr>
                          <w:proofErr w:type="spellStart"/>
                          <w:r w:rsidRPr="00896028">
                            <w:rPr>
                              <w:rFonts w:ascii="Palatino Linotype" w:hAnsi="Palatino Linotype"/>
                              <w:iCs/>
                              <w:sz w:val="24"/>
                              <w:szCs w:val="24"/>
                            </w:rPr>
                            <w:t>Nukkad</w:t>
                          </w:r>
                          <w:proofErr w:type="spellEnd"/>
                          <w:r w:rsidRPr="00896028">
                            <w:rPr>
                              <w:rFonts w:ascii="Palatino Linotype" w:hAnsi="Palatino Linotype"/>
                              <w:iCs/>
                              <w:sz w:val="24"/>
                              <w:szCs w:val="24"/>
                            </w:rPr>
                            <w:t xml:space="preserve"> Hadis </w:t>
                          </w:r>
                          <w:proofErr w:type="spellStart"/>
                          <w:r w:rsidRPr="00896028">
                            <w:rPr>
                              <w:rFonts w:ascii="Palatino Linotype" w:hAnsi="Palatino Linotype"/>
                              <w:iCs/>
                              <w:sz w:val="24"/>
                              <w:szCs w:val="24"/>
                            </w:rPr>
                            <w:t>Araştırmaları</w:t>
                          </w:r>
                          <w:proofErr w:type="spellEnd"/>
                          <w:r w:rsidR="00360FF3" w:rsidRPr="00896028">
                            <w:rPr>
                              <w:rFonts w:ascii="Palatino Linotype" w:hAnsi="Palatino Linotype"/>
                              <w:iCs/>
                              <w:sz w:val="24"/>
                              <w:szCs w:val="24"/>
                            </w:rPr>
                            <w:t xml:space="preserve"> </w:t>
                          </w:r>
                          <w:proofErr w:type="spellStart"/>
                          <w:r w:rsidR="00360FF3" w:rsidRPr="00896028">
                            <w:rPr>
                              <w:rFonts w:ascii="Palatino Linotype" w:hAnsi="Palatino Linotype"/>
                              <w:iCs/>
                              <w:sz w:val="24"/>
                              <w:szCs w:val="24"/>
                            </w:rPr>
                            <w:t>Dergisi</w:t>
                          </w:r>
                          <w:proofErr w:type="spellEnd"/>
                          <w:r w:rsidR="00360FF3" w:rsidRPr="00896028">
                            <w:rPr>
                              <w:rFonts w:ascii="Palatino Linotype" w:hAnsi="Palatino Linotype"/>
                              <w:iCs/>
                              <w:sz w:val="24"/>
                              <w:szCs w:val="24"/>
                            </w:rPr>
                            <w:t xml:space="preserve"> </w:t>
                          </w:r>
                        </w:p>
                        <w:p w14:paraId="705B0A09" w14:textId="6B4786C2" w:rsidR="00FB682D" w:rsidRPr="00896028" w:rsidRDefault="00FB682D" w:rsidP="00276CA4">
                          <w:pPr>
                            <w:jc w:val="center"/>
                            <w:rPr>
                              <w:rFonts w:ascii="Palatino Linotype" w:hAnsi="Palatino Linotype"/>
                              <w:iCs/>
                              <w:sz w:val="24"/>
                              <w:szCs w:val="24"/>
                            </w:rPr>
                          </w:pPr>
                          <w:r w:rsidRPr="00FB682D">
                            <w:rPr>
                              <w:rFonts w:ascii="Palatino Linotype" w:hAnsi="Palatino Linotype"/>
                              <w:iCs/>
                              <w:sz w:val="24"/>
                              <w:szCs w:val="24"/>
                            </w:rPr>
                            <w:t>e-ISSN: 3108-8147</w:t>
                          </w:r>
                        </w:p>
                        <w:p w14:paraId="3FD90C74" w14:textId="118F6F97" w:rsidR="00360FF3" w:rsidRPr="009205FC" w:rsidRDefault="00360FF3" w:rsidP="00276CA4">
                          <w:pPr>
                            <w:jc w:val="center"/>
                            <w:rPr>
                              <w:rFonts w:ascii="Palatino Linotype" w:hAnsi="Palatino Linotype"/>
                              <w:b/>
                              <w:bCs/>
                              <w:iCs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A489EBD" id="Dikdörtgen 1" o:spid="_x0000_s1026" style="position:absolute;margin-left:-23.1pt;margin-top:-30.6pt;width:485.35pt;height:58.8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" fillcolor="#637052 [3215]" strokecolor="#714109 [1604]" strokeweight="2pt">
              <v:textbox>
                <w:txbxContent>
                  <w:p w14:paraId="400E3457" w14:textId="5F9F2931" w:rsidR="00276CA4" w:rsidRDefault="00896028" w:rsidP="00276CA4">
                    <w:pPr>
                      <w:jc w:val="center"/>
                      <w:rPr>
                        <w:rFonts w:ascii="Palatino Linotype" w:hAnsi="Palatino Linotype"/>
                        <w:iCs/>
                        <w:sz w:val="24"/>
                        <w:szCs w:val="24"/>
                      </w:rPr>
                    </w:pPr>
                    <w:proofErr w:type="spellStart"/>
                    <w:r w:rsidRPr="00896028">
                      <w:rPr>
                        <w:rFonts w:ascii="Palatino Linotype" w:hAnsi="Palatino Linotype"/>
                        <w:iCs/>
                        <w:sz w:val="24"/>
                        <w:szCs w:val="24"/>
                      </w:rPr>
                      <w:t>Nukkad</w:t>
                    </w:r>
                    <w:proofErr w:type="spellEnd"/>
                    <w:r w:rsidRPr="00896028">
                      <w:rPr>
                        <w:rFonts w:ascii="Palatino Linotype" w:hAnsi="Palatino Linotype"/>
                        <w:iCs/>
                        <w:sz w:val="24"/>
                        <w:szCs w:val="24"/>
                      </w:rPr>
                      <w:t xml:space="preserve"> Hadis </w:t>
                    </w:r>
                    <w:proofErr w:type="spellStart"/>
                    <w:r w:rsidRPr="00896028">
                      <w:rPr>
                        <w:rFonts w:ascii="Palatino Linotype" w:hAnsi="Palatino Linotype"/>
                        <w:iCs/>
                        <w:sz w:val="24"/>
                        <w:szCs w:val="24"/>
                      </w:rPr>
                      <w:t>Araştırmaları</w:t>
                    </w:r>
                    <w:proofErr w:type="spellEnd"/>
                    <w:r w:rsidR="00360FF3" w:rsidRPr="00896028">
                      <w:rPr>
                        <w:rFonts w:ascii="Palatino Linotype" w:hAnsi="Palatino Linotype"/>
                        <w:iCs/>
                        <w:sz w:val="24"/>
                        <w:szCs w:val="24"/>
                      </w:rPr>
                      <w:t xml:space="preserve"> </w:t>
                    </w:r>
                    <w:proofErr w:type="spellStart"/>
                    <w:r w:rsidR="00360FF3" w:rsidRPr="00896028">
                      <w:rPr>
                        <w:rFonts w:ascii="Palatino Linotype" w:hAnsi="Palatino Linotype"/>
                        <w:iCs/>
                        <w:sz w:val="24"/>
                        <w:szCs w:val="24"/>
                      </w:rPr>
                      <w:t>Dergisi</w:t>
                    </w:r>
                    <w:proofErr w:type="spellEnd"/>
                    <w:r w:rsidR="00360FF3" w:rsidRPr="00896028">
                      <w:rPr>
                        <w:rFonts w:ascii="Palatino Linotype" w:hAnsi="Palatino Linotype"/>
                        <w:iCs/>
                        <w:sz w:val="24"/>
                        <w:szCs w:val="24"/>
                      </w:rPr>
                      <w:t xml:space="preserve"> </w:t>
                    </w:r>
                  </w:p>
                  <w:p w14:paraId="705B0A09" w14:textId="6B4786C2" w:rsidR="00FB682D" w:rsidRPr="00896028" w:rsidRDefault="00FB682D" w:rsidP="00276CA4">
                    <w:pPr>
                      <w:jc w:val="center"/>
                      <w:rPr>
                        <w:rFonts w:ascii="Palatino Linotype" w:hAnsi="Palatino Linotype"/>
                        <w:iCs/>
                        <w:sz w:val="24"/>
                        <w:szCs w:val="24"/>
                      </w:rPr>
                    </w:pPr>
                    <w:r w:rsidRPr="00FB682D">
                      <w:rPr>
                        <w:rFonts w:ascii="Palatino Linotype" w:hAnsi="Palatino Linotype"/>
                        <w:iCs/>
                        <w:sz w:val="24"/>
                        <w:szCs w:val="24"/>
                      </w:rPr>
                      <w:t>e-ISSN: 3108-8147</w:t>
                    </w:r>
                  </w:p>
                  <w:p w14:paraId="3FD90C74" w14:textId="118F6F97" w:rsidR="00360FF3" w:rsidRPr="009205FC" w:rsidRDefault="00360FF3" w:rsidP="00276CA4">
                    <w:pPr>
                      <w:jc w:val="center"/>
                      <w:rPr>
                        <w:rFonts w:ascii="Palatino Linotype" w:hAnsi="Palatino Linotype"/>
                        <w:b/>
                        <w:bCs/>
                        <w:iCs/>
                        <w:sz w:val="24"/>
                        <w:szCs w:val="24"/>
                      </w:rPr>
                    </w:pPr>
                  </w:p>
                </w:txbxContent>
              </v:textbox>
              <w10:wrap anchorx="margin"/>
            </v:rect>
          </w:pict>
        </mc:Fallback>
      </mc:AlternateContent>
    </w:r>
    <w:r w:rsidR="00276CA4" w:rsidRPr="00276CA4">
      <w:rPr>
        <w:rFonts w:ascii="Palatino Linotype" w:hAnsi="Palatino Linotype"/>
        <w:b/>
        <w:bCs/>
      </w:rPr>
      <w:t>e-ISSN: 2667-877</w:t>
    </w:r>
  </w:p>
  <w:p w14:paraId="6CB1564C" w14:textId="77777777" w:rsidR="00360FF3" w:rsidRDefault="00360FF3" w:rsidP="00360FF3">
    <w:pPr>
      <w:pStyle w:val="AralkYok"/>
      <w:jc w:val="center"/>
      <w:rPr>
        <w:b/>
        <w:sz w:val="20"/>
      </w:rPr>
    </w:pPr>
  </w:p>
  <w:p w14:paraId="595D4678" w14:textId="77777777" w:rsidR="00360FF3" w:rsidRDefault="00360FF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BF00523"/>
    <w:multiLevelType w:val="hybridMultilevel"/>
    <w:tmpl w:val="9FB67C5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2C2199"/>
    <w:multiLevelType w:val="hybridMultilevel"/>
    <w:tmpl w:val="996AF6CA"/>
    <w:lvl w:ilvl="0" w:tplc="30D8214E">
      <w:start w:val="1"/>
      <w:numFmt w:val="bullet"/>
      <w:lvlText w:val=""/>
      <w:lvlJc w:val="left"/>
      <w:pPr>
        <w:ind w:left="769" w:hanging="360"/>
      </w:pPr>
      <w:rPr>
        <w:rFonts w:ascii="Symbol" w:hAnsi="Symbol" w:hint="default"/>
        <w:sz w:val="32"/>
        <w:szCs w:val="32"/>
      </w:rPr>
    </w:lvl>
    <w:lvl w:ilvl="1" w:tplc="041F0003" w:tentative="1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abstractNum w:abstractNumId="11" w15:restartNumberingAfterBreak="0">
    <w:nsid w:val="4901763B"/>
    <w:multiLevelType w:val="hybridMultilevel"/>
    <w:tmpl w:val="F7A883A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D17357"/>
    <w:multiLevelType w:val="hybridMultilevel"/>
    <w:tmpl w:val="5722297C"/>
    <w:lvl w:ilvl="0" w:tplc="7130D5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2254768">
    <w:abstractNumId w:val="8"/>
  </w:num>
  <w:num w:numId="2" w16cid:durableId="1739204284">
    <w:abstractNumId w:val="6"/>
  </w:num>
  <w:num w:numId="3" w16cid:durableId="507720839">
    <w:abstractNumId w:val="5"/>
  </w:num>
  <w:num w:numId="4" w16cid:durableId="807864222">
    <w:abstractNumId w:val="4"/>
  </w:num>
  <w:num w:numId="5" w16cid:durableId="1598447067">
    <w:abstractNumId w:val="7"/>
  </w:num>
  <w:num w:numId="6" w16cid:durableId="1449620443">
    <w:abstractNumId w:val="3"/>
  </w:num>
  <w:num w:numId="7" w16cid:durableId="1990090923">
    <w:abstractNumId w:val="2"/>
  </w:num>
  <w:num w:numId="8" w16cid:durableId="676928207">
    <w:abstractNumId w:val="1"/>
  </w:num>
  <w:num w:numId="9" w16cid:durableId="1682899518">
    <w:abstractNumId w:val="0"/>
  </w:num>
  <w:num w:numId="10" w16cid:durableId="924343680">
    <w:abstractNumId w:val="10"/>
  </w:num>
  <w:num w:numId="11" w16cid:durableId="87384555">
    <w:abstractNumId w:val="11"/>
  </w:num>
  <w:num w:numId="12" w16cid:durableId="795559936">
    <w:abstractNumId w:val="12"/>
  </w:num>
  <w:num w:numId="13" w16cid:durableId="683258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66235"/>
    <w:rsid w:val="001C0A90"/>
    <w:rsid w:val="001E52BF"/>
    <w:rsid w:val="00205871"/>
    <w:rsid w:val="00276CA4"/>
    <w:rsid w:val="0029639D"/>
    <w:rsid w:val="002B0A11"/>
    <w:rsid w:val="00326F90"/>
    <w:rsid w:val="00360FF3"/>
    <w:rsid w:val="00373D40"/>
    <w:rsid w:val="004944E1"/>
    <w:rsid w:val="006129F9"/>
    <w:rsid w:val="00613D3C"/>
    <w:rsid w:val="00696305"/>
    <w:rsid w:val="00720624"/>
    <w:rsid w:val="0075289B"/>
    <w:rsid w:val="007D736A"/>
    <w:rsid w:val="007E105A"/>
    <w:rsid w:val="00896028"/>
    <w:rsid w:val="008E5F7B"/>
    <w:rsid w:val="009137BD"/>
    <w:rsid w:val="009708CE"/>
    <w:rsid w:val="00AA1D8D"/>
    <w:rsid w:val="00AA6CB4"/>
    <w:rsid w:val="00B00E70"/>
    <w:rsid w:val="00B23502"/>
    <w:rsid w:val="00B47730"/>
    <w:rsid w:val="00BF4A0A"/>
    <w:rsid w:val="00BF7A23"/>
    <w:rsid w:val="00C60245"/>
    <w:rsid w:val="00C91761"/>
    <w:rsid w:val="00CB0664"/>
    <w:rsid w:val="00D1188C"/>
    <w:rsid w:val="00D251D9"/>
    <w:rsid w:val="00D868CD"/>
    <w:rsid w:val="00D87C9F"/>
    <w:rsid w:val="00DA3C01"/>
    <w:rsid w:val="00DB60A5"/>
    <w:rsid w:val="00DD6BA3"/>
    <w:rsid w:val="00E5609C"/>
    <w:rsid w:val="00E6603C"/>
    <w:rsid w:val="00F02D78"/>
    <w:rsid w:val="00FB682D"/>
    <w:rsid w:val="00FC3362"/>
    <w:rsid w:val="00FC693F"/>
    <w:rsid w:val="00FE1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4CB79D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AA610D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E48312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E48312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E48312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714109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714109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E48312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link w:val="AralkYokChar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AA610D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E48312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E48312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E48312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49533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49533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E48312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E48312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E48312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714109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714109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E48312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E48312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E48312" w:themeColor="accent1"/>
      </w:pBdr>
      <w:spacing w:before="200" w:after="280"/>
      <w:ind w:left="936" w:right="936"/>
    </w:pPr>
    <w:rPr>
      <w:b/>
      <w:bCs/>
      <w:i/>
      <w:iCs/>
      <w:color w:val="E48312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E48312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E48312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BD582C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BD582C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AA610D" w:themeColor="accent1" w:themeShade="BF"/>
    </w:rPr>
    <w:tblPr>
      <w:tblStyleRowBandSize w:val="1"/>
      <w:tblStyleColBandSize w:val="1"/>
      <w:tblBorders>
        <w:top w:val="single" w:sz="8" w:space="0" w:color="E48312" w:themeColor="accent1"/>
        <w:bottom w:val="single" w:sz="8" w:space="0" w:color="E4831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48312" w:themeColor="accent1"/>
          <w:left w:val="nil"/>
          <w:bottom w:val="single" w:sz="8" w:space="0" w:color="E4831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48312" w:themeColor="accent1"/>
          <w:left w:val="nil"/>
          <w:bottom w:val="single" w:sz="8" w:space="0" w:color="E4831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E0C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E0C2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8D4121" w:themeColor="accent2" w:themeShade="BF"/>
    </w:rPr>
    <w:tblPr>
      <w:tblStyleRowBandSize w:val="1"/>
      <w:tblStyleColBandSize w:val="1"/>
      <w:tblBorders>
        <w:top w:val="single" w:sz="8" w:space="0" w:color="BD582C" w:themeColor="accent2"/>
        <w:bottom w:val="single" w:sz="8" w:space="0" w:color="BD582C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D582C" w:themeColor="accent2"/>
          <w:left w:val="nil"/>
          <w:bottom w:val="single" w:sz="8" w:space="0" w:color="BD582C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D582C" w:themeColor="accent2"/>
          <w:left w:val="nil"/>
          <w:bottom w:val="single" w:sz="8" w:space="0" w:color="BD582C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D4C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D4C7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644030" w:themeColor="accent3" w:themeShade="BF"/>
    </w:rPr>
    <w:tblPr>
      <w:tblStyleRowBandSize w:val="1"/>
      <w:tblStyleColBandSize w:val="1"/>
      <w:tblBorders>
        <w:top w:val="single" w:sz="8" w:space="0" w:color="865640" w:themeColor="accent3"/>
        <w:bottom w:val="single" w:sz="8" w:space="0" w:color="86564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65640" w:themeColor="accent3"/>
          <w:left w:val="nil"/>
          <w:bottom w:val="single" w:sz="8" w:space="0" w:color="86564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65640" w:themeColor="accent3"/>
          <w:left w:val="nil"/>
          <w:bottom w:val="single" w:sz="8" w:space="0" w:color="86564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D3C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D3CA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736141" w:themeColor="accent4" w:themeShade="BF"/>
    </w:rPr>
    <w:tblPr>
      <w:tblStyleRowBandSize w:val="1"/>
      <w:tblStyleColBandSize w:val="1"/>
      <w:tblBorders>
        <w:top w:val="single" w:sz="8" w:space="0" w:color="9B8357" w:themeColor="accent4"/>
        <w:bottom w:val="single" w:sz="8" w:space="0" w:color="9B835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8357" w:themeColor="accent4"/>
          <w:left w:val="nil"/>
          <w:bottom w:val="single" w:sz="8" w:space="0" w:color="9B835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8357" w:themeColor="accent4"/>
          <w:left w:val="nil"/>
          <w:bottom w:val="single" w:sz="8" w:space="0" w:color="9B835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0D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E0D4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A29A4E" w:themeColor="accent5" w:themeShade="BF"/>
    </w:rPr>
    <w:tblPr>
      <w:tblStyleRowBandSize w:val="1"/>
      <w:tblStyleColBandSize w:val="1"/>
      <w:tblBorders>
        <w:top w:val="single" w:sz="8" w:space="0" w:color="C2BC80" w:themeColor="accent5"/>
        <w:bottom w:val="single" w:sz="8" w:space="0" w:color="C2BC8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2BC80" w:themeColor="accent5"/>
          <w:left w:val="nil"/>
          <w:bottom w:val="single" w:sz="8" w:space="0" w:color="C2BC8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2BC80" w:themeColor="accent5"/>
          <w:left w:val="nil"/>
          <w:bottom w:val="single" w:sz="8" w:space="0" w:color="C2BC8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EED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0EEDF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6E7B62" w:themeColor="accent6" w:themeShade="BF"/>
    </w:rPr>
    <w:tblPr>
      <w:tblStyleRowBandSize w:val="1"/>
      <w:tblStyleColBandSize w:val="1"/>
      <w:tblBorders>
        <w:top w:val="single" w:sz="8" w:space="0" w:color="94A088" w:themeColor="accent6"/>
        <w:bottom w:val="single" w:sz="8" w:space="0" w:color="94A08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4A088" w:themeColor="accent6"/>
          <w:left w:val="nil"/>
          <w:bottom w:val="single" w:sz="8" w:space="0" w:color="94A08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4A088" w:themeColor="accent6"/>
          <w:left w:val="nil"/>
          <w:bottom w:val="single" w:sz="8" w:space="0" w:color="94A088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E7E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E7E1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E48312" w:themeColor="accent1"/>
        <w:left w:val="single" w:sz="8" w:space="0" w:color="E48312" w:themeColor="accent1"/>
        <w:bottom w:val="single" w:sz="8" w:space="0" w:color="E48312" w:themeColor="accent1"/>
        <w:right w:val="single" w:sz="8" w:space="0" w:color="E4831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4831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48312" w:themeColor="accent1"/>
          <w:left w:val="single" w:sz="8" w:space="0" w:color="E48312" w:themeColor="accent1"/>
          <w:bottom w:val="single" w:sz="8" w:space="0" w:color="E48312" w:themeColor="accent1"/>
          <w:right w:val="single" w:sz="8" w:space="0" w:color="E4831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48312" w:themeColor="accent1"/>
          <w:left w:val="single" w:sz="8" w:space="0" w:color="E48312" w:themeColor="accent1"/>
          <w:bottom w:val="single" w:sz="8" w:space="0" w:color="E48312" w:themeColor="accent1"/>
          <w:right w:val="single" w:sz="8" w:space="0" w:color="E48312" w:themeColor="accent1"/>
        </w:tcBorders>
      </w:tcPr>
    </w:tblStylePr>
    <w:tblStylePr w:type="band1Horz">
      <w:tblPr/>
      <w:tcPr>
        <w:tcBorders>
          <w:top w:val="single" w:sz="8" w:space="0" w:color="E48312" w:themeColor="accent1"/>
          <w:left w:val="single" w:sz="8" w:space="0" w:color="E48312" w:themeColor="accent1"/>
          <w:bottom w:val="single" w:sz="8" w:space="0" w:color="E48312" w:themeColor="accent1"/>
          <w:right w:val="single" w:sz="8" w:space="0" w:color="E48312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D582C" w:themeColor="accent2"/>
        <w:left w:val="single" w:sz="8" w:space="0" w:color="BD582C" w:themeColor="accent2"/>
        <w:bottom w:val="single" w:sz="8" w:space="0" w:color="BD582C" w:themeColor="accent2"/>
        <w:right w:val="single" w:sz="8" w:space="0" w:color="BD582C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D582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D582C" w:themeColor="accent2"/>
          <w:left w:val="single" w:sz="8" w:space="0" w:color="BD582C" w:themeColor="accent2"/>
          <w:bottom w:val="single" w:sz="8" w:space="0" w:color="BD582C" w:themeColor="accent2"/>
          <w:right w:val="single" w:sz="8" w:space="0" w:color="BD582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D582C" w:themeColor="accent2"/>
          <w:left w:val="single" w:sz="8" w:space="0" w:color="BD582C" w:themeColor="accent2"/>
          <w:bottom w:val="single" w:sz="8" w:space="0" w:color="BD582C" w:themeColor="accent2"/>
          <w:right w:val="single" w:sz="8" w:space="0" w:color="BD582C" w:themeColor="accent2"/>
        </w:tcBorders>
      </w:tcPr>
    </w:tblStylePr>
    <w:tblStylePr w:type="band1Horz">
      <w:tblPr/>
      <w:tcPr>
        <w:tcBorders>
          <w:top w:val="single" w:sz="8" w:space="0" w:color="BD582C" w:themeColor="accent2"/>
          <w:left w:val="single" w:sz="8" w:space="0" w:color="BD582C" w:themeColor="accent2"/>
          <w:bottom w:val="single" w:sz="8" w:space="0" w:color="BD582C" w:themeColor="accent2"/>
          <w:right w:val="single" w:sz="8" w:space="0" w:color="BD582C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65640" w:themeColor="accent3"/>
        <w:left w:val="single" w:sz="8" w:space="0" w:color="865640" w:themeColor="accent3"/>
        <w:bottom w:val="single" w:sz="8" w:space="0" w:color="865640" w:themeColor="accent3"/>
        <w:right w:val="single" w:sz="8" w:space="0" w:color="86564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6564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65640" w:themeColor="accent3"/>
          <w:left w:val="single" w:sz="8" w:space="0" w:color="865640" w:themeColor="accent3"/>
          <w:bottom w:val="single" w:sz="8" w:space="0" w:color="865640" w:themeColor="accent3"/>
          <w:right w:val="single" w:sz="8" w:space="0" w:color="86564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65640" w:themeColor="accent3"/>
          <w:left w:val="single" w:sz="8" w:space="0" w:color="865640" w:themeColor="accent3"/>
          <w:bottom w:val="single" w:sz="8" w:space="0" w:color="865640" w:themeColor="accent3"/>
          <w:right w:val="single" w:sz="8" w:space="0" w:color="865640" w:themeColor="accent3"/>
        </w:tcBorders>
      </w:tcPr>
    </w:tblStylePr>
    <w:tblStylePr w:type="band1Horz">
      <w:tblPr/>
      <w:tcPr>
        <w:tcBorders>
          <w:top w:val="single" w:sz="8" w:space="0" w:color="865640" w:themeColor="accent3"/>
          <w:left w:val="single" w:sz="8" w:space="0" w:color="865640" w:themeColor="accent3"/>
          <w:bottom w:val="single" w:sz="8" w:space="0" w:color="865640" w:themeColor="accent3"/>
          <w:right w:val="single" w:sz="8" w:space="0" w:color="865640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8357" w:themeColor="accent4"/>
        <w:left w:val="single" w:sz="8" w:space="0" w:color="9B8357" w:themeColor="accent4"/>
        <w:bottom w:val="single" w:sz="8" w:space="0" w:color="9B8357" w:themeColor="accent4"/>
        <w:right w:val="single" w:sz="8" w:space="0" w:color="9B8357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835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8357" w:themeColor="accent4"/>
          <w:left w:val="single" w:sz="8" w:space="0" w:color="9B8357" w:themeColor="accent4"/>
          <w:bottom w:val="single" w:sz="8" w:space="0" w:color="9B8357" w:themeColor="accent4"/>
          <w:right w:val="single" w:sz="8" w:space="0" w:color="9B835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8357" w:themeColor="accent4"/>
          <w:left w:val="single" w:sz="8" w:space="0" w:color="9B8357" w:themeColor="accent4"/>
          <w:bottom w:val="single" w:sz="8" w:space="0" w:color="9B8357" w:themeColor="accent4"/>
          <w:right w:val="single" w:sz="8" w:space="0" w:color="9B8357" w:themeColor="accent4"/>
        </w:tcBorders>
      </w:tcPr>
    </w:tblStylePr>
    <w:tblStylePr w:type="band1Horz">
      <w:tblPr/>
      <w:tcPr>
        <w:tcBorders>
          <w:top w:val="single" w:sz="8" w:space="0" w:color="9B8357" w:themeColor="accent4"/>
          <w:left w:val="single" w:sz="8" w:space="0" w:color="9B8357" w:themeColor="accent4"/>
          <w:bottom w:val="single" w:sz="8" w:space="0" w:color="9B8357" w:themeColor="accent4"/>
          <w:right w:val="single" w:sz="8" w:space="0" w:color="9B8357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2BC80" w:themeColor="accent5"/>
        <w:left w:val="single" w:sz="8" w:space="0" w:color="C2BC80" w:themeColor="accent5"/>
        <w:bottom w:val="single" w:sz="8" w:space="0" w:color="C2BC80" w:themeColor="accent5"/>
        <w:right w:val="single" w:sz="8" w:space="0" w:color="C2BC8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2BC8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2BC80" w:themeColor="accent5"/>
          <w:left w:val="single" w:sz="8" w:space="0" w:color="C2BC80" w:themeColor="accent5"/>
          <w:bottom w:val="single" w:sz="8" w:space="0" w:color="C2BC80" w:themeColor="accent5"/>
          <w:right w:val="single" w:sz="8" w:space="0" w:color="C2BC8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2BC80" w:themeColor="accent5"/>
          <w:left w:val="single" w:sz="8" w:space="0" w:color="C2BC80" w:themeColor="accent5"/>
          <w:bottom w:val="single" w:sz="8" w:space="0" w:color="C2BC80" w:themeColor="accent5"/>
          <w:right w:val="single" w:sz="8" w:space="0" w:color="C2BC80" w:themeColor="accent5"/>
        </w:tcBorders>
      </w:tcPr>
    </w:tblStylePr>
    <w:tblStylePr w:type="band1Horz">
      <w:tblPr/>
      <w:tcPr>
        <w:tcBorders>
          <w:top w:val="single" w:sz="8" w:space="0" w:color="C2BC80" w:themeColor="accent5"/>
          <w:left w:val="single" w:sz="8" w:space="0" w:color="C2BC80" w:themeColor="accent5"/>
          <w:bottom w:val="single" w:sz="8" w:space="0" w:color="C2BC80" w:themeColor="accent5"/>
          <w:right w:val="single" w:sz="8" w:space="0" w:color="C2BC80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4A088" w:themeColor="accent6"/>
        <w:left w:val="single" w:sz="8" w:space="0" w:color="94A088" w:themeColor="accent6"/>
        <w:bottom w:val="single" w:sz="8" w:space="0" w:color="94A088" w:themeColor="accent6"/>
        <w:right w:val="single" w:sz="8" w:space="0" w:color="94A08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4A08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A088" w:themeColor="accent6"/>
          <w:left w:val="single" w:sz="8" w:space="0" w:color="94A088" w:themeColor="accent6"/>
          <w:bottom w:val="single" w:sz="8" w:space="0" w:color="94A088" w:themeColor="accent6"/>
          <w:right w:val="single" w:sz="8" w:space="0" w:color="94A0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4A088" w:themeColor="accent6"/>
          <w:left w:val="single" w:sz="8" w:space="0" w:color="94A088" w:themeColor="accent6"/>
          <w:bottom w:val="single" w:sz="8" w:space="0" w:color="94A088" w:themeColor="accent6"/>
          <w:right w:val="single" w:sz="8" w:space="0" w:color="94A088" w:themeColor="accent6"/>
        </w:tcBorders>
      </w:tcPr>
    </w:tblStylePr>
    <w:tblStylePr w:type="band1Horz">
      <w:tblPr/>
      <w:tcPr>
        <w:tcBorders>
          <w:top w:val="single" w:sz="8" w:space="0" w:color="94A088" w:themeColor="accent6"/>
          <w:left w:val="single" w:sz="8" w:space="0" w:color="94A088" w:themeColor="accent6"/>
          <w:bottom w:val="single" w:sz="8" w:space="0" w:color="94A088" w:themeColor="accent6"/>
          <w:right w:val="single" w:sz="8" w:space="0" w:color="94A088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48312" w:themeColor="accent1"/>
        <w:left w:val="single" w:sz="8" w:space="0" w:color="E48312" w:themeColor="accent1"/>
        <w:bottom w:val="single" w:sz="8" w:space="0" w:color="E48312" w:themeColor="accent1"/>
        <w:right w:val="single" w:sz="8" w:space="0" w:color="E48312" w:themeColor="accent1"/>
        <w:insideH w:val="single" w:sz="8" w:space="0" w:color="E48312" w:themeColor="accent1"/>
        <w:insideV w:val="single" w:sz="8" w:space="0" w:color="E4831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48312" w:themeColor="accent1"/>
          <w:left w:val="single" w:sz="8" w:space="0" w:color="E48312" w:themeColor="accent1"/>
          <w:bottom w:val="single" w:sz="18" w:space="0" w:color="E48312" w:themeColor="accent1"/>
          <w:right w:val="single" w:sz="8" w:space="0" w:color="E48312" w:themeColor="accent1"/>
          <w:insideH w:val="nil"/>
          <w:insideV w:val="single" w:sz="8" w:space="0" w:color="E4831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48312" w:themeColor="accent1"/>
          <w:left w:val="single" w:sz="8" w:space="0" w:color="E48312" w:themeColor="accent1"/>
          <w:bottom w:val="single" w:sz="8" w:space="0" w:color="E48312" w:themeColor="accent1"/>
          <w:right w:val="single" w:sz="8" w:space="0" w:color="E48312" w:themeColor="accent1"/>
          <w:insideH w:val="nil"/>
          <w:insideV w:val="single" w:sz="8" w:space="0" w:color="E4831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48312" w:themeColor="accent1"/>
          <w:left w:val="single" w:sz="8" w:space="0" w:color="E48312" w:themeColor="accent1"/>
          <w:bottom w:val="single" w:sz="8" w:space="0" w:color="E48312" w:themeColor="accent1"/>
          <w:right w:val="single" w:sz="8" w:space="0" w:color="E48312" w:themeColor="accent1"/>
        </w:tcBorders>
      </w:tcPr>
    </w:tblStylePr>
    <w:tblStylePr w:type="band1Vert">
      <w:tblPr/>
      <w:tcPr>
        <w:tcBorders>
          <w:top w:val="single" w:sz="8" w:space="0" w:color="E48312" w:themeColor="accent1"/>
          <w:left w:val="single" w:sz="8" w:space="0" w:color="E48312" w:themeColor="accent1"/>
          <w:bottom w:val="single" w:sz="8" w:space="0" w:color="E48312" w:themeColor="accent1"/>
          <w:right w:val="single" w:sz="8" w:space="0" w:color="E48312" w:themeColor="accent1"/>
        </w:tcBorders>
        <w:shd w:val="clear" w:color="auto" w:fill="FAE0C2" w:themeFill="accent1" w:themeFillTint="3F"/>
      </w:tcPr>
    </w:tblStylePr>
    <w:tblStylePr w:type="band1Horz">
      <w:tblPr/>
      <w:tcPr>
        <w:tcBorders>
          <w:top w:val="single" w:sz="8" w:space="0" w:color="E48312" w:themeColor="accent1"/>
          <w:left w:val="single" w:sz="8" w:space="0" w:color="E48312" w:themeColor="accent1"/>
          <w:bottom w:val="single" w:sz="8" w:space="0" w:color="E48312" w:themeColor="accent1"/>
          <w:right w:val="single" w:sz="8" w:space="0" w:color="E48312" w:themeColor="accent1"/>
          <w:insideV w:val="single" w:sz="8" w:space="0" w:color="E48312" w:themeColor="accent1"/>
        </w:tcBorders>
        <w:shd w:val="clear" w:color="auto" w:fill="FAE0C2" w:themeFill="accent1" w:themeFillTint="3F"/>
      </w:tcPr>
    </w:tblStylePr>
    <w:tblStylePr w:type="band2Horz">
      <w:tblPr/>
      <w:tcPr>
        <w:tcBorders>
          <w:top w:val="single" w:sz="8" w:space="0" w:color="E48312" w:themeColor="accent1"/>
          <w:left w:val="single" w:sz="8" w:space="0" w:color="E48312" w:themeColor="accent1"/>
          <w:bottom w:val="single" w:sz="8" w:space="0" w:color="E48312" w:themeColor="accent1"/>
          <w:right w:val="single" w:sz="8" w:space="0" w:color="E48312" w:themeColor="accent1"/>
          <w:insideV w:val="single" w:sz="8" w:space="0" w:color="E48312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D582C" w:themeColor="accent2"/>
        <w:left w:val="single" w:sz="8" w:space="0" w:color="BD582C" w:themeColor="accent2"/>
        <w:bottom w:val="single" w:sz="8" w:space="0" w:color="BD582C" w:themeColor="accent2"/>
        <w:right w:val="single" w:sz="8" w:space="0" w:color="BD582C" w:themeColor="accent2"/>
        <w:insideH w:val="single" w:sz="8" w:space="0" w:color="BD582C" w:themeColor="accent2"/>
        <w:insideV w:val="single" w:sz="8" w:space="0" w:color="BD582C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D582C" w:themeColor="accent2"/>
          <w:left w:val="single" w:sz="8" w:space="0" w:color="BD582C" w:themeColor="accent2"/>
          <w:bottom w:val="single" w:sz="18" w:space="0" w:color="BD582C" w:themeColor="accent2"/>
          <w:right w:val="single" w:sz="8" w:space="0" w:color="BD582C" w:themeColor="accent2"/>
          <w:insideH w:val="nil"/>
          <w:insideV w:val="single" w:sz="8" w:space="0" w:color="BD582C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D582C" w:themeColor="accent2"/>
          <w:left w:val="single" w:sz="8" w:space="0" w:color="BD582C" w:themeColor="accent2"/>
          <w:bottom w:val="single" w:sz="8" w:space="0" w:color="BD582C" w:themeColor="accent2"/>
          <w:right w:val="single" w:sz="8" w:space="0" w:color="BD582C" w:themeColor="accent2"/>
          <w:insideH w:val="nil"/>
          <w:insideV w:val="single" w:sz="8" w:space="0" w:color="BD582C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D582C" w:themeColor="accent2"/>
          <w:left w:val="single" w:sz="8" w:space="0" w:color="BD582C" w:themeColor="accent2"/>
          <w:bottom w:val="single" w:sz="8" w:space="0" w:color="BD582C" w:themeColor="accent2"/>
          <w:right w:val="single" w:sz="8" w:space="0" w:color="BD582C" w:themeColor="accent2"/>
        </w:tcBorders>
      </w:tcPr>
    </w:tblStylePr>
    <w:tblStylePr w:type="band1Vert">
      <w:tblPr/>
      <w:tcPr>
        <w:tcBorders>
          <w:top w:val="single" w:sz="8" w:space="0" w:color="BD582C" w:themeColor="accent2"/>
          <w:left w:val="single" w:sz="8" w:space="0" w:color="BD582C" w:themeColor="accent2"/>
          <w:bottom w:val="single" w:sz="8" w:space="0" w:color="BD582C" w:themeColor="accent2"/>
          <w:right w:val="single" w:sz="8" w:space="0" w:color="BD582C" w:themeColor="accent2"/>
        </w:tcBorders>
        <w:shd w:val="clear" w:color="auto" w:fill="F2D4C7" w:themeFill="accent2" w:themeFillTint="3F"/>
      </w:tcPr>
    </w:tblStylePr>
    <w:tblStylePr w:type="band1Horz">
      <w:tblPr/>
      <w:tcPr>
        <w:tcBorders>
          <w:top w:val="single" w:sz="8" w:space="0" w:color="BD582C" w:themeColor="accent2"/>
          <w:left w:val="single" w:sz="8" w:space="0" w:color="BD582C" w:themeColor="accent2"/>
          <w:bottom w:val="single" w:sz="8" w:space="0" w:color="BD582C" w:themeColor="accent2"/>
          <w:right w:val="single" w:sz="8" w:space="0" w:color="BD582C" w:themeColor="accent2"/>
          <w:insideV w:val="single" w:sz="8" w:space="0" w:color="BD582C" w:themeColor="accent2"/>
        </w:tcBorders>
        <w:shd w:val="clear" w:color="auto" w:fill="F2D4C7" w:themeFill="accent2" w:themeFillTint="3F"/>
      </w:tcPr>
    </w:tblStylePr>
    <w:tblStylePr w:type="band2Horz">
      <w:tblPr/>
      <w:tcPr>
        <w:tcBorders>
          <w:top w:val="single" w:sz="8" w:space="0" w:color="BD582C" w:themeColor="accent2"/>
          <w:left w:val="single" w:sz="8" w:space="0" w:color="BD582C" w:themeColor="accent2"/>
          <w:bottom w:val="single" w:sz="8" w:space="0" w:color="BD582C" w:themeColor="accent2"/>
          <w:right w:val="single" w:sz="8" w:space="0" w:color="BD582C" w:themeColor="accent2"/>
          <w:insideV w:val="single" w:sz="8" w:space="0" w:color="BD582C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65640" w:themeColor="accent3"/>
        <w:left w:val="single" w:sz="8" w:space="0" w:color="865640" w:themeColor="accent3"/>
        <w:bottom w:val="single" w:sz="8" w:space="0" w:color="865640" w:themeColor="accent3"/>
        <w:right w:val="single" w:sz="8" w:space="0" w:color="865640" w:themeColor="accent3"/>
        <w:insideH w:val="single" w:sz="8" w:space="0" w:color="865640" w:themeColor="accent3"/>
        <w:insideV w:val="single" w:sz="8" w:space="0" w:color="86564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65640" w:themeColor="accent3"/>
          <w:left w:val="single" w:sz="8" w:space="0" w:color="865640" w:themeColor="accent3"/>
          <w:bottom w:val="single" w:sz="18" w:space="0" w:color="865640" w:themeColor="accent3"/>
          <w:right w:val="single" w:sz="8" w:space="0" w:color="865640" w:themeColor="accent3"/>
          <w:insideH w:val="nil"/>
          <w:insideV w:val="single" w:sz="8" w:space="0" w:color="86564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65640" w:themeColor="accent3"/>
          <w:left w:val="single" w:sz="8" w:space="0" w:color="865640" w:themeColor="accent3"/>
          <w:bottom w:val="single" w:sz="8" w:space="0" w:color="865640" w:themeColor="accent3"/>
          <w:right w:val="single" w:sz="8" w:space="0" w:color="865640" w:themeColor="accent3"/>
          <w:insideH w:val="nil"/>
          <w:insideV w:val="single" w:sz="8" w:space="0" w:color="86564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65640" w:themeColor="accent3"/>
          <w:left w:val="single" w:sz="8" w:space="0" w:color="865640" w:themeColor="accent3"/>
          <w:bottom w:val="single" w:sz="8" w:space="0" w:color="865640" w:themeColor="accent3"/>
          <w:right w:val="single" w:sz="8" w:space="0" w:color="865640" w:themeColor="accent3"/>
        </w:tcBorders>
      </w:tcPr>
    </w:tblStylePr>
    <w:tblStylePr w:type="band1Vert">
      <w:tblPr/>
      <w:tcPr>
        <w:tcBorders>
          <w:top w:val="single" w:sz="8" w:space="0" w:color="865640" w:themeColor="accent3"/>
          <w:left w:val="single" w:sz="8" w:space="0" w:color="865640" w:themeColor="accent3"/>
          <w:bottom w:val="single" w:sz="8" w:space="0" w:color="865640" w:themeColor="accent3"/>
          <w:right w:val="single" w:sz="8" w:space="0" w:color="865640" w:themeColor="accent3"/>
        </w:tcBorders>
        <w:shd w:val="clear" w:color="auto" w:fill="E6D3CA" w:themeFill="accent3" w:themeFillTint="3F"/>
      </w:tcPr>
    </w:tblStylePr>
    <w:tblStylePr w:type="band1Horz">
      <w:tblPr/>
      <w:tcPr>
        <w:tcBorders>
          <w:top w:val="single" w:sz="8" w:space="0" w:color="865640" w:themeColor="accent3"/>
          <w:left w:val="single" w:sz="8" w:space="0" w:color="865640" w:themeColor="accent3"/>
          <w:bottom w:val="single" w:sz="8" w:space="0" w:color="865640" w:themeColor="accent3"/>
          <w:right w:val="single" w:sz="8" w:space="0" w:color="865640" w:themeColor="accent3"/>
          <w:insideV w:val="single" w:sz="8" w:space="0" w:color="865640" w:themeColor="accent3"/>
        </w:tcBorders>
        <w:shd w:val="clear" w:color="auto" w:fill="E6D3CA" w:themeFill="accent3" w:themeFillTint="3F"/>
      </w:tcPr>
    </w:tblStylePr>
    <w:tblStylePr w:type="band2Horz">
      <w:tblPr/>
      <w:tcPr>
        <w:tcBorders>
          <w:top w:val="single" w:sz="8" w:space="0" w:color="865640" w:themeColor="accent3"/>
          <w:left w:val="single" w:sz="8" w:space="0" w:color="865640" w:themeColor="accent3"/>
          <w:bottom w:val="single" w:sz="8" w:space="0" w:color="865640" w:themeColor="accent3"/>
          <w:right w:val="single" w:sz="8" w:space="0" w:color="865640" w:themeColor="accent3"/>
          <w:insideV w:val="single" w:sz="8" w:space="0" w:color="865640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8357" w:themeColor="accent4"/>
        <w:left w:val="single" w:sz="8" w:space="0" w:color="9B8357" w:themeColor="accent4"/>
        <w:bottom w:val="single" w:sz="8" w:space="0" w:color="9B8357" w:themeColor="accent4"/>
        <w:right w:val="single" w:sz="8" w:space="0" w:color="9B8357" w:themeColor="accent4"/>
        <w:insideH w:val="single" w:sz="8" w:space="0" w:color="9B8357" w:themeColor="accent4"/>
        <w:insideV w:val="single" w:sz="8" w:space="0" w:color="9B835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8357" w:themeColor="accent4"/>
          <w:left w:val="single" w:sz="8" w:space="0" w:color="9B8357" w:themeColor="accent4"/>
          <w:bottom w:val="single" w:sz="18" w:space="0" w:color="9B8357" w:themeColor="accent4"/>
          <w:right w:val="single" w:sz="8" w:space="0" w:color="9B8357" w:themeColor="accent4"/>
          <w:insideH w:val="nil"/>
          <w:insideV w:val="single" w:sz="8" w:space="0" w:color="9B835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8357" w:themeColor="accent4"/>
          <w:left w:val="single" w:sz="8" w:space="0" w:color="9B8357" w:themeColor="accent4"/>
          <w:bottom w:val="single" w:sz="8" w:space="0" w:color="9B8357" w:themeColor="accent4"/>
          <w:right w:val="single" w:sz="8" w:space="0" w:color="9B8357" w:themeColor="accent4"/>
          <w:insideH w:val="nil"/>
          <w:insideV w:val="single" w:sz="8" w:space="0" w:color="9B835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8357" w:themeColor="accent4"/>
          <w:left w:val="single" w:sz="8" w:space="0" w:color="9B8357" w:themeColor="accent4"/>
          <w:bottom w:val="single" w:sz="8" w:space="0" w:color="9B8357" w:themeColor="accent4"/>
          <w:right w:val="single" w:sz="8" w:space="0" w:color="9B8357" w:themeColor="accent4"/>
        </w:tcBorders>
      </w:tcPr>
    </w:tblStylePr>
    <w:tblStylePr w:type="band1Vert">
      <w:tblPr/>
      <w:tcPr>
        <w:tcBorders>
          <w:top w:val="single" w:sz="8" w:space="0" w:color="9B8357" w:themeColor="accent4"/>
          <w:left w:val="single" w:sz="8" w:space="0" w:color="9B8357" w:themeColor="accent4"/>
          <w:bottom w:val="single" w:sz="8" w:space="0" w:color="9B8357" w:themeColor="accent4"/>
          <w:right w:val="single" w:sz="8" w:space="0" w:color="9B8357" w:themeColor="accent4"/>
        </w:tcBorders>
        <w:shd w:val="clear" w:color="auto" w:fill="E7E0D4" w:themeFill="accent4" w:themeFillTint="3F"/>
      </w:tcPr>
    </w:tblStylePr>
    <w:tblStylePr w:type="band1Horz">
      <w:tblPr/>
      <w:tcPr>
        <w:tcBorders>
          <w:top w:val="single" w:sz="8" w:space="0" w:color="9B8357" w:themeColor="accent4"/>
          <w:left w:val="single" w:sz="8" w:space="0" w:color="9B8357" w:themeColor="accent4"/>
          <w:bottom w:val="single" w:sz="8" w:space="0" w:color="9B8357" w:themeColor="accent4"/>
          <w:right w:val="single" w:sz="8" w:space="0" w:color="9B8357" w:themeColor="accent4"/>
          <w:insideV w:val="single" w:sz="8" w:space="0" w:color="9B8357" w:themeColor="accent4"/>
        </w:tcBorders>
        <w:shd w:val="clear" w:color="auto" w:fill="E7E0D4" w:themeFill="accent4" w:themeFillTint="3F"/>
      </w:tcPr>
    </w:tblStylePr>
    <w:tblStylePr w:type="band2Horz">
      <w:tblPr/>
      <w:tcPr>
        <w:tcBorders>
          <w:top w:val="single" w:sz="8" w:space="0" w:color="9B8357" w:themeColor="accent4"/>
          <w:left w:val="single" w:sz="8" w:space="0" w:color="9B8357" w:themeColor="accent4"/>
          <w:bottom w:val="single" w:sz="8" w:space="0" w:color="9B8357" w:themeColor="accent4"/>
          <w:right w:val="single" w:sz="8" w:space="0" w:color="9B8357" w:themeColor="accent4"/>
          <w:insideV w:val="single" w:sz="8" w:space="0" w:color="9B8357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2BC80" w:themeColor="accent5"/>
        <w:left w:val="single" w:sz="8" w:space="0" w:color="C2BC80" w:themeColor="accent5"/>
        <w:bottom w:val="single" w:sz="8" w:space="0" w:color="C2BC80" w:themeColor="accent5"/>
        <w:right w:val="single" w:sz="8" w:space="0" w:color="C2BC80" w:themeColor="accent5"/>
        <w:insideH w:val="single" w:sz="8" w:space="0" w:color="C2BC80" w:themeColor="accent5"/>
        <w:insideV w:val="single" w:sz="8" w:space="0" w:color="C2BC8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2BC80" w:themeColor="accent5"/>
          <w:left w:val="single" w:sz="8" w:space="0" w:color="C2BC80" w:themeColor="accent5"/>
          <w:bottom w:val="single" w:sz="18" w:space="0" w:color="C2BC80" w:themeColor="accent5"/>
          <w:right w:val="single" w:sz="8" w:space="0" w:color="C2BC80" w:themeColor="accent5"/>
          <w:insideH w:val="nil"/>
          <w:insideV w:val="single" w:sz="8" w:space="0" w:color="C2BC8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2BC80" w:themeColor="accent5"/>
          <w:left w:val="single" w:sz="8" w:space="0" w:color="C2BC80" w:themeColor="accent5"/>
          <w:bottom w:val="single" w:sz="8" w:space="0" w:color="C2BC80" w:themeColor="accent5"/>
          <w:right w:val="single" w:sz="8" w:space="0" w:color="C2BC80" w:themeColor="accent5"/>
          <w:insideH w:val="nil"/>
          <w:insideV w:val="single" w:sz="8" w:space="0" w:color="C2BC8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2BC80" w:themeColor="accent5"/>
          <w:left w:val="single" w:sz="8" w:space="0" w:color="C2BC80" w:themeColor="accent5"/>
          <w:bottom w:val="single" w:sz="8" w:space="0" w:color="C2BC80" w:themeColor="accent5"/>
          <w:right w:val="single" w:sz="8" w:space="0" w:color="C2BC80" w:themeColor="accent5"/>
        </w:tcBorders>
      </w:tcPr>
    </w:tblStylePr>
    <w:tblStylePr w:type="band1Vert">
      <w:tblPr/>
      <w:tcPr>
        <w:tcBorders>
          <w:top w:val="single" w:sz="8" w:space="0" w:color="C2BC80" w:themeColor="accent5"/>
          <w:left w:val="single" w:sz="8" w:space="0" w:color="C2BC80" w:themeColor="accent5"/>
          <w:bottom w:val="single" w:sz="8" w:space="0" w:color="C2BC80" w:themeColor="accent5"/>
          <w:right w:val="single" w:sz="8" w:space="0" w:color="C2BC80" w:themeColor="accent5"/>
        </w:tcBorders>
        <w:shd w:val="clear" w:color="auto" w:fill="F0EEDF" w:themeFill="accent5" w:themeFillTint="3F"/>
      </w:tcPr>
    </w:tblStylePr>
    <w:tblStylePr w:type="band1Horz">
      <w:tblPr/>
      <w:tcPr>
        <w:tcBorders>
          <w:top w:val="single" w:sz="8" w:space="0" w:color="C2BC80" w:themeColor="accent5"/>
          <w:left w:val="single" w:sz="8" w:space="0" w:color="C2BC80" w:themeColor="accent5"/>
          <w:bottom w:val="single" w:sz="8" w:space="0" w:color="C2BC80" w:themeColor="accent5"/>
          <w:right w:val="single" w:sz="8" w:space="0" w:color="C2BC80" w:themeColor="accent5"/>
          <w:insideV w:val="single" w:sz="8" w:space="0" w:color="C2BC80" w:themeColor="accent5"/>
        </w:tcBorders>
        <w:shd w:val="clear" w:color="auto" w:fill="F0EEDF" w:themeFill="accent5" w:themeFillTint="3F"/>
      </w:tcPr>
    </w:tblStylePr>
    <w:tblStylePr w:type="band2Horz">
      <w:tblPr/>
      <w:tcPr>
        <w:tcBorders>
          <w:top w:val="single" w:sz="8" w:space="0" w:color="C2BC80" w:themeColor="accent5"/>
          <w:left w:val="single" w:sz="8" w:space="0" w:color="C2BC80" w:themeColor="accent5"/>
          <w:bottom w:val="single" w:sz="8" w:space="0" w:color="C2BC80" w:themeColor="accent5"/>
          <w:right w:val="single" w:sz="8" w:space="0" w:color="C2BC80" w:themeColor="accent5"/>
          <w:insideV w:val="single" w:sz="8" w:space="0" w:color="C2BC80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4A088" w:themeColor="accent6"/>
        <w:left w:val="single" w:sz="8" w:space="0" w:color="94A088" w:themeColor="accent6"/>
        <w:bottom w:val="single" w:sz="8" w:space="0" w:color="94A088" w:themeColor="accent6"/>
        <w:right w:val="single" w:sz="8" w:space="0" w:color="94A088" w:themeColor="accent6"/>
        <w:insideH w:val="single" w:sz="8" w:space="0" w:color="94A088" w:themeColor="accent6"/>
        <w:insideV w:val="single" w:sz="8" w:space="0" w:color="94A08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4A088" w:themeColor="accent6"/>
          <w:left w:val="single" w:sz="8" w:space="0" w:color="94A088" w:themeColor="accent6"/>
          <w:bottom w:val="single" w:sz="18" w:space="0" w:color="94A088" w:themeColor="accent6"/>
          <w:right w:val="single" w:sz="8" w:space="0" w:color="94A088" w:themeColor="accent6"/>
          <w:insideH w:val="nil"/>
          <w:insideV w:val="single" w:sz="8" w:space="0" w:color="94A08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4A088" w:themeColor="accent6"/>
          <w:left w:val="single" w:sz="8" w:space="0" w:color="94A088" w:themeColor="accent6"/>
          <w:bottom w:val="single" w:sz="8" w:space="0" w:color="94A088" w:themeColor="accent6"/>
          <w:right w:val="single" w:sz="8" w:space="0" w:color="94A088" w:themeColor="accent6"/>
          <w:insideH w:val="nil"/>
          <w:insideV w:val="single" w:sz="8" w:space="0" w:color="94A08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4A088" w:themeColor="accent6"/>
          <w:left w:val="single" w:sz="8" w:space="0" w:color="94A088" w:themeColor="accent6"/>
          <w:bottom w:val="single" w:sz="8" w:space="0" w:color="94A088" w:themeColor="accent6"/>
          <w:right w:val="single" w:sz="8" w:space="0" w:color="94A088" w:themeColor="accent6"/>
        </w:tcBorders>
      </w:tcPr>
    </w:tblStylePr>
    <w:tblStylePr w:type="band1Vert">
      <w:tblPr/>
      <w:tcPr>
        <w:tcBorders>
          <w:top w:val="single" w:sz="8" w:space="0" w:color="94A088" w:themeColor="accent6"/>
          <w:left w:val="single" w:sz="8" w:space="0" w:color="94A088" w:themeColor="accent6"/>
          <w:bottom w:val="single" w:sz="8" w:space="0" w:color="94A088" w:themeColor="accent6"/>
          <w:right w:val="single" w:sz="8" w:space="0" w:color="94A088" w:themeColor="accent6"/>
        </w:tcBorders>
        <w:shd w:val="clear" w:color="auto" w:fill="E4E7E1" w:themeFill="accent6" w:themeFillTint="3F"/>
      </w:tcPr>
    </w:tblStylePr>
    <w:tblStylePr w:type="band1Horz">
      <w:tblPr/>
      <w:tcPr>
        <w:tcBorders>
          <w:top w:val="single" w:sz="8" w:space="0" w:color="94A088" w:themeColor="accent6"/>
          <w:left w:val="single" w:sz="8" w:space="0" w:color="94A088" w:themeColor="accent6"/>
          <w:bottom w:val="single" w:sz="8" w:space="0" w:color="94A088" w:themeColor="accent6"/>
          <w:right w:val="single" w:sz="8" w:space="0" w:color="94A088" w:themeColor="accent6"/>
          <w:insideV w:val="single" w:sz="8" w:space="0" w:color="94A088" w:themeColor="accent6"/>
        </w:tcBorders>
        <w:shd w:val="clear" w:color="auto" w:fill="E4E7E1" w:themeFill="accent6" w:themeFillTint="3F"/>
      </w:tcPr>
    </w:tblStylePr>
    <w:tblStylePr w:type="band2Horz">
      <w:tblPr/>
      <w:tcPr>
        <w:tcBorders>
          <w:top w:val="single" w:sz="8" w:space="0" w:color="94A088" w:themeColor="accent6"/>
          <w:left w:val="single" w:sz="8" w:space="0" w:color="94A088" w:themeColor="accent6"/>
          <w:bottom w:val="single" w:sz="8" w:space="0" w:color="94A088" w:themeColor="accent6"/>
          <w:right w:val="single" w:sz="8" w:space="0" w:color="94A088" w:themeColor="accent6"/>
          <w:insideV w:val="single" w:sz="8" w:space="0" w:color="94A088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0A247" w:themeColor="accent1" w:themeTint="BF"/>
        <w:left w:val="single" w:sz="8" w:space="0" w:color="F0A247" w:themeColor="accent1" w:themeTint="BF"/>
        <w:bottom w:val="single" w:sz="8" w:space="0" w:color="F0A247" w:themeColor="accent1" w:themeTint="BF"/>
        <w:right w:val="single" w:sz="8" w:space="0" w:color="F0A247" w:themeColor="accent1" w:themeTint="BF"/>
        <w:insideH w:val="single" w:sz="8" w:space="0" w:color="F0A247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0A247" w:themeColor="accent1" w:themeTint="BF"/>
          <w:left w:val="single" w:sz="8" w:space="0" w:color="F0A247" w:themeColor="accent1" w:themeTint="BF"/>
          <w:bottom w:val="single" w:sz="8" w:space="0" w:color="F0A247" w:themeColor="accent1" w:themeTint="BF"/>
          <w:right w:val="single" w:sz="8" w:space="0" w:color="F0A247" w:themeColor="accent1" w:themeTint="BF"/>
          <w:insideH w:val="nil"/>
          <w:insideV w:val="nil"/>
        </w:tcBorders>
        <w:shd w:val="clear" w:color="auto" w:fill="E4831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A247" w:themeColor="accent1" w:themeTint="BF"/>
          <w:left w:val="single" w:sz="8" w:space="0" w:color="F0A247" w:themeColor="accent1" w:themeTint="BF"/>
          <w:bottom w:val="single" w:sz="8" w:space="0" w:color="F0A247" w:themeColor="accent1" w:themeTint="BF"/>
          <w:right w:val="single" w:sz="8" w:space="0" w:color="F0A247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0C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E0C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D77D56" w:themeColor="accent2" w:themeTint="BF"/>
        <w:left w:val="single" w:sz="8" w:space="0" w:color="D77D56" w:themeColor="accent2" w:themeTint="BF"/>
        <w:bottom w:val="single" w:sz="8" w:space="0" w:color="D77D56" w:themeColor="accent2" w:themeTint="BF"/>
        <w:right w:val="single" w:sz="8" w:space="0" w:color="D77D56" w:themeColor="accent2" w:themeTint="BF"/>
        <w:insideH w:val="single" w:sz="8" w:space="0" w:color="D77D56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77D56" w:themeColor="accent2" w:themeTint="BF"/>
          <w:left w:val="single" w:sz="8" w:space="0" w:color="D77D56" w:themeColor="accent2" w:themeTint="BF"/>
          <w:bottom w:val="single" w:sz="8" w:space="0" w:color="D77D56" w:themeColor="accent2" w:themeTint="BF"/>
          <w:right w:val="single" w:sz="8" w:space="0" w:color="D77D56" w:themeColor="accent2" w:themeTint="BF"/>
          <w:insideH w:val="nil"/>
          <w:insideV w:val="nil"/>
        </w:tcBorders>
        <w:shd w:val="clear" w:color="auto" w:fill="BD582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77D56" w:themeColor="accent2" w:themeTint="BF"/>
          <w:left w:val="single" w:sz="8" w:space="0" w:color="D77D56" w:themeColor="accent2" w:themeTint="BF"/>
          <w:bottom w:val="single" w:sz="8" w:space="0" w:color="D77D56" w:themeColor="accent2" w:themeTint="BF"/>
          <w:right w:val="single" w:sz="8" w:space="0" w:color="D77D56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4C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2D4C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7A60" w:themeColor="accent3" w:themeTint="BF"/>
        <w:left w:val="single" w:sz="8" w:space="0" w:color="B37A60" w:themeColor="accent3" w:themeTint="BF"/>
        <w:bottom w:val="single" w:sz="8" w:space="0" w:color="B37A60" w:themeColor="accent3" w:themeTint="BF"/>
        <w:right w:val="single" w:sz="8" w:space="0" w:color="B37A60" w:themeColor="accent3" w:themeTint="BF"/>
        <w:insideH w:val="single" w:sz="8" w:space="0" w:color="B37A6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7A60" w:themeColor="accent3" w:themeTint="BF"/>
          <w:left w:val="single" w:sz="8" w:space="0" w:color="B37A60" w:themeColor="accent3" w:themeTint="BF"/>
          <w:bottom w:val="single" w:sz="8" w:space="0" w:color="B37A60" w:themeColor="accent3" w:themeTint="BF"/>
          <w:right w:val="single" w:sz="8" w:space="0" w:color="B37A60" w:themeColor="accent3" w:themeTint="BF"/>
          <w:insideH w:val="nil"/>
          <w:insideV w:val="nil"/>
        </w:tcBorders>
        <w:shd w:val="clear" w:color="auto" w:fill="86564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7A60" w:themeColor="accent3" w:themeTint="BF"/>
          <w:left w:val="single" w:sz="8" w:space="0" w:color="B37A60" w:themeColor="accent3" w:themeTint="BF"/>
          <w:bottom w:val="single" w:sz="8" w:space="0" w:color="B37A60" w:themeColor="accent3" w:themeTint="BF"/>
          <w:right w:val="single" w:sz="8" w:space="0" w:color="B37A6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D3C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D3C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6A27E" w:themeColor="accent4" w:themeTint="BF"/>
        <w:left w:val="single" w:sz="8" w:space="0" w:color="B6A27E" w:themeColor="accent4" w:themeTint="BF"/>
        <w:bottom w:val="single" w:sz="8" w:space="0" w:color="B6A27E" w:themeColor="accent4" w:themeTint="BF"/>
        <w:right w:val="single" w:sz="8" w:space="0" w:color="B6A27E" w:themeColor="accent4" w:themeTint="BF"/>
        <w:insideH w:val="single" w:sz="8" w:space="0" w:color="B6A27E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6A27E" w:themeColor="accent4" w:themeTint="BF"/>
          <w:left w:val="single" w:sz="8" w:space="0" w:color="B6A27E" w:themeColor="accent4" w:themeTint="BF"/>
          <w:bottom w:val="single" w:sz="8" w:space="0" w:color="B6A27E" w:themeColor="accent4" w:themeTint="BF"/>
          <w:right w:val="single" w:sz="8" w:space="0" w:color="B6A27E" w:themeColor="accent4" w:themeTint="BF"/>
          <w:insideH w:val="nil"/>
          <w:insideV w:val="nil"/>
        </w:tcBorders>
        <w:shd w:val="clear" w:color="auto" w:fill="9B835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6A27E" w:themeColor="accent4" w:themeTint="BF"/>
          <w:left w:val="single" w:sz="8" w:space="0" w:color="B6A27E" w:themeColor="accent4" w:themeTint="BF"/>
          <w:bottom w:val="single" w:sz="8" w:space="0" w:color="B6A27E" w:themeColor="accent4" w:themeTint="BF"/>
          <w:right w:val="single" w:sz="8" w:space="0" w:color="B6A27E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0D4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E0D4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D1CC9F" w:themeColor="accent5" w:themeTint="BF"/>
        <w:left w:val="single" w:sz="8" w:space="0" w:color="D1CC9F" w:themeColor="accent5" w:themeTint="BF"/>
        <w:bottom w:val="single" w:sz="8" w:space="0" w:color="D1CC9F" w:themeColor="accent5" w:themeTint="BF"/>
        <w:right w:val="single" w:sz="8" w:space="0" w:color="D1CC9F" w:themeColor="accent5" w:themeTint="BF"/>
        <w:insideH w:val="single" w:sz="8" w:space="0" w:color="D1CC9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1CC9F" w:themeColor="accent5" w:themeTint="BF"/>
          <w:left w:val="single" w:sz="8" w:space="0" w:color="D1CC9F" w:themeColor="accent5" w:themeTint="BF"/>
          <w:bottom w:val="single" w:sz="8" w:space="0" w:color="D1CC9F" w:themeColor="accent5" w:themeTint="BF"/>
          <w:right w:val="single" w:sz="8" w:space="0" w:color="D1CC9F" w:themeColor="accent5" w:themeTint="BF"/>
          <w:insideH w:val="nil"/>
          <w:insideV w:val="nil"/>
        </w:tcBorders>
        <w:shd w:val="clear" w:color="auto" w:fill="C2BC8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1CC9F" w:themeColor="accent5" w:themeTint="BF"/>
          <w:left w:val="single" w:sz="8" w:space="0" w:color="D1CC9F" w:themeColor="accent5" w:themeTint="BF"/>
          <w:bottom w:val="single" w:sz="8" w:space="0" w:color="D1CC9F" w:themeColor="accent5" w:themeTint="BF"/>
          <w:right w:val="single" w:sz="8" w:space="0" w:color="D1CC9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ED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0EED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AEB7A5" w:themeColor="accent6" w:themeTint="BF"/>
        <w:left w:val="single" w:sz="8" w:space="0" w:color="AEB7A5" w:themeColor="accent6" w:themeTint="BF"/>
        <w:bottom w:val="single" w:sz="8" w:space="0" w:color="AEB7A5" w:themeColor="accent6" w:themeTint="BF"/>
        <w:right w:val="single" w:sz="8" w:space="0" w:color="AEB7A5" w:themeColor="accent6" w:themeTint="BF"/>
        <w:insideH w:val="single" w:sz="8" w:space="0" w:color="AEB7A5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EB7A5" w:themeColor="accent6" w:themeTint="BF"/>
          <w:left w:val="single" w:sz="8" w:space="0" w:color="AEB7A5" w:themeColor="accent6" w:themeTint="BF"/>
          <w:bottom w:val="single" w:sz="8" w:space="0" w:color="AEB7A5" w:themeColor="accent6" w:themeTint="BF"/>
          <w:right w:val="single" w:sz="8" w:space="0" w:color="AEB7A5" w:themeColor="accent6" w:themeTint="BF"/>
          <w:insideH w:val="nil"/>
          <w:insideV w:val="nil"/>
        </w:tcBorders>
        <w:shd w:val="clear" w:color="auto" w:fill="94A08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EB7A5" w:themeColor="accent6" w:themeTint="BF"/>
          <w:left w:val="single" w:sz="8" w:space="0" w:color="AEB7A5" w:themeColor="accent6" w:themeTint="BF"/>
          <w:bottom w:val="single" w:sz="8" w:space="0" w:color="AEB7A5" w:themeColor="accent6" w:themeTint="BF"/>
          <w:right w:val="single" w:sz="8" w:space="0" w:color="AEB7A5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E7E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4831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4831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4831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D582C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D582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D582C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6564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6564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6564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835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835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835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2BC8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2BC8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2BC8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4A088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4A08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4A08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637052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48312" w:themeColor="accent1"/>
        <w:bottom w:val="single" w:sz="8" w:space="0" w:color="E4831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48312" w:themeColor="accent1"/>
        </w:tcBorders>
      </w:tcPr>
    </w:tblStylePr>
    <w:tblStylePr w:type="lastRow">
      <w:rPr>
        <w:b/>
        <w:bCs/>
        <w:color w:val="637052" w:themeColor="text2"/>
      </w:rPr>
      <w:tblPr/>
      <w:tcPr>
        <w:tcBorders>
          <w:top w:val="single" w:sz="8" w:space="0" w:color="E48312" w:themeColor="accent1"/>
          <w:bottom w:val="single" w:sz="8" w:space="0" w:color="E4831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48312" w:themeColor="accent1"/>
          <w:bottom w:val="single" w:sz="8" w:space="0" w:color="E48312" w:themeColor="accent1"/>
        </w:tcBorders>
      </w:tcPr>
    </w:tblStylePr>
    <w:tblStylePr w:type="band1Vert">
      <w:tblPr/>
      <w:tcPr>
        <w:shd w:val="clear" w:color="auto" w:fill="FAE0C2" w:themeFill="accent1" w:themeFillTint="3F"/>
      </w:tcPr>
    </w:tblStylePr>
    <w:tblStylePr w:type="band1Horz">
      <w:tblPr/>
      <w:tcPr>
        <w:shd w:val="clear" w:color="auto" w:fill="FAE0C2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D582C" w:themeColor="accent2"/>
        <w:bottom w:val="single" w:sz="8" w:space="0" w:color="BD582C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D582C" w:themeColor="accent2"/>
        </w:tcBorders>
      </w:tcPr>
    </w:tblStylePr>
    <w:tblStylePr w:type="lastRow">
      <w:rPr>
        <w:b/>
        <w:bCs/>
        <w:color w:val="637052" w:themeColor="text2"/>
      </w:rPr>
      <w:tblPr/>
      <w:tcPr>
        <w:tcBorders>
          <w:top w:val="single" w:sz="8" w:space="0" w:color="BD582C" w:themeColor="accent2"/>
          <w:bottom w:val="single" w:sz="8" w:space="0" w:color="BD582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D582C" w:themeColor="accent2"/>
          <w:bottom w:val="single" w:sz="8" w:space="0" w:color="BD582C" w:themeColor="accent2"/>
        </w:tcBorders>
      </w:tcPr>
    </w:tblStylePr>
    <w:tblStylePr w:type="band1Vert">
      <w:tblPr/>
      <w:tcPr>
        <w:shd w:val="clear" w:color="auto" w:fill="F2D4C7" w:themeFill="accent2" w:themeFillTint="3F"/>
      </w:tcPr>
    </w:tblStylePr>
    <w:tblStylePr w:type="band1Horz">
      <w:tblPr/>
      <w:tcPr>
        <w:shd w:val="clear" w:color="auto" w:fill="F2D4C7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65640" w:themeColor="accent3"/>
        <w:bottom w:val="single" w:sz="8" w:space="0" w:color="86564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65640" w:themeColor="accent3"/>
        </w:tcBorders>
      </w:tcPr>
    </w:tblStylePr>
    <w:tblStylePr w:type="lastRow">
      <w:rPr>
        <w:b/>
        <w:bCs/>
        <w:color w:val="637052" w:themeColor="text2"/>
      </w:rPr>
      <w:tblPr/>
      <w:tcPr>
        <w:tcBorders>
          <w:top w:val="single" w:sz="8" w:space="0" w:color="865640" w:themeColor="accent3"/>
          <w:bottom w:val="single" w:sz="8" w:space="0" w:color="86564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65640" w:themeColor="accent3"/>
          <w:bottom w:val="single" w:sz="8" w:space="0" w:color="865640" w:themeColor="accent3"/>
        </w:tcBorders>
      </w:tcPr>
    </w:tblStylePr>
    <w:tblStylePr w:type="band1Vert">
      <w:tblPr/>
      <w:tcPr>
        <w:shd w:val="clear" w:color="auto" w:fill="E6D3CA" w:themeFill="accent3" w:themeFillTint="3F"/>
      </w:tcPr>
    </w:tblStylePr>
    <w:tblStylePr w:type="band1Horz">
      <w:tblPr/>
      <w:tcPr>
        <w:shd w:val="clear" w:color="auto" w:fill="E6D3CA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8357" w:themeColor="accent4"/>
        <w:bottom w:val="single" w:sz="8" w:space="0" w:color="9B8357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8357" w:themeColor="accent4"/>
        </w:tcBorders>
      </w:tcPr>
    </w:tblStylePr>
    <w:tblStylePr w:type="lastRow">
      <w:rPr>
        <w:b/>
        <w:bCs/>
        <w:color w:val="637052" w:themeColor="text2"/>
      </w:rPr>
      <w:tblPr/>
      <w:tcPr>
        <w:tcBorders>
          <w:top w:val="single" w:sz="8" w:space="0" w:color="9B8357" w:themeColor="accent4"/>
          <w:bottom w:val="single" w:sz="8" w:space="0" w:color="9B835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8357" w:themeColor="accent4"/>
          <w:bottom w:val="single" w:sz="8" w:space="0" w:color="9B8357" w:themeColor="accent4"/>
        </w:tcBorders>
      </w:tcPr>
    </w:tblStylePr>
    <w:tblStylePr w:type="band1Vert">
      <w:tblPr/>
      <w:tcPr>
        <w:shd w:val="clear" w:color="auto" w:fill="E7E0D4" w:themeFill="accent4" w:themeFillTint="3F"/>
      </w:tcPr>
    </w:tblStylePr>
    <w:tblStylePr w:type="band1Horz">
      <w:tblPr/>
      <w:tcPr>
        <w:shd w:val="clear" w:color="auto" w:fill="E7E0D4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2BC80" w:themeColor="accent5"/>
        <w:bottom w:val="single" w:sz="8" w:space="0" w:color="C2BC8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2BC80" w:themeColor="accent5"/>
        </w:tcBorders>
      </w:tcPr>
    </w:tblStylePr>
    <w:tblStylePr w:type="lastRow">
      <w:rPr>
        <w:b/>
        <w:bCs/>
        <w:color w:val="637052" w:themeColor="text2"/>
      </w:rPr>
      <w:tblPr/>
      <w:tcPr>
        <w:tcBorders>
          <w:top w:val="single" w:sz="8" w:space="0" w:color="C2BC80" w:themeColor="accent5"/>
          <w:bottom w:val="single" w:sz="8" w:space="0" w:color="C2BC8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2BC80" w:themeColor="accent5"/>
          <w:bottom w:val="single" w:sz="8" w:space="0" w:color="C2BC80" w:themeColor="accent5"/>
        </w:tcBorders>
      </w:tcPr>
    </w:tblStylePr>
    <w:tblStylePr w:type="band1Vert">
      <w:tblPr/>
      <w:tcPr>
        <w:shd w:val="clear" w:color="auto" w:fill="F0EEDF" w:themeFill="accent5" w:themeFillTint="3F"/>
      </w:tcPr>
    </w:tblStylePr>
    <w:tblStylePr w:type="band1Horz">
      <w:tblPr/>
      <w:tcPr>
        <w:shd w:val="clear" w:color="auto" w:fill="F0EEDF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4A088" w:themeColor="accent6"/>
        <w:bottom w:val="single" w:sz="8" w:space="0" w:color="94A088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4A088" w:themeColor="accent6"/>
        </w:tcBorders>
      </w:tcPr>
    </w:tblStylePr>
    <w:tblStylePr w:type="lastRow">
      <w:rPr>
        <w:b/>
        <w:bCs/>
        <w:color w:val="637052" w:themeColor="text2"/>
      </w:rPr>
      <w:tblPr/>
      <w:tcPr>
        <w:tcBorders>
          <w:top w:val="single" w:sz="8" w:space="0" w:color="94A088" w:themeColor="accent6"/>
          <w:bottom w:val="single" w:sz="8" w:space="0" w:color="94A0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4A088" w:themeColor="accent6"/>
          <w:bottom w:val="single" w:sz="8" w:space="0" w:color="94A088" w:themeColor="accent6"/>
        </w:tcBorders>
      </w:tcPr>
    </w:tblStylePr>
    <w:tblStylePr w:type="band1Vert">
      <w:tblPr/>
      <w:tcPr>
        <w:shd w:val="clear" w:color="auto" w:fill="E4E7E1" w:themeFill="accent6" w:themeFillTint="3F"/>
      </w:tcPr>
    </w:tblStylePr>
    <w:tblStylePr w:type="band1Horz">
      <w:tblPr/>
      <w:tcPr>
        <w:shd w:val="clear" w:color="auto" w:fill="E4E7E1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48312" w:themeColor="accent1"/>
        <w:left w:val="single" w:sz="8" w:space="0" w:color="E48312" w:themeColor="accent1"/>
        <w:bottom w:val="single" w:sz="8" w:space="0" w:color="E48312" w:themeColor="accent1"/>
        <w:right w:val="single" w:sz="8" w:space="0" w:color="E4831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4831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4831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4831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4831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E0C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E0C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D582C" w:themeColor="accent2"/>
        <w:left w:val="single" w:sz="8" w:space="0" w:color="BD582C" w:themeColor="accent2"/>
        <w:bottom w:val="single" w:sz="8" w:space="0" w:color="BD582C" w:themeColor="accent2"/>
        <w:right w:val="single" w:sz="8" w:space="0" w:color="BD582C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D582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D582C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D582C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D582C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D4C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D4C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65640" w:themeColor="accent3"/>
        <w:left w:val="single" w:sz="8" w:space="0" w:color="865640" w:themeColor="accent3"/>
        <w:bottom w:val="single" w:sz="8" w:space="0" w:color="865640" w:themeColor="accent3"/>
        <w:right w:val="single" w:sz="8" w:space="0" w:color="86564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6564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6564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6564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6564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D3C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D3C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8357" w:themeColor="accent4"/>
        <w:left w:val="single" w:sz="8" w:space="0" w:color="9B8357" w:themeColor="accent4"/>
        <w:bottom w:val="single" w:sz="8" w:space="0" w:color="9B8357" w:themeColor="accent4"/>
        <w:right w:val="single" w:sz="8" w:space="0" w:color="9B8357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835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8357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835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835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0D4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E0D4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2BC80" w:themeColor="accent5"/>
        <w:left w:val="single" w:sz="8" w:space="0" w:color="C2BC80" w:themeColor="accent5"/>
        <w:bottom w:val="single" w:sz="8" w:space="0" w:color="C2BC80" w:themeColor="accent5"/>
        <w:right w:val="single" w:sz="8" w:space="0" w:color="C2BC8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2BC8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2BC8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2BC8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2BC8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EED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0EED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4A088" w:themeColor="accent6"/>
        <w:left w:val="single" w:sz="8" w:space="0" w:color="94A088" w:themeColor="accent6"/>
        <w:bottom w:val="single" w:sz="8" w:space="0" w:color="94A088" w:themeColor="accent6"/>
        <w:right w:val="single" w:sz="8" w:space="0" w:color="94A088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4A08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4A088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4A08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4A08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E7E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E7E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0A247" w:themeColor="accent1" w:themeTint="BF"/>
        <w:left w:val="single" w:sz="8" w:space="0" w:color="F0A247" w:themeColor="accent1" w:themeTint="BF"/>
        <w:bottom w:val="single" w:sz="8" w:space="0" w:color="F0A247" w:themeColor="accent1" w:themeTint="BF"/>
        <w:right w:val="single" w:sz="8" w:space="0" w:color="F0A247" w:themeColor="accent1" w:themeTint="BF"/>
        <w:insideH w:val="single" w:sz="8" w:space="0" w:color="F0A247" w:themeColor="accent1" w:themeTint="BF"/>
        <w:insideV w:val="single" w:sz="8" w:space="0" w:color="F0A247" w:themeColor="accent1" w:themeTint="BF"/>
      </w:tblBorders>
    </w:tblPr>
    <w:tcPr>
      <w:shd w:val="clear" w:color="auto" w:fill="FAE0C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0A247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C184" w:themeFill="accent1" w:themeFillTint="7F"/>
      </w:tcPr>
    </w:tblStylePr>
    <w:tblStylePr w:type="band1Horz">
      <w:tblPr/>
      <w:tcPr>
        <w:shd w:val="clear" w:color="auto" w:fill="F5C184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D77D56" w:themeColor="accent2" w:themeTint="BF"/>
        <w:left w:val="single" w:sz="8" w:space="0" w:color="D77D56" w:themeColor="accent2" w:themeTint="BF"/>
        <w:bottom w:val="single" w:sz="8" w:space="0" w:color="D77D56" w:themeColor="accent2" w:themeTint="BF"/>
        <w:right w:val="single" w:sz="8" w:space="0" w:color="D77D56" w:themeColor="accent2" w:themeTint="BF"/>
        <w:insideH w:val="single" w:sz="8" w:space="0" w:color="D77D56" w:themeColor="accent2" w:themeTint="BF"/>
        <w:insideV w:val="single" w:sz="8" w:space="0" w:color="D77D56" w:themeColor="accent2" w:themeTint="BF"/>
      </w:tblBorders>
    </w:tblPr>
    <w:tcPr>
      <w:shd w:val="clear" w:color="auto" w:fill="F2D4C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77D56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A88F" w:themeFill="accent2" w:themeFillTint="7F"/>
      </w:tcPr>
    </w:tblStylePr>
    <w:tblStylePr w:type="band1Horz">
      <w:tblPr/>
      <w:tcPr>
        <w:shd w:val="clear" w:color="auto" w:fill="E5A88F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7A60" w:themeColor="accent3" w:themeTint="BF"/>
        <w:left w:val="single" w:sz="8" w:space="0" w:color="B37A60" w:themeColor="accent3" w:themeTint="BF"/>
        <w:bottom w:val="single" w:sz="8" w:space="0" w:color="B37A60" w:themeColor="accent3" w:themeTint="BF"/>
        <w:right w:val="single" w:sz="8" w:space="0" w:color="B37A60" w:themeColor="accent3" w:themeTint="BF"/>
        <w:insideH w:val="single" w:sz="8" w:space="0" w:color="B37A60" w:themeColor="accent3" w:themeTint="BF"/>
        <w:insideV w:val="single" w:sz="8" w:space="0" w:color="B37A60" w:themeColor="accent3" w:themeTint="BF"/>
      </w:tblBorders>
    </w:tblPr>
    <w:tcPr>
      <w:shd w:val="clear" w:color="auto" w:fill="E6D3C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7A6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A695" w:themeFill="accent3" w:themeFillTint="7F"/>
      </w:tcPr>
    </w:tblStylePr>
    <w:tblStylePr w:type="band1Horz">
      <w:tblPr/>
      <w:tcPr>
        <w:shd w:val="clear" w:color="auto" w:fill="CCA695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6A27E" w:themeColor="accent4" w:themeTint="BF"/>
        <w:left w:val="single" w:sz="8" w:space="0" w:color="B6A27E" w:themeColor="accent4" w:themeTint="BF"/>
        <w:bottom w:val="single" w:sz="8" w:space="0" w:color="B6A27E" w:themeColor="accent4" w:themeTint="BF"/>
        <w:right w:val="single" w:sz="8" w:space="0" w:color="B6A27E" w:themeColor="accent4" w:themeTint="BF"/>
        <w:insideH w:val="single" w:sz="8" w:space="0" w:color="B6A27E" w:themeColor="accent4" w:themeTint="BF"/>
        <w:insideV w:val="single" w:sz="8" w:space="0" w:color="B6A27E" w:themeColor="accent4" w:themeTint="BF"/>
      </w:tblBorders>
    </w:tblPr>
    <w:tcPr>
      <w:shd w:val="clear" w:color="auto" w:fill="E7E0D4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6A27E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1A9" w:themeFill="accent4" w:themeFillTint="7F"/>
      </w:tcPr>
    </w:tblStylePr>
    <w:tblStylePr w:type="band1Horz">
      <w:tblPr/>
      <w:tcPr>
        <w:shd w:val="clear" w:color="auto" w:fill="CFC1A9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D1CC9F" w:themeColor="accent5" w:themeTint="BF"/>
        <w:left w:val="single" w:sz="8" w:space="0" w:color="D1CC9F" w:themeColor="accent5" w:themeTint="BF"/>
        <w:bottom w:val="single" w:sz="8" w:space="0" w:color="D1CC9F" w:themeColor="accent5" w:themeTint="BF"/>
        <w:right w:val="single" w:sz="8" w:space="0" w:color="D1CC9F" w:themeColor="accent5" w:themeTint="BF"/>
        <w:insideH w:val="single" w:sz="8" w:space="0" w:color="D1CC9F" w:themeColor="accent5" w:themeTint="BF"/>
        <w:insideV w:val="single" w:sz="8" w:space="0" w:color="D1CC9F" w:themeColor="accent5" w:themeTint="BF"/>
      </w:tblBorders>
    </w:tblPr>
    <w:tcPr>
      <w:shd w:val="clear" w:color="auto" w:fill="F0EED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1CC9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DDBF" w:themeFill="accent5" w:themeFillTint="7F"/>
      </w:tcPr>
    </w:tblStylePr>
    <w:tblStylePr w:type="band1Horz">
      <w:tblPr/>
      <w:tcPr>
        <w:shd w:val="clear" w:color="auto" w:fill="E0DDBF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AEB7A5" w:themeColor="accent6" w:themeTint="BF"/>
        <w:left w:val="single" w:sz="8" w:space="0" w:color="AEB7A5" w:themeColor="accent6" w:themeTint="BF"/>
        <w:bottom w:val="single" w:sz="8" w:space="0" w:color="AEB7A5" w:themeColor="accent6" w:themeTint="BF"/>
        <w:right w:val="single" w:sz="8" w:space="0" w:color="AEB7A5" w:themeColor="accent6" w:themeTint="BF"/>
        <w:insideH w:val="single" w:sz="8" w:space="0" w:color="AEB7A5" w:themeColor="accent6" w:themeTint="BF"/>
        <w:insideV w:val="single" w:sz="8" w:space="0" w:color="AEB7A5" w:themeColor="accent6" w:themeTint="BF"/>
      </w:tblBorders>
    </w:tblPr>
    <w:tcPr>
      <w:shd w:val="clear" w:color="auto" w:fill="E4E7E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EB7A5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CFC3" w:themeFill="accent6" w:themeFillTint="7F"/>
      </w:tcPr>
    </w:tblStylePr>
    <w:tblStylePr w:type="band1Horz">
      <w:tblPr/>
      <w:tcPr>
        <w:shd w:val="clear" w:color="auto" w:fill="C9CFC3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48312" w:themeColor="accent1"/>
        <w:left w:val="single" w:sz="8" w:space="0" w:color="E48312" w:themeColor="accent1"/>
        <w:bottom w:val="single" w:sz="8" w:space="0" w:color="E48312" w:themeColor="accent1"/>
        <w:right w:val="single" w:sz="8" w:space="0" w:color="E48312" w:themeColor="accent1"/>
        <w:insideH w:val="single" w:sz="8" w:space="0" w:color="E48312" w:themeColor="accent1"/>
        <w:insideV w:val="single" w:sz="8" w:space="0" w:color="E48312" w:themeColor="accent1"/>
      </w:tblBorders>
    </w:tblPr>
    <w:tcPr>
      <w:shd w:val="clear" w:color="auto" w:fill="FAE0C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6CD" w:themeFill="accent1" w:themeFillTint="33"/>
      </w:tcPr>
    </w:tblStylePr>
    <w:tblStylePr w:type="band1Vert">
      <w:tblPr/>
      <w:tcPr>
        <w:shd w:val="clear" w:color="auto" w:fill="F5C184" w:themeFill="accent1" w:themeFillTint="7F"/>
      </w:tcPr>
    </w:tblStylePr>
    <w:tblStylePr w:type="band1Horz">
      <w:tblPr/>
      <w:tcPr>
        <w:tcBorders>
          <w:insideH w:val="single" w:sz="6" w:space="0" w:color="E48312" w:themeColor="accent1"/>
          <w:insideV w:val="single" w:sz="6" w:space="0" w:color="E48312" w:themeColor="accent1"/>
        </w:tcBorders>
        <w:shd w:val="clear" w:color="auto" w:fill="F5C184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D582C" w:themeColor="accent2"/>
        <w:left w:val="single" w:sz="8" w:space="0" w:color="BD582C" w:themeColor="accent2"/>
        <w:bottom w:val="single" w:sz="8" w:space="0" w:color="BD582C" w:themeColor="accent2"/>
        <w:right w:val="single" w:sz="8" w:space="0" w:color="BD582C" w:themeColor="accent2"/>
        <w:insideH w:val="single" w:sz="8" w:space="0" w:color="BD582C" w:themeColor="accent2"/>
        <w:insideV w:val="single" w:sz="8" w:space="0" w:color="BD582C" w:themeColor="accent2"/>
      </w:tblBorders>
    </w:tblPr>
    <w:tcPr>
      <w:shd w:val="clear" w:color="auto" w:fill="F2D4C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AEDE8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DCD1" w:themeFill="accent2" w:themeFillTint="33"/>
      </w:tcPr>
    </w:tblStylePr>
    <w:tblStylePr w:type="band1Vert">
      <w:tblPr/>
      <w:tcPr>
        <w:shd w:val="clear" w:color="auto" w:fill="E5A88F" w:themeFill="accent2" w:themeFillTint="7F"/>
      </w:tcPr>
    </w:tblStylePr>
    <w:tblStylePr w:type="band1Horz">
      <w:tblPr/>
      <w:tcPr>
        <w:tcBorders>
          <w:insideH w:val="single" w:sz="6" w:space="0" w:color="BD582C" w:themeColor="accent2"/>
          <w:insideV w:val="single" w:sz="6" w:space="0" w:color="BD582C" w:themeColor="accent2"/>
        </w:tcBorders>
        <w:shd w:val="clear" w:color="auto" w:fill="E5A88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65640" w:themeColor="accent3"/>
        <w:left w:val="single" w:sz="8" w:space="0" w:color="865640" w:themeColor="accent3"/>
        <w:bottom w:val="single" w:sz="8" w:space="0" w:color="865640" w:themeColor="accent3"/>
        <w:right w:val="single" w:sz="8" w:space="0" w:color="865640" w:themeColor="accent3"/>
        <w:insideH w:val="single" w:sz="8" w:space="0" w:color="865640" w:themeColor="accent3"/>
        <w:insideV w:val="single" w:sz="8" w:space="0" w:color="865640" w:themeColor="accent3"/>
      </w:tblBorders>
    </w:tblPr>
    <w:tcPr>
      <w:shd w:val="clear" w:color="auto" w:fill="E6D3C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EDE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DBD4" w:themeFill="accent3" w:themeFillTint="33"/>
      </w:tcPr>
    </w:tblStylePr>
    <w:tblStylePr w:type="band1Vert">
      <w:tblPr/>
      <w:tcPr>
        <w:shd w:val="clear" w:color="auto" w:fill="CCA695" w:themeFill="accent3" w:themeFillTint="7F"/>
      </w:tcPr>
    </w:tblStylePr>
    <w:tblStylePr w:type="band1Horz">
      <w:tblPr/>
      <w:tcPr>
        <w:tcBorders>
          <w:insideH w:val="single" w:sz="6" w:space="0" w:color="865640" w:themeColor="accent3"/>
          <w:insideV w:val="single" w:sz="6" w:space="0" w:color="865640" w:themeColor="accent3"/>
        </w:tcBorders>
        <w:shd w:val="clear" w:color="auto" w:fill="CCA69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8357" w:themeColor="accent4"/>
        <w:left w:val="single" w:sz="8" w:space="0" w:color="9B8357" w:themeColor="accent4"/>
        <w:bottom w:val="single" w:sz="8" w:space="0" w:color="9B8357" w:themeColor="accent4"/>
        <w:right w:val="single" w:sz="8" w:space="0" w:color="9B8357" w:themeColor="accent4"/>
        <w:insideH w:val="single" w:sz="8" w:space="0" w:color="9B8357" w:themeColor="accent4"/>
        <w:insideV w:val="single" w:sz="8" w:space="0" w:color="9B8357" w:themeColor="accent4"/>
      </w:tblBorders>
    </w:tblPr>
    <w:tcPr>
      <w:shd w:val="clear" w:color="auto" w:fill="E7E0D4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5F2EE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6DC" w:themeFill="accent4" w:themeFillTint="33"/>
      </w:tcPr>
    </w:tblStylePr>
    <w:tblStylePr w:type="band1Vert">
      <w:tblPr/>
      <w:tcPr>
        <w:shd w:val="clear" w:color="auto" w:fill="CFC1A9" w:themeFill="accent4" w:themeFillTint="7F"/>
      </w:tcPr>
    </w:tblStylePr>
    <w:tblStylePr w:type="band1Horz">
      <w:tblPr/>
      <w:tcPr>
        <w:tcBorders>
          <w:insideH w:val="single" w:sz="6" w:space="0" w:color="9B8357" w:themeColor="accent4"/>
          <w:insideV w:val="single" w:sz="6" w:space="0" w:color="9B8357" w:themeColor="accent4"/>
        </w:tcBorders>
        <w:shd w:val="clear" w:color="auto" w:fill="CFC1A9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2BC80" w:themeColor="accent5"/>
        <w:left w:val="single" w:sz="8" w:space="0" w:color="C2BC80" w:themeColor="accent5"/>
        <w:bottom w:val="single" w:sz="8" w:space="0" w:color="C2BC80" w:themeColor="accent5"/>
        <w:right w:val="single" w:sz="8" w:space="0" w:color="C2BC80" w:themeColor="accent5"/>
        <w:insideH w:val="single" w:sz="8" w:space="0" w:color="C2BC80" w:themeColor="accent5"/>
        <w:insideV w:val="single" w:sz="8" w:space="0" w:color="C2BC80" w:themeColor="accent5"/>
      </w:tblBorders>
    </w:tblPr>
    <w:tcPr>
      <w:shd w:val="clear" w:color="auto" w:fill="F0EED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9F8F2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1E5" w:themeFill="accent5" w:themeFillTint="33"/>
      </w:tcPr>
    </w:tblStylePr>
    <w:tblStylePr w:type="band1Vert">
      <w:tblPr/>
      <w:tcPr>
        <w:shd w:val="clear" w:color="auto" w:fill="E0DDBF" w:themeFill="accent5" w:themeFillTint="7F"/>
      </w:tcPr>
    </w:tblStylePr>
    <w:tblStylePr w:type="band1Horz">
      <w:tblPr/>
      <w:tcPr>
        <w:tcBorders>
          <w:insideH w:val="single" w:sz="6" w:space="0" w:color="C2BC80" w:themeColor="accent5"/>
          <w:insideV w:val="single" w:sz="6" w:space="0" w:color="C2BC80" w:themeColor="accent5"/>
        </w:tcBorders>
        <w:shd w:val="clear" w:color="auto" w:fill="E0DDB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4A088" w:themeColor="accent6"/>
        <w:left w:val="single" w:sz="8" w:space="0" w:color="94A088" w:themeColor="accent6"/>
        <w:bottom w:val="single" w:sz="8" w:space="0" w:color="94A088" w:themeColor="accent6"/>
        <w:right w:val="single" w:sz="8" w:space="0" w:color="94A088" w:themeColor="accent6"/>
        <w:insideH w:val="single" w:sz="8" w:space="0" w:color="94A088" w:themeColor="accent6"/>
        <w:insideV w:val="single" w:sz="8" w:space="0" w:color="94A088" w:themeColor="accent6"/>
      </w:tblBorders>
    </w:tblPr>
    <w:tcPr>
      <w:shd w:val="clear" w:color="auto" w:fill="E4E7E1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4F5F3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ECE7" w:themeFill="accent6" w:themeFillTint="33"/>
      </w:tcPr>
    </w:tblStylePr>
    <w:tblStylePr w:type="band1Vert">
      <w:tblPr/>
      <w:tcPr>
        <w:shd w:val="clear" w:color="auto" w:fill="C9CFC3" w:themeFill="accent6" w:themeFillTint="7F"/>
      </w:tcPr>
    </w:tblStylePr>
    <w:tblStylePr w:type="band1Horz">
      <w:tblPr/>
      <w:tcPr>
        <w:tcBorders>
          <w:insideH w:val="single" w:sz="6" w:space="0" w:color="94A088" w:themeColor="accent6"/>
          <w:insideV w:val="single" w:sz="6" w:space="0" w:color="94A088" w:themeColor="accent6"/>
        </w:tcBorders>
        <w:shd w:val="clear" w:color="auto" w:fill="C9CFC3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E0C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4831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4831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4831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4831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5C184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5C184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2D4C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D582C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D582C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D582C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D582C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5A88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5A88F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D3C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6564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6564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6564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6564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CA69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CA695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7E0D4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835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835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835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835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FC1A9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FC1A9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0EED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2BC8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2BC8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2BC8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2BC8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0DDB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0DDBF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E7E1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4A088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4A088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4A088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4A08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9CFC3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9CFC3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4831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1410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A610D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A610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610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610D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D582C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E2B16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D412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D412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412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4121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6564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22A1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4403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4403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4403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44030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835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D412B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36141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36141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6141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6141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2BC8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C6634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29A4E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29A4E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9A4E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9A4E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4A08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95141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E7B6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E7B6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E7B6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E7B62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D582C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D582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D582C" w:themeColor="accent2"/>
        <w:left w:val="single" w:sz="4" w:space="0" w:color="E48312" w:themeColor="accent1"/>
        <w:bottom w:val="single" w:sz="4" w:space="0" w:color="E48312" w:themeColor="accent1"/>
        <w:right w:val="single" w:sz="4" w:space="0" w:color="E4831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D582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84E0A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84E0A" w:themeColor="accent1" w:themeShade="99"/>
          <w:insideV w:val="nil"/>
        </w:tcBorders>
        <w:shd w:val="clear" w:color="auto" w:fill="884E0A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84E0A" w:themeFill="accent1" w:themeFillShade="99"/>
      </w:tcPr>
    </w:tblStylePr>
    <w:tblStylePr w:type="band1Vert">
      <w:tblPr/>
      <w:tcPr>
        <w:shd w:val="clear" w:color="auto" w:fill="F7CD9D" w:themeFill="accent1" w:themeFillTint="66"/>
      </w:tcPr>
    </w:tblStylePr>
    <w:tblStylePr w:type="band1Horz">
      <w:tblPr/>
      <w:tcPr>
        <w:shd w:val="clear" w:color="auto" w:fill="F5C184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D582C" w:themeColor="accent2"/>
        <w:left w:val="single" w:sz="4" w:space="0" w:color="BD582C" w:themeColor="accent2"/>
        <w:bottom w:val="single" w:sz="4" w:space="0" w:color="BD582C" w:themeColor="accent2"/>
        <w:right w:val="single" w:sz="4" w:space="0" w:color="BD582C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DE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D582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1341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1341A" w:themeColor="accent2" w:themeShade="99"/>
          <w:insideV w:val="nil"/>
        </w:tcBorders>
        <w:shd w:val="clear" w:color="auto" w:fill="71341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341A" w:themeFill="accent2" w:themeFillShade="99"/>
      </w:tcPr>
    </w:tblStylePr>
    <w:tblStylePr w:type="band1Vert">
      <w:tblPr/>
      <w:tcPr>
        <w:shd w:val="clear" w:color="auto" w:fill="EAB9A4" w:themeFill="accent2" w:themeFillTint="66"/>
      </w:tcPr>
    </w:tblStylePr>
    <w:tblStylePr w:type="band1Horz">
      <w:tblPr/>
      <w:tcPr>
        <w:shd w:val="clear" w:color="auto" w:fill="E5A88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8357" w:themeColor="accent4"/>
        <w:left w:val="single" w:sz="4" w:space="0" w:color="865640" w:themeColor="accent3"/>
        <w:bottom w:val="single" w:sz="4" w:space="0" w:color="865640" w:themeColor="accent3"/>
        <w:right w:val="single" w:sz="4" w:space="0" w:color="86564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D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835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03326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03326" w:themeColor="accent3" w:themeShade="99"/>
          <w:insideV w:val="nil"/>
        </w:tcBorders>
        <w:shd w:val="clear" w:color="auto" w:fill="503326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03326" w:themeFill="accent3" w:themeFillShade="99"/>
      </w:tcPr>
    </w:tblStylePr>
    <w:tblStylePr w:type="band1Vert">
      <w:tblPr/>
      <w:tcPr>
        <w:shd w:val="clear" w:color="auto" w:fill="D6B8AA" w:themeFill="accent3" w:themeFillTint="66"/>
      </w:tcPr>
    </w:tblStylePr>
    <w:tblStylePr w:type="band1Horz">
      <w:tblPr/>
      <w:tcPr>
        <w:shd w:val="clear" w:color="auto" w:fill="CCA695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65640" w:themeColor="accent3"/>
        <w:left w:val="single" w:sz="4" w:space="0" w:color="9B8357" w:themeColor="accent4"/>
        <w:bottom w:val="single" w:sz="4" w:space="0" w:color="9B8357" w:themeColor="accent4"/>
        <w:right w:val="single" w:sz="4" w:space="0" w:color="9B8357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2EE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6564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C4E34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C4E34" w:themeColor="accent4" w:themeShade="99"/>
          <w:insideV w:val="nil"/>
        </w:tcBorders>
        <w:shd w:val="clear" w:color="auto" w:fill="5C4E34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C4E34" w:themeFill="accent4" w:themeFillShade="99"/>
      </w:tcPr>
    </w:tblStylePr>
    <w:tblStylePr w:type="band1Vert">
      <w:tblPr/>
      <w:tcPr>
        <w:shd w:val="clear" w:color="auto" w:fill="D8CDBA" w:themeFill="accent4" w:themeFillTint="66"/>
      </w:tcPr>
    </w:tblStylePr>
    <w:tblStylePr w:type="band1Horz">
      <w:tblPr/>
      <w:tcPr>
        <w:shd w:val="clear" w:color="auto" w:fill="CFC1A9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4A088" w:themeColor="accent6"/>
        <w:left w:val="single" w:sz="4" w:space="0" w:color="C2BC80" w:themeColor="accent5"/>
        <w:bottom w:val="single" w:sz="4" w:space="0" w:color="C2BC80" w:themeColor="accent5"/>
        <w:right w:val="single" w:sz="4" w:space="0" w:color="C2BC8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8F2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4A08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27B3E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27B3E" w:themeColor="accent5" w:themeShade="99"/>
          <w:insideV w:val="nil"/>
        </w:tcBorders>
        <w:shd w:val="clear" w:color="auto" w:fill="827B3E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27B3E" w:themeFill="accent5" w:themeFillShade="99"/>
      </w:tcPr>
    </w:tblStylePr>
    <w:tblStylePr w:type="band1Vert">
      <w:tblPr/>
      <w:tcPr>
        <w:shd w:val="clear" w:color="auto" w:fill="E6E4CC" w:themeFill="accent5" w:themeFillTint="66"/>
      </w:tcPr>
    </w:tblStylePr>
    <w:tblStylePr w:type="band1Horz">
      <w:tblPr/>
      <w:tcPr>
        <w:shd w:val="clear" w:color="auto" w:fill="E0DDB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2BC80" w:themeColor="accent5"/>
        <w:left w:val="single" w:sz="4" w:space="0" w:color="94A088" w:themeColor="accent6"/>
        <w:bottom w:val="single" w:sz="4" w:space="0" w:color="94A088" w:themeColor="accent6"/>
        <w:right w:val="single" w:sz="4" w:space="0" w:color="94A08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5F3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2BC8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8624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8624E" w:themeColor="accent6" w:themeShade="99"/>
          <w:insideV w:val="nil"/>
        </w:tcBorders>
        <w:shd w:val="clear" w:color="auto" w:fill="58624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8624E" w:themeFill="accent6" w:themeFillShade="99"/>
      </w:tcPr>
    </w:tblStylePr>
    <w:tblStylePr w:type="band1Vert">
      <w:tblPr/>
      <w:tcPr>
        <w:shd w:val="clear" w:color="auto" w:fill="D4D9CF" w:themeFill="accent6" w:themeFillTint="66"/>
      </w:tcPr>
    </w:tblStylePr>
    <w:tblStylePr w:type="band1Horz">
      <w:tblPr/>
      <w:tcPr>
        <w:shd w:val="clear" w:color="auto" w:fill="C9CFC3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74623" w:themeFill="accent2" w:themeFillShade="CC"/>
      </w:tcPr>
    </w:tblStylePr>
    <w:tblStylePr w:type="lastRow">
      <w:rPr>
        <w:b/>
        <w:bCs/>
        <w:color w:val="97462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74623" w:themeFill="accent2" w:themeFillShade="CC"/>
      </w:tcPr>
    </w:tblStylePr>
    <w:tblStylePr w:type="lastRow">
      <w:rPr>
        <w:b/>
        <w:bCs/>
        <w:color w:val="97462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0C2" w:themeFill="accent1" w:themeFillTint="3F"/>
      </w:tcPr>
    </w:tblStylePr>
    <w:tblStylePr w:type="band1Horz">
      <w:tblPr/>
      <w:tcPr>
        <w:shd w:val="clear" w:color="auto" w:fill="FBE6CD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AEDE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74623" w:themeFill="accent2" w:themeFillShade="CC"/>
      </w:tcPr>
    </w:tblStylePr>
    <w:tblStylePr w:type="lastRow">
      <w:rPr>
        <w:b/>
        <w:bCs/>
        <w:color w:val="97462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4C7" w:themeFill="accent2" w:themeFillTint="3F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ED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B6845" w:themeFill="accent4" w:themeFillShade="CC"/>
      </w:tcPr>
    </w:tblStylePr>
    <w:tblStylePr w:type="lastRow">
      <w:rPr>
        <w:b/>
        <w:bCs/>
        <w:color w:val="7B6845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D3CA" w:themeFill="accent3" w:themeFillTint="3F"/>
      </w:tcPr>
    </w:tblStylePr>
    <w:tblStylePr w:type="band1Horz">
      <w:tblPr/>
      <w:tcPr>
        <w:shd w:val="clear" w:color="auto" w:fill="EADBD4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2EE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B4433" w:themeFill="accent3" w:themeFillShade="CC"/>
      </w:tcPr>
    </w:tblStylePr>
    <w:tblStylePr w:type="lastRow">
      <w:rPr>
        <w:b/>
        <w:bCs/>
        <w:color w:val="6B4433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0D4" w:themeFill="accent4" w:themeFillTint="3F"/>
      </w:tcPr>
    </w:tblStylePr>
    <w:tblStylePr w:type="band1Horz">
      <w:tblPr/>
      <w:tcPr>
        <w:shd w:val="clear" w:color="auto" w:fill="EBE6D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9F8F2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68369" w:themeFill="accent6" w:themeFillShade="CC"/>
      </w:tcPr>
    </w:tblStylePr>
    <w:tblStylePr w:type="lastRow">
      <w:rPr>
        <w:b/>
        <w:bCs/>
        <w:color w:val="768369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EEDF" w:themeFill="accent5" w:themeFillTint="3F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5F3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DA454" w:themeFill="accent5" w:themeFillShade="CC"/>
      </w:tcPr>
    </w:tblStylePr>
    <w:tblStylePr w:type="lastRow">
      <w:rPr>
        <w:b/>
        <w:bCs/>
        <w:color w:val="ADA454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7E1" w:themeFill="accent6" w:themeFillTint="3F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6CD" w:themeFill="accent1" w:themeFillTint="33"/>
    </w:tcPr>
    <w:tblStylePr w:type="firstRow">
      <w:rPr>
        <w:b/>
        <w:bCs/>
      </w:rPr>
      <w:tblPr/>
      <w:tcPr>
        <w:shd w:val="clear" w:color="auto" w:fill="F7CD9D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D9D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A610D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A610D" w:themeFill="accent1" w:themeFillShade="BF"/>
      </w:tcPr>
    </w:tblStylePr>
    <w:tblStylePr w:type="band1Vert">
      <w:tblPr/>
      <w:tcPr>
        <w:shd w:val="clear" w:color="auto" w:fill="F5C184" w:themeFill="accent1" w:themeFillTint="7F"/>
      </w:tcPr>
    </w:tblStylePr>
    <w:tblStylePr w:type="band1Horz">
      <w:tblPr/>
      <w:tcPr>
        <w:shd w:val="clear" w:color="auto" w:fill="F5C184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4DCD1" w:themeFill="accent2" w:themeFillTint="33"/>
    </w:tcPr>
    <w:tblStylePr w:type="firstRow">
      <w:rPr>
        <w:b/>
        <w:bCs/>
      </w:rPr>
      <w:tblPr/>
      <w:tcPr>
        <w:shd w:val="clear" w:color="auto" w:fill="EAB9A4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AB9A4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D412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D4121" w:themeFill="accent2" w:themeFillShade="BF"/>
      </w:tcPr>
    </w:tblStylePr>
    <w:tblStylePr w:type="band1Vert">
      <w:tblPr/>
      <w:tcPr>
        <w:shd w:val="clear" w:color="auto" w:fill="E5A88F" w:themeFill="accent2" w:themeFillTint="7F"/>
      </w:tcPr>
    </w:tblStylePr>
    <w:tblStylePr w:type="band1Horz">
      <w:tblPr/>
      <w:tcPr>
        <w:shd w:val="clear" w:color="auto" w:fill="E5A88F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DBD4" w:themeFill="accent3" w:themeFillTint="33"/>
    </w:tcPr>
    <w:tblStylePr w:type="firstRow">
      <w:rPr>
        <w:b/>
        <w:bCs/>
      </w:rPr>
      <w:tblPr/>
      <w:tcPr>
        <w:shd w:val="clear" w:color="auto" w:fill="D6B8AA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B8AA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64403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644030" w:themeFill="accent3" w:themeFillShade="BF"/>
      </w:tcPr>
    </w:tblStylePr>
    <w:tblStylePr w:type="band1Vert">
      <w:tblPr/>
      <w:tcPr>
        <w:shd w:val="clear" w:color="auto" w:fill="CCA695" w:themeFill="accent3" w:themeFillTint="7F"/>
      </w:tcPr>
    </w:tblStylePr>
    <w:tblStylePr w:type="band1Horz">
      <w:tblPr/>
      <w:tcPr>
        <w:shd w:val="clear" w:color="auto" w:fill="CCA695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E6DC" w:themeFill="accent4" w:themeFillTint="33"/>
    </w:tcPr>
    <w:tblStylePr w:type="firstRow">
      <w:rPr>
        <w:b/>
        <w:bCs/>
      </w:rPr>
      <w:tblPr/>
      <w:tcPr>
        <w:shd w:val="clear" w:color="auto" w:fill="D8CDBA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8CDBA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36141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36141" w:themeFill="accent4" w:themeFillShade="BF"/>
      </w:tcPr>
    </w:tblStylePr>
    <w:tblStylePr w:type="band1Vert">
      <w:tblPr/>
      <w:tcPr>
        <w:shd w:val="clear" w:color="auto" w:fill="CFC1A9" w:themeFill="accent4" w:themeFillTint="7F"/>
      </w:tcPr>
    </w:tblStylePr>
    <w:tblStylePr w:type="band1Horz">
      <w:tblPr/>
      <w:tcPr>
        <w:shd w:val="clear" w:color="auto" w:fill="CFC1A9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F1E5" w:themeFill="accent5" w:themeFillTint="33"/>
    </w:tcPr>
    <w:tblStylePr w:type="firstRow">
      <w:rPr>
        <w:b/>
        <w:bCs/>
      </w:rPr>
      <w:tblPr/>
      <w:tcPr>
        <w:shd w:val="clear" w:color="auto" w:fill="E6E4C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6E4C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A29A4E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A29A4E" w:themeFill="accent5" w:themeFillShade="BF"/>
      </w:tcPr>
    </w:tblStylePr>
    <w:tblStylePr w:type="band1Vert">
      <w:tblPr/>
      <w:tcPr>
        <w:shd w:val="clear" w:color="auto" w:fill="E0DDBF" w:themeFill="accent5" w:themeFillTint="7F"/>
      </w:tcPr>
    </w:tblStylePr>
    <w:tblStylePr w:type="band1Horz">
      <w:tblPr/>
      <w:tcPr>
        <w:shd w:val="clear" w:color="auto" w:fill="E0DDBF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ECE7" w:themeFill="accent6" w:themeFillTint="33"/>
    </w:tcPr>
    <w:tblStylePr w:type="firstRow">
      <w:rPr>
        <w:b/>
        <w:bCs/>
      </w:rPr>
      <w:tblPr/>
      <w:tcPr>
        <w:shd w:val="clear" w:color="auto" w:fill="D4D9C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4D9C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E7B6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E7B62" w:themeFill="accent6" w:themeFillShade="BF"/>
      </w:tcPr>
    </w:tblStylePr>
    <w:tblStylePr w:type="band1Vert">
      <w:tblPr/>
      <w:tcPr>
        <w:shd w:val="clear" w:color="auto" w:fill="C9CFC3" w:themeFill="accent6" w:themeFillTint="7F"/>
      </w:tcPr>
    </w:tblStylePr>
    <w:tblStylePr w:type="band1Horz">
      <w:tblPr/>
      <w:tcPr>
        <w:shd w:val="clear" w:color="auto" w:fill="C9CFC3" w:themeFill="accent6" w:themeFillTint="7F"/>
      </w:tcPr>
    </w:tblStylePr>
  </w:style>
  <w:style w:type="paragraph" w:styleId="NormalWeb">
    <w:name w:val="Normal (Web)"/>
    <w:basedOn w:val="Normal"/>
    <w:uiPriority w:val="99"/>
    <w:unhideWhenUsed/>
    <w:rsid w:val="0036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360FF3"/>
  </w:style>
  <w:style w:type="character" w:styleId="Kpr">
    <w:name w:val="Hyperlink"/>
    <w:basedOn w:val="VarsaylanParagrafYazTipi"/>
    <w:uiPriority w:val="99"/>
    <w:unhideWhenUsed/>
    <w:rsid w:val="00FB682D"/>
    <w:rPr>
      <w:color w:val="2998E3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FB68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Turuncu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1442</Words>
  <Characters>8224</Characters>
  <Application>Microsoft Office Word</Application>
  <DocSecurity>0</DocSecurity>
  <Lines>68</Lines>
  <Paragraphs>19</Paragraphs>
  <ScaleCrop>false</ScaleCrop>
  <Manager/>
  <Company/>
  <LinksUpToDate>false</LinksUpToDate>
  <CharactersWithSpaces>9647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2026-02-22T18:46:00Z</dcterms:created>
  <dcterms:modified xsi:type="dcterms:W3CDTF">2026-09-11T20:17:00Z</dcterms:modified>
  <cp:category/>
</cp:coreProperties>
</file>